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256F8" w14:paraId="6FF454F3" w14:textId="77777777" w:rsidTr="009554CF">
        <w:trPr>
          <w:cantSplit/>
          <w:trHeight w:val="232"/>
        </w:trPr>
        <w:tc>
          <w:tcPr>
            <w:tcW w:w="1606" w:type="dxa"/>
            <w:vMerge w:val="restart"/>
            <w:vAlign w:val="center"/>
          </w:tcPr>
          <w:p w14:paraId="2C0F0499" w14:textId="77777777" w:rsidR="004256F8" w:rsidRDefault="004256F8" w:rsidP="009554CF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BD17AF6" wp14:editId="6E67089B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730387F" w14:textId="77777777" w:rsidR="004256F8" w:rsidRDefault="004256F8" w:rsidP="009554CF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TULCEA</w:t>
            </w:r>
            <w:proofErr w:type="gramEnd"/>
          </w:p>
        </w:tc>
      </w:tr>
      <w:tr w:rsidR="004256F8" w14:paraId="2506EA6C" w14:textId="77777777" w:rsidTr="009554CF">
        <w:trPr>
          <w:cantSplit/>
          <w:trHeight w:val="277"/>
        </w:trPr>
        <w:tc>
          <w:tcPr>
            <w:tcW w:w="1606" w:type="dxa"/>
            <w:vMerge/>
          </w:tcPr>
          <w:p w14:paraId="0B6BCEF0" w14:textId="77777777" w:rsidR="004256F8" w:rsidRDefault="004256F8" w:rsidP="009554CF"/>
        </w:tc>
        <w:tc>
          <w:tcPr>
            <w:tcW w:w="8030" w:type="dxa"/>
            <w:gridSpan w:val="3"/>
            <w:shd w:val="clear" w:color="auto" w:fill="F0F0F0"/>
          </w:tcPr>
          <w:p w14:paraId="41EE8CF4" w14:textId="77777777" w:rsidR="004256F8" w:rsidRPr="00FC7AD8" w:rsidRDefault="004256F8" w:rsidP="009554CF">
            <w:pPr>
              <w:keepNext/>
              <w:rPr>
                <w:lang w:val="ro-RO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ORA</w:t>
            </w:r>
            <w:r>
              <w:rPr>
                <w:b/>
                <w:color w:val="0D5F78"/>
                <w:lang w:val="ro-RO"/>
              </w:rPr>
              <w:t>ȘUL ISACCEA</w:t>
            </w:r>
          </w:p>
          <w:p w14:paraId="77A23638" w14:textId="77777777" w:rsidR="004256F8" w:rsidRDefault="004256F8" w:rsidP="009554CF">
            <w:pPr>
              <w:keepNext/>
            </w:pPr>
          </w:p>
        </w:tc>
      </w:tr>
      <w:tr w:rsidR="004256F8" w14:paraId="147A858E" w14:textId="77777777" w:rsidTr="009554CF">
        <w:trPr>
          <w:cantSplit/>
          <w:trHeight w:val="623"/>
        </w:trPr>
        <w:tc>
          <w:tcPr>
            <w:tcW w:w="1606" w:type="dxa"/>
            <w:vMerge/>
          </w:tcPr>
          <w:p w14:paraId="155BF041" w14:textId="77777777" w:rsidR="004256F8" w:rsidRDefault="004256F8" w:rsidP="009554CF"/>
        </w:tc>
        <w:tc>
          <w:tcPr>
            <w:tcW w:w="2409" w:type="dxa"/>
            <w:shd w:val="clear" w:color="auto" w:fill="F0F0F0"/>
          </w:tcPr>
          <w:p w14:paraId="031C97E0" w14:textId="77777777" w:rsidR="004256F8" w:rsidRPr="005B29C5" w:rsidRDefault="004256F8" w:rsidP="009554CF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(CIF)</w:t>
            </w:r>
          </w:p>
          <w:p w14:paraId="7AFB30EE" w14:textId="77777777" w:rsidR="004256F8" w:rsidRDefault="004256F8" w:rsidP="009554CF">
            <w:pPr>
              <w:keepNext/>
              <w:jc w:val="center"/>
              <w:rPr>
                <w:lang w:val="fr-FR"/>
              </w:rPr>
            </w:pPr>
          </w:p>
          <w:p w14:paraId="11912263" w14:textId="77777777" w:rsidR="004256F8" w:rsidRPr="00FC7AD8" w:rsidRDefault="004256F8" w:rsidP="009554CF">
            <w:pPr>
              <w:keepNext/>
              <w:jc w:val="center"/>
              <w:rPr>
                <w:b/>
                <w:bCs/>
                <w:lang w:val="fr-FR"/>
              </w:rPr>
            </w:pPr>
            <w:r w:rsidRPr="00FC7AD8">
              <w:rPr>
                <w:b/>
                <w:bCs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7E0E731" w14:textId="77777777" w:rsidR="004256F8" w:rsidRDefault="004256F8" w:rsidP="009554C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A11F141" w14:textId="77777777" w:rsidR="004256F8" w:rsidRDefault="004256F8" w:rsidP="009554CF">
            <w:pPr>
              <w:keepNext/>
              <w:jc w:val="center"/>
              <w:rPr>
                <w:i/>
                <w:color w:val="7A7A7A"/>
              </w:rPr>
            </w:pPr>
            <w:r>
              <w:rPr>
                <w:i/>
                <w:color w:val="7A7A7A"/>
              </w:rPr>
              <w:t xml:space="preserve">Oraș Isaccea, </w:t>
            </w:r>
            <w:proofErr w:type="spellStart"/>
            <w:r>
              <w:rPr>
                <w:i/>
                <w:color w:val="7A7A7A"/>
              </w:rPr>
              <w:t>strada</w:t>
            </w:r>
            <w:proofErr w:type="spellEnd"/>
            <w:r>
              <w:rPr>
                <w:i/>
                <w:color w:val="7A7A7A"/>
              </w:rPr>
              <w:t xml:space="preserve"> 1 </w:t>
            </w:r>
            <w:proofErr w:type="spellStart"/>
            <w:proofErr w:type="gramStart"/>
            <w:r>
              <w:rPr>
                <w:i/>
                <w:color w:val="7A7A7A"/>
              </w:rPr>
              <w:t>Decembrie</w:t>
            </w:r>
            <w:proofErr w:type="spellEnd"/>
            <w:r>
              <w:rPr>
                <w:i/>
                <w:color w:val="7A7A7A"/>
              </w:rPr>
              <w:t xml:space="preserve"> ,</w:t>
            </w:r>
            <w:proofErr w:type="gramEnd"/>
            <w:r>
              <w:rPr>
                <w:i/>
                <w:color w:val="7A7A7A"/>
              </w:rPr>
              <w:t xml:space="preserve"> nr. 25,</w:t>
            </w:r>
          </w:p>
          <w:p w14:paraId="7D613C20" w14:textId="33B4F53A" w:rsidR="004256F8" w:rsidRDefault="004256F8" w:rsidP="009554CF">
            <w:pPr>
              <w:keepNext/>
            </w:pP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>/fax:  0240506600</w:t>
            </w:r>
            <w:r w:rsidR="00052A5D"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>/</w:t>
            </w:r>
            <w:r w:rsidR="00052A5D"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 xml:space="preserve">0240506623                </w:t>
            </w:r>
            <w:proofErr w:type="gramStart"/>
            <w:r>
              <w:rPr>
                <w:i/>
                <w:color w:val="7A7A7A"/>
              </w:rPr>
              <w:t>e-mail:secretariatisaccea@gmail.com</w:t>
            </w:r>
            <w:proofErr w:type="gramEnd"/>
          </w:p>
          <w:p w14:paraId="164C9EF3" w14:textId="77777777" w:rsidR="004256F8" w:rsidRDefault="004256F8" w:rsidP="009554CF">
            <w:pPr>
              <w:keepNext/>
            </w:pPr>
          </w:p>
        </w:tc>
      </w:tr>
      <w:tr w:rsidR="004256F8" w14:paraId="000DB9CE" w14:textId="77777777" w:rsidTr="009554CF">
        <w:trPr>
          <w:cantSplit/>
          <w:trHeight w:val="510"/>
        </w:trPr>
        <w:tc>
          <w:tcPr>
            <w:tcW w:w="1606" w:type="dxa"/>
            <w:vMerge/>
          </w:tcPr>
          <w:p w14:paraId="3B6251AF" w14:textId="77777777" w:rsidR="004256F8" w:rsidRDefault="004256F8" w:rsidP="009554CF"/>
        </w:tc>
        <w:tc>
          <w:tcPr>
            <w:tcW w:w="4818" w:type="dxa"/>
            <w:gridSpan w:val="2"/>
            <w:shd w:val="clear" w:color="auto" w:fill="F0F0F0"/>
          </w:tcPr>
          <w:p w14:paraId="45E469C9" w14:textId="77777777" w:rsidR="004256F8" w:rsidRDefault="004256F8" w:rsidP="009554CF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6BB1B3C" w14:textId="77777777" w:rsidR="004256F8" w:rsidRDefault="004256F8" w:rsidP="009554CF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310B71F" w14:textId="77777777" w:rsidR="004256F8" w:rsidRDefault="004256F8" w:rsidP="009554CF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34DF070" w14:textId="77777777" w:rsidR="004256F8" w:rsidRDefault="004256F8" w:rsidP="009554CF">
            <w:pPr>
              <w:keepNext/>
            </w:pPr>
          </w:p>
        </w:tc>
      </w:tr>
      <w:tr w:rsidR="004256F8" w:rsidRPr="00F61A70" w14:paraId="241103F4" w14:textId="77777777" w:rsidTr="009554CF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99DC165" w14:textId="77777777" w:rsidR="004256F8" w:rsidRPr="005B29C5" w:rsidRDefault="004256F8" w:rsidP="009554CF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scrie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în </w:t>
            </w:r>
            <w:proofErr w:type="spellStart"/>
            <w:r w:rsidRPr="005B29C5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5B29C5">
              <w:rPr>
                <w:i/>
                <w:color w:val="595959"/>
                <w:lang w:val="fr-FR"/>
              </w:rPr>
              <w:t xml:space="preserve"> zonă</w:t>
            </w:r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F60D6D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F60D6D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F60D6D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23E499FD" w:rsidR="007A6244" w:rsidRPr="009D5BC3" w:rsidRDefault="004256F8">
            <w:pPr>
              <w:keepNext/>
              <w:rPr>
                <w:lang w:val="fr-FR"/>
              </w:rPr>
            </w:pPr>
            <w:r>
              <w:rPr>
                <w:i/>
                <w:color w:val="7A7A7A"/>
                <w:lang w:val="fr-FR"/>
              </w:rPr>
              <w:t>PRIMĂRIA ORAȘULUI ISACCEA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F60D6D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sau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r w:rsidRPr="009D5BC3">
              <w:rPr>
                <w:lang w:val="fr-FR"/>
              </w:rPr>
              <w:t xml:space="preserve">orașului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F60D6D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F60D6D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F60D6D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F60D6D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F60D6D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F60D6D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F60D6D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F60D6D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F60D6D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F60D6D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F60D6D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F60D6D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privind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F60D6D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pentru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mult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pentru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mult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F60D6D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F60D6D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și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F60D6D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F60D6D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(în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privind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F60D6D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F60D6D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F60D6D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F60D6D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F34FD" w14:textId="77777777" w:rsidR="00F60D6D" w:rsidRDefault="00F60D6D">
      <w:r>
        <w:separator/>
      </w:r>
    </w:p>
  </w:endnote>
  <w:endnote w:type="continuationSeparator" w:id="0">
    <w:p w14:paraId="43A031DE" w14:textId="77777777" w:rsidR="00F60D6D" w:rsidRDefault="00F60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319F4" w14:textId="2E95B5F8" w:rsidR="007A6244" w:rsidRDefault="00F60D6D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0054C" w14:textId="77777777" w:rsidR="00F60D6D" w:rsidRDefault="00F60D6D">
      <w:r>
        <w:separator/>
      </w:r>
    </w:p>
  </w:footnote>
  <w:footnote w:type="continuationSeparator" w:id="0">
    <w:p w14:paraId="3703936A" w14:textId="77777777" w:rsidR="00F60D6D" w:rsidRDefault="00F60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A5D"/>
    <w:rsid w:val="0006063C"/>
    <w:rsid w:val="0015074B"/>
    <w:rsid w:val="0029639D"/>
    <w:rsid w:val="00326F90"/>
    <w:rsid w:val="004256F8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60D6D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3</cp:revision>
  <dcterms:created xsi:type="dcterms:W3CDTF">2013-12-23T23:15:00Z</dcterms:created>
  <dcterms:modified xsi:type="dcterms:W3CDTF">2026-09-08T14:48:00Z</dcterms:modified>
  <cp:category/>
</cp:coreProperties>
</file>