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934F5D" w14:paraId="2E75F07F" w14:textId="77777777" w:rsidTr="00934F5D">
        <w:trPr>
          <w:cantSplit/>
          <w:trHeight w:val="232"/>
        </w:trPr>
        <w:tc>
          <w:tcPr>
            <w:tcW w:w="1606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12371F63" w14:textId="788372B7" w:rsidR="00934F5D" w:rsidRDefault="00934F5D">
            <w:pPr>
              <w:keepNext/>
              <w:jc w:val="center"/>
              <w:rPr>
                <w:sz w:val="22"/>
              </w:rPr>
            </w:pPr>
            <w:r>
              <w:rPr>
                <w:noProof/>
                <w:sz w:val="22"/>
              </w:rPr>
              <w:drawing>
                <wp:inline distT="0" distB="0" distL="0" distR="0" wp14:anchorId="2C8C020B" wp14:editId="526E9CD5">
                  <wp:extent cx="723900" cy="10287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67BBE610" w14:textId="77777777" w:rsidR="00934F5D" w:rsidRDefault="00934F5D">
            <w:pPr>
              <w:keepNext/>
              <w:rPr>
                <w:sz w:val="22"/>
              </w:rPr>
            </w:pPr>
            <w:r>
              <w:rPr>
                <w:sz w:val="22"/>
              </w:rPr>
              <w:t xml:space="preserve">Județul  </w:t>
            </w:r>
            <w:r>
              <w:rPr>
                <w:b/>
                <w:sz w:val="22"/>
              </w:rPr>
              <w:t>TULCEA</w:t>
            </w:r>
          </w:p>
        </w:tc>
      </w:tr>
      <w:tr w:rsidR="00934F5D" w14:paraId="1967664D" w14:textId="77777777" w:rsidTr="00934F5D">
        <w:trPr>
          <w:cantSplit/>
          <w:trHeight w:val="277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7D97F533" w14:textId="77777777" w:rsidR="00934F5D" w:rsidRDefault="00934F5D">
            <w:pPr>
              <w:rPr>
                <w:sz w:val="22"/>
              </w:rPr>
            </w:pPr>
          </w:p>
        </w:tc>
        <w:tc>
          <w:tcPr>
            <w:tcW w:w="803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49A6A727" w14:textId="77777777" w:rsidR="00934F5D" w:rsidRDefault="00934F5D">
            <w:pPr>
              <w:keepNext/>
              <w:rPr>
                <w:sz w:val="22"/>
                <w:lang w:val="ro-RO"/>
              </w:rPr>
            </w:pPr>
            <w:r>
              <w:rPr>
                <w:sz w:val="22"/>
              </w:rPr>
              <w:t xml:space="preserve">Autoritatea administrației publice   </w:t>
            </w:r>
            <w:r>
              <w:rPr>
                <w:b/>
                <w:sz w:val="22"/>
              </w:rPr>
              <w:t>ORA</w:t>
            </w:r>
            <w:r>
              <w:rPr>
                <w:b/>
                <w:sz w:val="22"/>
                <w:lang w:val="ro-RO"/>
              </w:rPr>
              <w:t>ȘUL ISACCEA</w:t>
            </w:r>
          </w:p>
        </w:tc>
      </w:tr>
      <w:tr w:rsidR="00934F5D" w14:paraId="0FCA2141" w14:textId="77777777" w:rsidTr="00934F5D">
        <w:trPr>
          <w:cantSplit/>
          <w:trHeight w:val="623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2ECC575D" w14:textId="77777777" w:rsidR="00934F5D" w:rsidRDefault="00934F5D">
            <w:pPr>
              <w:rPr>
                <w:sz w:val="22"/>
              </w:rPr>
            </w:pPr>
          </w:p>
        </w:tc>
        <w:tc>
          <w:tcPr>
            <w:tcW w:w="240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704057E2" w14:textId="77777777" w:rsidR="00934F5D" w:rsidRDefault="00934F5D">
            <w:pPr>
              <w:keepNext/>
              <w:rPr>
                <w:sz w:val="22"/>
                <w:lang w:val="fr-FR"/>
              </w:rPr>
            </w:pPr>
            <w:r>
              <w:rPr>
                <w:sz w:val="22"/>
                <w:lang w:val="fr-FR"/>
              </w:rPr>
              <w:t>Cod de identificare fiscală (CIF)</w:t>
            </w:r>
          </w:p>
          <w:p w14:paraId="6F7875C8" w14:textId="77777777" w:rsidR="00934F5D" w:rsidRDefault="00934F5D">
            <w:pPr>
              <w:keepNext/>
              <w:jc w:val="center"/>
              <w:rPr>
                <w:sz w:val="22"/>
                <w:lang w:val="fr-FR"/>
              </w:rPr>
            </w:pPr>
          </w:p>
          <w:p w14:paraId="7B4B5D15" w14:textId="77777777" w:rsidR="00934F5D" w:rsidRDefault="00934F5D">
            <w:pPr>
              <w:keepNext/>
              <w:jc w:val="center"/>
              <w:rPr>
                <w:b/>
                <w:sz w:val="22"/>
                <w:lang w:val="fr-FR"/>
              </w:rPr>
            </w:pPr>
            <w:r>
              <w:rPr>
                <w:b/>
                <w:sz w:val="22"/>
                <w:lang w:val="fr-FR"/>
              </w:rPr>
              <w:t>3721907</w:t>
            </w:r>
          </w:p>
        </w:tc>
        <w:tc>
          <w:tcPr>
            <w:tcW w:w="5621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153EF055" w14:textId="77777777" w:rsidR="00934F5D" w:rsidRDefault="00934F5D">
            <w:pPr>
              <w:keepNext/>
              <w:rPr>
                <w:sz w:val="22"/>
              </w:rPr>
            </w:pPr>
            <w:r>
              <w:rPr>
                <w:sz w:val="22"/>
              </w:rPr>
              <w:t>Adresa oficială</w:t>
            </w:r>
          </w:p>
          <w:p w14:paraId="2A96B08A" w14:textId="77777777" w:rsidR="00934F5D" w:rsidRDefault="00934F5D">
            <w:pPr>
              <w:keepNext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>Str.  1 Decembrie  Nr. 25, Isaccea, județul Tulcea</w:t>
            </w:r>
          </w:p>
          <w:p w14:paraId="71FF78CB" w14:textId="77777777" w:rsidR="00934F5D" w:rsidRDefault="00934F5D">
            <w:pPr>
              <w:keepNext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 xml:space="preserve">Tel.  0240/506.600, Fax 0240/506.623 </w:t>
            </w:r>
          </w:p>
          <w:p w14:paraId="70C9FBB4" w14:textId="77777777" w:rsidR="00934F5D" w:rsidRDefault="00934F5D">
            <w:pPr>
              <w:keepNext/>
              <w:jc w:val="both"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>E-mail: secretariatisaccea@gmail.com</w:t>
            </w:r>
          </w:p>
        </w:tc>
      </w:tr>
      <w:tr w:rsidR="00934F5D" w14:paraId="58F932EF" w14:textId="77777777" w:rsidTr="00934F5D">
        <w:trPr>
          <w:cantSplit/>
          <w:trHeight w:val="510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586A6DA3" w14:textId="77777777" w:rsidR="00934F5D" w:rsidRDefault="00934F5D">
            <w:pPr>
              <w:rPr>
                <w:sz w:val="22"/>
              </w:rPr>
            </w:pPr>
          </w:p>
        </w:tc>
        <w:tc>
          <w:tcPr>
            <w:tcW w:w="481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05FCFACF" w14:textId="77777777" w:rsidR="00934F5D" w:rsidRDefault="00934F5D">
            <w:pPr>
              <w:keepNext/>
              <w:rPr>
                <w:sz w:val="22"/>
              </w:rPr>
            </w:pPr>
            <w:r>
              <w:rPr>
                <w:sz w:val="22"/>
              </w:rPr>
              <w:t>Număr de înregistrare</w:t>
            </w:r>
          </w:p>
          <w:p w14:paraId="552E7C96" w14:textId="77777777" w:rsidR="00934F5D" w:rsidRDefault="00934F5D">
            <w:pPr>
              <w:keepNext/>
              <w:rPr>
                <w:sz w:val="22"/>
              </w:rPr>
            </w:pPr>
          </w:p>
        </w:tc>
        <w:tc>
          <w:tcPr>
            <w:tcW w:w="321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736E78D4" w14:textId="77777777" w:rsidR="00934F5D" w:rsidRDefault="00934F5D">
            <w:pPr>
              <w:keepNext/>
              <w:rPr>
                <w:sz w:val="22"/>
              </w:rPr>
            </w:pPr>
            <w:r>
              <w:rPr>
                <w:sz w:val="22"/>
              </w:rPr>
              <w:t>Data</w:t>
            </w:r>
          </w:p>
          <w:p w14:paraId="701E6442" w14:textId="77777777" w:rsidR="00934F5D" w:rsidRDefault="00934F5D">
            <w:pPr>
              <w:keepNext/>
              <w:rPr>
                <w:sz w:val="22"/>
              </w:rPr>
            </w:pPr>
          </w:p>
        </w:tc>
      </w:tr>
      <w:tr w:rsidR="00934F5D" w14:paraId="590F8A84" w14:textId="77777777" w:rsidTr="00934F5D">
        <w:trPr>
          <w:cantSplit/>
        </w:trPr>
        <w:tc>
          <w:tcPr>
            <w:tcW w:w="963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6B23D782" w14:textId="77777777" w:rsidR="00934F5D" w:rsidRDefault="00934F5D">
            <w:pPr>
              <w:rPr>
                <w:sz w:val="22"/>
                <w:lang w:val="fr-FR"/>
              </w:rPr>
            </w:pPr>
            <w:r>
              <w:rPr>
                <w:i/>
                <w:sz w:val="22"/>
                <w:lang w:val="fr-FR"/>
              </w:rPr>
              <w:t xml:space="preserve"> se completează de autoritate — solicitantul nu scrie în această zonă</w:t>
            </w:r>
          </w:p>
        </w:tc>
      </w:tr>
    </w:tbl>
    <w:p w14:paraId="109DC34E" w14:textId="77777777" w:rsidR="00A11ECC" w:rsidRPr="00E6757A" w:rsidRDefault="00A11ECC">
      <w:pPr>
        <w:spacing w:line="168" w:lineRule="auto"/>
        <w:rPr>
          <w:lang w:val="fr-FR"/>
        </w:rPr>
      </w:pPr>
    </w:p>
    <w:p w14:paraId="0F5A4CDF" w14:textId="77777777" w:rsidR="00A11ECC" w:rsidRPr="00182EDC" w:rsidRDefault="00F724F5">
      <w:pPr>
        <w:spacing w:before="140" w:after="40"/>
        <w:jc w:val="center"/>
        <w:rPr>
          <w:sz w:val="28"/>
          <w:szCs w:val="28"/>
        </w:rPr>
      </w:pPr>
      <w:r w:rsidRPr="00182EDC">
        <w:rPr>
          <w:b/>
          <w:sz w:val="28"/>
          <w:szCs w:val="28"/>
        </w:rPr>
        <w:t>ÎNȘTIINȚARE</w:t>
      </w:r>
    </w:p>
    <w:p w14:paraId="1643D012" w14:textId="77777777" w:rsidR="00A11ECC" w:rsidRPr="00934F5D" w:rsidRDefault="00F724F5">
      <w:pPr>
        <w:spacing w:after="120"/>
        <w:jc w:val="center"/>
      </w:pPr>
      <w:r w:rsidRPr="00934F5D">
        <w:rPr>
          <w:sz w:val="19"/>
        </w:rPr>
        <w:t>privind începerea execuției lucrărilor</w:t>
      </w:r>
    </w:p>
    <w:p w14:paraId="4291F9D6" w14:textId="77777777" w:rsidR="00A11ECC" w:rsidRPr="00934F5D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34F5D" w:rsidRPr="00934F5D" w14:paraId="7612C26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2A6287" w14:textId="77777777" w:rsidR="00A11ECC" w:rsidRPr="00934F5D" w:rsidRDefault="00F724F5">
            <w:pPr>
              <w:keepNext/>
            </w:pPr>
            <w:r w:rsidRPr="00934F5D">
              <w:rPr>
                <w:b/>
                <w:sz w:val="16"/>
              </w:rPr>
              <w:t xml:space="preserve"> 1. </w:t>
            </w:r>
            <w:r w:rsidRPr="00934F5D">
              <w:rPr>
                <w:b/>
                <w:sz w:val="18"/>
              </w:rPr>
              <w:t>CĂTRE</w:t>
            </w:r>
          </w:p>
        </w:tc>
      </w:tr>
      <w:tr w:rsidR="00934F5D" w:rsidRPr="00934F5D" w14:paraId="37740068" w14:textId="77777777">
        <w:trPr>
          <w:cantSplit/>
          <w:trHeight w:val="510"/>
        </w:trPr>
        <w:tc>
          <w:tcPr>
            <w:tcW w:w="9636" w:type="dxa"/>
          </w:tcPr>
          <w:p w14:paraId="2804ABDC" w14:textId="0FC7B62A" w:rsidR="00A11ECC" w:rsidRPr="00934F5D" w:rsidRDefault="00934F5D" w:rsidP="00C91876">
            <w:pPr>
              <w:keepNext/>
              <w:rPr>
                <w:sz w:val="22"/>
                <w:lang w:val="fr-FR"/>
              </w:rPr>
            </w:pPr>
            <w:r w:rsidRPr="00C91876">
              <w:rPr>
                <w:sz w:val="22"/>
                <w:lang w:val="fr-FR"/>
              </w:rPr>
              <w:t>INSTITUȚIA</w:t>
            </w:r>
            <w:r w:rsidRPr="00934F5D">
              <w:rPr>
                <w:b/>
                <w:sz w:val="22"/>
                <w:lang w:val="fr-FR"/>
              </w:rPr>
              <w:t xml:space="preserve"> </w:t>
            </w:r>
            <w:r w:rsidR="00C91876">
              <w:rPr>
                <w:b/>
                <w:sz w:val="22"/>
                <w:lang w:val="fr-FR"/>
              </w:rPr>
              <w:t xml:space="preserve">                              </w:t>
            </w:r>
            <w:bookmarkStart w:id="0" w:name="_GoBack"/>
            <w:bookmarkEnd w:id="0"/>
            <w:r w:rsidR="00C91876">
              <w:rPr>
                <w:b/>
                <w:sz w:val="22"/>
                <w:lang w:val="fr-FR"/>
              </w:rPr>
              <w:t>PRIMĂRIA ORAȘULUI ISACCEA</w:t>
            </w:r>
          </w:p>
          <w:p w14:paraId="5641DACE" w14:textId="77777777" w:rsidR="00A11ECC" w:rsidRPr="00934F5D" w:rsidRDefault="00A11ECC">
            <w:pPr>
              <w:keepNext/>
              <w:rPr>
                <w:lang w:val="fr-FR"/>
              </w:rPr>
            </w:pPr>
          </w:p>
        </w:tc>
      </w:tr>
      <w:tr w:rsidR="00934F5D" w:rsidRPr="00934F5D" w14:paraId="57F07BFF" w14:textId="77777777">
        <w:trPr>
          <w:cantSplit/>
        </w:trPr>
        <w:tc>
          <w:tcPr>
            <w:tcW w:w="9636" w:type="dxa"/>
            <w:shd w:val="clear" w:color="auto" w:fill="F4F4F4"/>
          </w:tcPr>
          <w:p w14:paraId="78405B03" w14:textId="77777777" w:rsidR="00A11ECC" w:rsidRPr="00934F5D" w:rsidRDefault="00F724F5">
            <w:pPr>
              <w:spacing w:line="228" w:lineRule="auto"/>
              <w:rPr>
                <w:lang w:val="fr-FR"/>
              </w:rPr>
            </w:pPr>
            <w:r w:rsidRPr="00934F5D">
              <w:rPr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3FD1D3DB" w14:textId="77777777" w:rsidR="00A11ECC" w:rsidRPr="00934F5D" w:rsidRDefault="00A11ECC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934F5D" w:rsidRPr="00934F5D" w14:paraId="34B777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B959D0" w14:textId="77777777" w:rsidR="00A11ECC" w:rsidRPr="00934F5D" w:rsidRDefault="00F724F5">
            <w:pPr>
              <w:keepNext/>
            </w:pPr>
            <w:r w:rsidRPr="00934F5D">
              <w:rPr>
                <w:b/>
                <w:sz w:val="16"/>
                <w:lang w:val="fr-FR"/>
              </w:rPr>
              <w:t xml:space="preserve"> </w:t>
            </w:r>
            <w:r w:rsidRPr="00934F5D">
              <w:rPr>
                <w:b/>
                <w:sz w:val="16"/>
              </w:rPr>
              <w:t xml:space="preserve">2. </w:t>
            </w:r>
            <w:r w:rsidRPr="00934F5D">
              <w:rPr>
                <w:b/>
                <w:sz w:val="18"/>
              </w:rPr>
              <w:t>SOLICITANTUL</w:t>
            </w:r>
          </w:p>
        </w:tc>
      </w:tr>
      <w:tr w:rsidR="00934F5D" w:rsidRPr="00934F5D" w14:paraId="5E841B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D808035" w14:textId="77777777" w:rsidR="00A11ECC" w:rsidRPr="00934F5D" w:rsidRDefault="00F724F5">
            <w:pPr>
              <w:keepNext/>
            </w:pPr>
            <w:r w:rsidRPr="00934F5D">
              <w:rPr>
                <w:b/>
              </w:rPr>
              <w:t>Nume și prenume</w:t>
            </w:r>
          </w:p>
          <w:p w14:paraId="45C36B89" w14:textId="77777777" w:rsidR="00A11ECC" w:rsidRPr="00934F5D" w:rsidRDefault="00A11ECC">
            <w:pPr>
              <w:keepNext/>
            </w:pPr>
          </w:p>
        </w:tc>
        <w:tc>
          <w:tcPr>
            <w:tcW w:w="4015" w:type="dxa"/>
            <w:gridSpan w:val="3"/>
          </w:tcPr>
          <w:p w14:paraId="75015164" w14:textId="77777777" w:rsidR="00A11ECC" w:rsidRPr="00934F5D" w:rsidRDefault="00F724F5">
            <w:pPr>
              <w:keepNext/>
            </w:pPr>
            <w:r w:rsidRPr="00934F5D">
              <w:rPr>
                <w:b/>
              </w:rPr>
              <w:t>CNP</w:t>
            </w:r>
          </w:p>
          <w:p w14:paraId="4E9C5560" w14:textId="77777777" w:rsidR="00A11ECC" w:rsidRPr="00934F5D" w:rsidRDefault="00A11ECC">
            <w:pPr>
              <w:keepNext/>
            </w:pPr>
          </w:p>
        </w:tc>
      </w:tr>
      <w:tr w:rsidR="00934F5D" w:rsidRPr="00934F5D" w14:paraId="5222187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0D4BD0" w14:textId="77777777" w:rsidR="00A11ECC" w:rsidRPr="00934F5D" w:rsidRDefault="00F724F5">
            <w:pPr>
              <w:keepNext/>
            </w:pPr>
            <w:r w:rsidRPr="00934F5D">
              <w:rPr>
                <w:sz w:val="16"/>
              </w:rPr>
              <w:t xml:space="preserve"> Act de identitate</w:t>
            </w:r>
          </w:p>
        </w:tc>
      </w:tr>
      <w:tr w:rsidR="00934F5D" w:rsidRPr="00934F5D" w14:paraId="7E1FD110" w14:textId="77777777">
        <w:trPr>
          <w:cantSplit/>
          <w:trHeight w:val="510"/>
        </w:trPr>
        <w:tc>
          <w:tcPr>
            <w:tcW w:w="1606" w:type="dxa"/>
          </w:tcPr>
          <w:p w14:paraId="011280E1" w14:textId="77777777" w:rsidR="00A11ECC" w:rsidRPr="00934F5D" w:rsidRDefault="00F724F5">
            <w:pPr>
              <w:keepNext/>
            </w:pPr>
            <w:r w:rsidRPr="00934F5D">
              <w:rPr>
                <w:b/>
              </w:rPr>
              <w:t>Seria</w:t>
            </w:r>
          </w:p>
          <w:p w14:paraId="3DE6E8D1" w14:textId="77777777" w:rsidR="00A11ECC" w:rsidRPr="00934F5D" w:rsidRDefault="00A11ECC">
            <w:pPr>
              <w:keepNext/>
            </w:pPr>
          </w:p>
        </w:tc>
        <w:tc>
          <w:tcPr>
            <w:tcW w:w="1606" w:type="dxa"/>
          </w:tcPr>
          <w:p w14:paraId="5E7E72CA" w14:textId="77777777" w:rsidR="00A11ECC" w:rsidRPr="00934F5D" w:rsidRDefault="00F724F5">
            <w:pPr>
              <w:keepNext/>
            </w:pPr>
            <w:r w:rsidRPr="00934F5D">
              <w:rPr>
                <w:b/>
              </w:rPr>
              <w:t>Numărul</w:t>
            </w:r>
          </w:p>
          <w:p w14:paraId="3406A505" w14:textId="77777777" w:rsidR="00A11ECC" w:rsidRPr="00934F5D" w:rsidRDefault="00A11ECC">
            <w:pPr>
              <w:keepNext/>
            </w:pPr>
          </w:p>
        </w:tc>
        <w:tc>
          <w:tcPr>
            <w:tcW w:w="4818" w:type="dxa"/>
            <w:gridSpan w:val="5"/>
          </w:tcPr>
          <w:p w14:paraId="7DF59165" w14:textId="77777777" w:rsidR="00A11ECC" w:rsidRPr="00934F5D" w:rsidRDefault="00F724F5">
            <w:pPr>
              <w:keepNext/>
            </w:pPr>
            <w:r w:rsidRPr="00934F5D">
              <w:rPr>
                <w:b/>
              </w:rPr>
              <w:t>Eliberat de</w:t>
            </w:r>
          </w:p>
          <w:p w14:paraId="50D7D510" w14:textId="77777777" w:rsidR="00A11ECC" w:rsidRPr="00934F5D" w:rsidRDefault="00A11ECC">
            <w:pPr>
              <w:keepNext/>
            </w:pPr>
          </w:p>
        </w:tc>
        <w:tc>
          <w:tcPr>
            <w:tcW w:w="1606" w:type="dxa"/>
          </w:tcPr>
          <w:p w14:paraId="0315ACF2" w14:textId="77777777" w:rsidR="00A11ECC" w:rsidRPr="00934F5D" w:rsidRDefault="00F724F5">
            <w:pPr>
              <w:keepNext/>
            </w:pPr>
            <w:r w:rsidRPr="00934F5D">
              <w:rPr>
                <w:b/>
              </w:rPr>
              <w:t>La data</w:t>
            </w:r>
          </w:p>
          <w:p w14:paraId="71986321" w14:textId="77777777" w:rsidR="00A11ECC" w:rsidRPr="00934F5D" w:rsidRDefault="00A11ECC">
            <w:pPr>
              <w:keepNext/>
            </w:pPr>
          </w:p>
        </w:tc>
      </w:tr>
      <w:tr w:rsidR="00934F5D" w:rsidRPr="00934F5D" w14:paraId="2B7C18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A44F1F" w14:textId="77777777" w:rsidR="00A11ECC" w:rsidRPr="00934F5D" w:rsidRDefault="00F724F5">
            <w:pPr>
              <w:keepNext/>
            </w:pPr>
            <w:r w:rsidRPr="00934F5D">
              <w:rPr>
                <w:sz w:val="16"/>
              </w:rPr>
              <w:t xml:space="preserve"> Domiciliul</w:t>
            </w:r>
          </w:p>
        </w:tc>
      </w:tr>
      <w:tr w:rsidR="00934F5D" w:rsidRPr="00934F5D" w14:paraId="7103597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2D50C92" w14:textId="77777777" w:rsidR="00A11ECC" w:rsidRPr="00934F5D" w:rsidRDefault="00F724F5">
            <w:pPr>
              <w:keepNext/>
            </w:pPr>
            <w:r w:rsidRPr="00934F5D">
              <w:rPr>
                <w:b/>
              </w:rPr>
              <w:t>Județul</w:t>
            </w:r>
          </w:p>
          <w:p w14:paraId="52501A06" w14:textId="77777777" w:rsidR="00A11ECC" w:rsidRPr="00934F5D" w:rsidRDefault="00A11ECC">
            <w:pPr>
              <w:keepNext/>
            </w:pPr>
          </w:p>
        </w:tc>
        <w:tc>
          <w:tcPr>
            <w:tcW w:w="3212" w:type="dxa"/>
            <w:gridSpan w:val="4"/>
          </w:tcPr>
          <w:p w14:paraId="660341FA" w14:textId="77777777" w:rsidR="00A11ECC" w:rsidRPr="00934F5D" w:rsidRDefault="00F724F5">
            <w:pPr>
              <w:keepNext/>
            </w:pPr>
            <w:r w:rsidRPr="00934F5D">
              <w:rPr>
                <w:b/>
              </w:rPr>
              <w:t>Municipiul / orașul / comuna</w:t>
            </w:r>
          </w:p>
          <w:p w14:paraId="2606FFF2" w14:textId="77777777" w:rsidR="00A11ECC" w:rsidRPr="00934F5D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75959E82" w14:textId="77777777" w:rsidR="00A11ECC" w:rsidRPr="00934F5D" w:rsidRDefault="00F724F5">
            <w:pPr>
              <w:keepNext/>
            </w:pPr>
            <w:r w:rsidRPr="00934F5D">
              <w:rPr>
                <w:b/>
              </w:rPr>
              <w:t>Satul / sectorul</w:t>
            </w:r>
          </w:p>
          <w:p w14:paraId="07EED8E4" w14:textId="77777777" w:rsidR="00A11ECC" w:rsidRPr="00934F5D" w:rsidRDefault="00A11ECC">
            <w:pPr>
              <w:keepNext/>
            </w:pPr>
          </w:p>
        </w:tc>
      </w:tr>
      <w:tr w:rsidR="00934F5D" w:rsidRPr="00934F5D" w14:paraId="7BDBDAA6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88B7A94" w14:textId="77777777" w:rsidR="00A11ECC" w:rsidRPr="00934F5D" w:rsidRDefault="00F724F5">
            <w:pPr>
              <w:keepNext/>
            </w:pPr>
            <w:r w:rsidRPr="00934F5D">
              <w:rPr>
                <w:b/>
              </w:rPr>
              <w:t>Strada</w:t>
            </w:r>
          </w:p>
          <w:p w14:paraId="09EA4587" w14:textId="77777777" w:rsidR="00A11ECC" w:rsidRPr="00934F5D" w:rsidRDefault="00A11ECC">
            <w:pPr>
              <w:keepNext/>
            </w:pPr>
          </w:p>
        </w:tc>
        <w:tc>
          <w:tcPr>
            <w:tcW w:w="803" w:type="dxa"/>
          </w:tcPr>
          <w:p w14:paraId="7B7A03A3" w14:textId="77777777" w:rsidR="00A11ECC" w:rsidRPr="00934F5D" w:rsidRDefault="00F724F5">
            <w:pPr>
              <w:keepNext/>
            </w:pPr>
            <w:r w:rsidRPr="00934F5D">
              <w:rPr>
                <w:b/>
              </w:rPr>
              <w:t>Nr.</w:t>
            </w:r>
          </w:p>
          <w:p w14:paraId="12EA7BE1" w14:textId="77777777" w:rsidR="00A11ECC" w:rsidRPr="00934F5D" w:rsidRDefault="00A11ECC">
            <w:pPr>
              <w:keepNext/>
            </w:pPr>
          </w:p>
        </w:tc>
        <w:tc>
          <w:tcPr>
            <w:tcW w:w="803" w:type="dxa"/>
          </w:tcPr>
          <w:p w14:paraId="489F1D5C" w14:textId="77777777" w:rsidR="00A11ECC" w:rsidRPr="00934F5D" w:rsidRDefault="00F724F5">
            <w:pPr>
              <w:keepNext/>
            </w:pPr>
            <w:r w:rsidRPr="00934F5D">
              <w:rPr>
                <w:b/>
              </w:rPr>
              <w:t>Sc.</w:t>
            </w:r>
          </w:p>
          <w:p w14:paraId="1B363C39" w14:textId="77777777" w:rsidR="00A11ECC" w:rsidRPr="00934F5D" w:rsidRDefault="00A11ECC">
            <w:pPr>
              <w:keepNext/>
            </w:pPr>
          </w:p>
        </w:tc>
        <w:tc>
          <w:tcPr>
            <w:tcW w:w="803" w:type="dxa"/>
          </w:tcPr>
          <w:p w14:paraId="0AB11C78" w14:textId="77777777" w:rsidR="00A11ECC" w:rsidRPr="00934F5D" w:rsidRDefault="00F724F5">
            <w:pPr>
              <w:keepNext/>
            </w:pPr>
            <w:r w:rsidRPr="00934F5D">
              <w:rPr>
                <w:b/>
              </w:rPr>
              <w:t>Et.</w:t>
            </w:r>
          </w:p>
          <w:p w14:paraId="479DDF31" w14:textId="77777777" w:rsidR="00A11ECC" w:rsidRPr="00934F5D" w:rsidRDefault="00A11ECC">
            <w:pPr>
              <w:keepNext/>
            </w:pPr>
          </w:p>
        </w:tc>
        <w:tc>
          <w:tcPr>
            <w:tcW w:w="803" w:type="dxa"/>
          </w:tcPr>
          <w:p w14:paraId="0E882C1A" w14:textId="77777777" w:rsidR="00A11ECC" w:rsidRPr="00934F5D" w:rsidRDefault="00F724F5">
            <w:pPr>
              <w:keepNext/>
            </w:pPr>
            <w:r w:rsidRPr="00934F5D">
              <w:rPr>
                <w:b/>
              </w:rPr>
              <w:t>Ap.</w:t>
            </w:r>
          </w:p>
          <w:p w14:paraId="191097FF" w14:textId="77777777" w:rsidR="00A11ECC" w:rsidRPr="00934F5D" w:rsidRDefault="00A11ECC">
            <w:pPr>
              <w:keepNext/>
            </w:pPr>
          </w:p>
        </w:tc>
        <w:tc>
          <w:tcPr>
            <w:tcW w:w="1606" w:type="dxa"/>
          </w:tcPr>
          <w:p w14:paraId="2CA3CE1B" w14:textId="77777777" w:rsidR="00A11ECC" w:rsidRPr="00934F5D" w:rsidRDefault="00F724F5">
            <w:pPr>
              <w:keepNext/>
            </w:pPr>
            <w:r w:rsidRPr="00934F5D">
              <w:rPr>
                <w:b/>
              </w:rPr>
              <w:t>Cod poștal</w:t>
            </w:r>
          </w:p>
          <w:p w14:paraId="2326ABB1" w14:textId="77777777" w:rsidR="00A11ECC" w:rsidRPr="00934F5D" w:rsidRDefault="00A11ECC">
            <w:pPr>
              <w:keepNext/>
            </w:pPr>
          </w:p>
        </w:tc>
        <w:tc>
          <w:tcPr>
            <w:tcW w:w="1606" w:type="dxa"/>
          </w:tcPr>
          <w:p w14:paraId="1D955C86" w14:textId="77777777" w:rsidR="00A11ECC" w:rsidRPr="00934F5D" w:rsidRDefault="00F724F5">
            <w:pPr>
              <w:keepNext/>
            </w:pPr>
            <w:r w:rsidRPr="00934F5D">
              <w:rPr>
                <w:b/>
              </w:rPr>
              <w:t>Țara</w:t>
            </w:r>
          </w:p>
          <w:p w14:paraId="060B5581" w14:textId="77777777" w:rsidR="00A11ECC" w:rsidRPr="00934F5D" w:rsidRDefault="00A11ECC">
            <w:pPr>
              <w:keepNext/>
            </w:pPr>
          </w:p>
        </w:tc>
      </w:tr>
      <w:tr w:rsidR="00934F5D" w:rsidRPr="00934F5D" w14:paraId="4DC3EAC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6019A0" w14:textId="77777777" w:rsidR="00A11ECC" w:rsidRPr="00934F5D" w:rsidRDefault="00F724F5">
            <w:pPr>
              <w:keepNext/>
            </w:pPr>
            <w:r w:rsidRPr="00934F5D">
              <w:rPr>
                <w:sz w:val="16"/>
              </w:rPr>
              <w:t xml:space="preserve"> Date de contact</w:t>
            </w:r>
          </w:p>
        </w:tc>
      </w:tr>
      <w:tr w:rsidR="00A11ECC" w:rsidRPr="00934F5D" w14:paraId="018EC0C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121A4C" w14:textId="77777777" w:rsidR="00A11ECC" w:rsidRPr="00934F5D" w:rsidRDefault="00F724F5">
            <w:r w:rsidRPr="00934F5D">
              <w:rPr>
                <w:b/>
              </w:rPr>
              <w:t>Telefon / fax</w:t>
            </w:r>
          </w:p>
          <w:p w14:paraId="0187BF30" w14:textId="77777777" w:rsidR="00A11ECC" w:rsidRPr="00934F5D" w:rsidRDefault="00A11ECC"/>
        </w:tc>
        <w:tc>
          <w:tcPr>
            <w:tcW w:w="5621" w:type="dxa"/>
            <w:gridSpan w:val="5"/>
          </w:tcPr>
          <w:p w14:paraId="4FBE455D" w14:textId="77777777" w:rsidR="00A11ECC" w:rsidRPr="00934F5D" w:rsidRDefault="00F724F5">
            <w:r w:rsidRPr="00934F5D">
              <w:rPr>
                <w:b/>
              </w:rPr>
              <w:t>E-mail</w:t>
            </w:r>
          </w:p>
          <w:p w14:paraId="5177F214" w14:textId="77777777" w:rsidR="00A11ECC" w:rsidRPr="00934F5D" w:rsidRDefault="00A11ECC"/>
        </w:tc>
      </w:tr>
    </w:tbl>
    <w:p w14:paraId="5C86987D" w14:textId="77777777" w:rsidR="00A11ECC" w:rsidRPr="00934F5D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934F5D" w:rsidRPr="00934F5D" w14:paraId="1367784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294D977" w14:textId="77777777" w:rsidR="00A11ECC" w:rsidRPr="00934F5D" w:rsidRDefault="00F724F5">
            <w:pPr>
              <w:keepNext/>
              <w:rPr>
                <w:lang w:val="fr-FR"/>
              </w:rPr>
            </w:pPr>
            <w:r w:rsidRPr="00934F5D">
              <w:rPr>
                <w:b/>
                <w:sz w:val="16"/>
                <w:lang w:val="fr-FR"/>
              </w:rPr>
              <w:t xml:space="preserve"> 3. </w:t>
            </w:r>
            <w:r w:rsidRPr="00934F5D">
              <w:rPr>
                <w:b/>
                <w:sz w:val="18"/>
                <w:lang w:val="fr-FR"/>
              </w:rPr>
              <w:t>TITULAR AL AUTORIZAȚIEI DE CONSTRUIRE / DESFIINȚARE</w:t>
            </w:r>
          </w:p>
        </w:tc>
      </w:tr>
      <w:tr w:rsidR="00934F5D" w:rsidRPr="00934F5D" w14:paraId="459283F5" w14:textId="77777777">
        <w:trPr>
          <w:cantSplit/>
          <w:trHeight w:val="510"/>
        </w:trPr>
        <w:tc>
          <w:tcPr>
            <w:tcW w:w="1606" w:type="dxa"/>
          </w:tcPr>
          <w:p w14:paraId="037F2C85" w14:textId="77777777" w:rsidR="00A11ECC" w:rsidRPr="00934F5D" w:rsidRDefault="00F724F5">
            <w:pPr>
              <w:keepNext/>
            </w:pPr>
            <w:r w:rsidRPr="00934F5D">
              <w:rPr>
                <w:b/>
              </w:rPr>
              <w:t>Nr.</w:t>
            </w:r>
          </w:p>
          <w:p w14:paraId="40DB982C" w14:textId="77777777" w:rsidR="00A11ECC" w:rsidRPr="00934F5D" w:rsidRDefault="00A11ECC">
            <w:pPr>
              <w:keepNext/>
            </w:pPr>
          </w:p>
        </w:tc>
        <w:tc>
          <w:tcPr>
            <w:tcW w:w="2409" w:type="dxa"/>
          </w:tcPr>
          <w:p w14:paraId="4369B01E" w14:textId="77777777" w:rsidR="00A11ECC" w:rsidRPr="00934F5D" w:rsidRDefault="00F724F5">
            <w:pPr>
              <w:keepNext/>
            </w:pPr>
            <w:r w:rsidRPr="00934F5D">
              <w:rPr>
                <w:b/>
              </w:rPr>
              <w:t>Din data</w:t>
            </w:r>
          </w:p>
          <w:p w14:paraId="48964A76" w14:textId="77777777" w:rsidR="00A11ECC" w:rsidRPr="00934F5D" w:rsidRDefault="00A11ECC">
            <w:pPr>
              <w:keepNext/>
            </w:pPr>
          </w:p>
        </w:tc>
        <w:tc>
          <w:tcPr>
            <w:tcW w:w="5621" w:type="dxa"/>
          </w:tcPr>
          <w:p w14:paraId="48B3695B" w14:textId="77777777" w:rsidR="00A11ECC" w:rsidRPr="00934F5D" w:rsidRDefault="00F724F5">
            <w:pPr>
              <w:keepNext/>
            </w:pPr>
            <w:r w:rsidRPr="00934F5D">
              <w:rPr>
                <w:b/>
              </w:rPr>
              <w:t>Emisă de</w:t>
            </w:r>
          </w:p>
          <w:p w14:paraId="25DDB5C1" w14:textId="77777777" w:rsidR="00A11ECC" w:rsidRPr="00934F5D" w:rsidRDefault="00A11ECC">
            <w:pPr>
              <w:keepNext/>
            </w:pPr>
          </w:p>
        </w:tc>
      </w:tr>
      <w:tr w:rsidR="00934F5D" w:rsidRPr="00934F5D" w14:paraId="5C8E1AD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DD157D" w14:textId="77777777" w:rsidR="00A11ECC" w:rsidRPr="00934F5D" w:rsidRDefault="00F724F5">
            <w:pPr>
              <w:keepNext/>
            </w:pPr>
            <w:r w:rsidRPr="00934F5D"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934F5D" w:rsidRPr="00934F5D" w14:paraId="3EFBA0A3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2A7F641" w14:textId="77777777" w:rsidR="00A11ECC" w:rsidRPr="00934F5D" w:rsidRDefault="00F724F5">
            <w:pPr>
              <w:keepNext/>
              <w:rPr>
                <w:lang w:val="fr-FR"/>
              </w:rPr>
            </w:pPr>
            <w:r w:rsidRPr="00934F5D">
              <w:rPr>
                <w:b/>
                <w:lang w:val="fr-FR"/>
              </w:rPr>
              <w:t>Denumirea lucrării, capacitatea și categoria de lucrări din autorizație</w:t>
            </w:r>
          </w:p>
          <w:p w14:paraId="109F0125" w14:textId="77777777" w:rsidR="00A11ECC" w:rsidRPr="00934F5D" w:rsidRDefault="00A11ECC">
            <w:pPr>
              <w:keepNext/>
              <w:rPr>
                <w:lang w:val="fr-FR"/>
              </w:rPr>
            </w:pPr>
          </w:p>
        </w:tc>
      </w:tr>
      <w:tr w:rsidR="00A11ECC" w:rsidRPr="00934F5D" w14:paraId="795F9BF6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64E6FE5" w14:textId="77777777" w:rsidR="00A11ECC" w:rsidRPr="00934F5D" w:rsidRDefault="00F724F5">
            <w:r w:rsidRPr="00934F5D">
              <w:rPr>
                <w:b/>
              </w:rPr>
              <w:t>în valoare de (lei)</w:t>
            </w:r>
          </w:p>
          <w:p w14:paraId="1A278680" w14:textId="77777777" w:rsidR="00A11ECC" w:rsidRPr="00934F5D" w:rsidRDefault="00A11ECC"/>
        </w:tc>
      </w:tr>
    </w:tbl>
    <w:p w14:paraId="63EF26CC" w14:textId="77777777" w:rsidR="00A11ECC" w:rsidRPr="00934F5D" w:rsidRDefault="00A11ECC">
      <w:pPr>
        <w:spacing w:line="168" w:lineRule="auto"/>
      </w:pPr>
    </w:p>
    <w:p w14:paraId="504C3BAB" w14:textId="7646A303" w:rsidR="00A11ECC" w:rsidRPr="00934F5D" w:rsidRDefault="00E6757A" w:rsidP="00E6757A">
      <w:pPr>
        <w:tabs>
          <w:tab w:val="center" w:pos="4819"/>
          <w:tab w:val="left" w:pos="7608"/>
        </w:tabs>
        <w:spacing w:before="140" w:after="40"/>
        <w:rPr>
          <w:sz w:val="28"/>
          <w:szCs w:val="28"/>
        </w:rPr>
      </w:pPr>
      <w:r w:rsidRPr="00934F5D">
        <w:rPr>
          <w:b/>
          <w:sz w:val="34"/>
        </w:rPr>
        <w:tab/>
      </w:r>
      <w:r w:rsidRPr="00934F5D">
        <w:rPr>
          <w:b/>
          <w:sz w:val="28"/>
          <w:szCs w:val="28"/>
        </w:rPr>
        <w:t>ADUC LA CUNOȘTINȚĂ</w:t>
      </w:r>
      <w:r w:rsidRPr="00934F5D">
        <w:rPr>
          <w:b/>
          <w:sz w:val="28"/>
          <w:szCs w:val="28"/>
        </w:rPr>
        <w:tab/>
      </w:r>
    </w:p>
    <w:p w14:paraId="1799DE9F" w14:textId="77777777" w:rsidR="00A11ECC" w:rsidRPr="00934F5D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11ECC" w:rsidRPr="00934F5D" w14:paraId="47D7F709" w14:textId="77777777">
        <w:trPr>
          <w:cantSplit/>
          <w:trHeight w:val="510"/>
        </w:trPr>
        <w:tc>
          <w:tcPr>
            <w:tcW w:w="2409" w:type="dxa"/>
          </w:tcPr>
          <w:p w14:paraId="04FE48E4" w14:textId="77777777" w:rsidR="00A11ECC" w:rsidRPr="00934F5D" w:rsidRDefault="00F724F5">
            <w:r w:rsidRPr="00934F5D">
              <w:rPr>
                <w:b/>
              </w:rPr>
              <w:t>Că la data de</w:t>
            </w:r>
          </w:p>
          <w:p w14:paraId="2A3EFF1D" w14:textId="77777777" w:rsidR="00A11ECC" w:rsidRPr="00934F5D" w:rsidRDefault="00A11ECC"/>
        </w:tc>
        <w:tc>
          <w:tcPr>
            <w:tcW w:w="1606" w:type="dxa"/>
          </w:tcPr>
          <w:p w14:paraId="4DCDBC6C" w14:textId="77777777" w:rsidR="00A11ECC" w:rsidRPr="00934F5D" w:rsidRDefault="00F724F5">
            <w:r w:rsidRPr="00934F5D">
              <w:rPr>
                <w:b/>
              </w:rPr>
              <w:t>ora</w:t>
            </w:r>
          </w:p>
          <w:p w14:paraId="68C2609C" w14:textId="77777777" w:rsidR="00A11ECC" w:rsidRPr="00934F5D" w:rsidRDefault="00A11ECC"/>
        </w:tc>
        <w:tc>
          <w:tcPr>
            <w:tcW w:w="5621" w:type="dxa"/>
          </w:tcPr>
          <w:p w14:paraId="040137A9" w14:textId="77777777" w:rsidR="00A11ECC" w:rsidRPr="00934F5D" w:rsidRDefault="00F724F5">
            <w:pPr>
              <w:rPr>
                <w:lang w:val="fr-FR"/>
              </w:rPr>
            </w:pPr>
            <w:r w:rsidRPr="00934F5D">
              <w:rPr>
                <w:b/>
                <w:lang w:val="fr-FR"/>
              </w:rPr>
              <w:t>vor începe lucrările de construcții autorizate</w:t>
            </w:r>
          </w:p>
          <w:p w14:paraId="3DC112F4" w14:textId="77777777" w:rsidR="00A11ECC" w:rsidRPr="00934F5D" w:rsidRDefault="00F724F5">
            <w:r w:rsidRPr="00934F5D">
              <w:rPr>
                <w:i/>
              </w:rPr>
              <w:t>pentru imobilul de mai jos</w:t>
            </w:r>
          </w:p>
          <w:p w14:paraId="3300FC33" w14:textId="77777777" w:rsidR="00A11ECC" w:rsidRPr="00934F5D" w:rsidRDefault="00A11ECC"/>
        </w:tc>
      </w:tr>
    </w:tbl>
    <w:p w14:paraId="432CEB30" w14:textId="77777777" w:rsidR="00A11ECC" w:rsidRPr="00934F5D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934F5D" w:rsidRPr="00934F5D" w14:paraId="26100B2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D475EE4" w14:textId="77777777" w:rsidR="00A11ECC" w:rsidRPr="00934F5D" w:rsidRDefault="00F724F5">
            <w:pPr>
              <w:keepNext/>
            </w:pPr>
            <w:r w:rsidRPr="00934F5D">
              <w:rPr>
                <w:b/>
                <w:sz w:val="16"/>
              </w:rPr>
              <w:t xml:space="preserve"> 4. </w:t>
            </w:r>
            <w:r w:rsidRPr="00934F5D">
              <w:rPr>
                <w:b/>
                <w:sz w:val="18"/>
              </w:rPr>
              <w:t>IMOBILUL</w:t>
            </w:r>
          </w:p>
        </w:tc>
      </w:tr>
      <w:tr w:rsidR="00934F5D" w:rsidRPr="00934F5D" w14:paraId="7ACF282A" w14:textId="77777777">
        <w:trPr>
          <w:cantSplit/>
        </w:trPr>
        <w:tc>
          <w:tcPr>
            <w:tcW w:w="9636" w:type="dxa"/>
            <w:gridSpan w:val="6"/>
          </w:tcPr>
          <w:p w14:paraId="50878A3D" w14:textId="77777777" w:rsidR="00A11ECC" w:rsidRPr="00934F5D" w:rsidRDefault="00F724F5">
            <w:pPr>
              <w:keepNext/>
            </w:pPr>
            <w:r w:rsidRPr="00934F5D">
              <w:rPr>
                <w:sz w:val="16"/>
              </w:rPr>
              <w:t xml:space="preserve"> ☐ teren     ☐ construcții</w:t>
            </w:r>
          </w:p>
        </w:tc>
      </w:tr>
      <w:tr w:rsidR="00934F5D" w:rsidRPr="00934F5D" w14:paraId="049C915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844C392" w14:textId="77777777" w:rsidR="00A11ECC" w:rsidRPr="00934F5D" w:rsidRDefault="00F724F5">
            <w:pPr>
              <w:keepNext/>
            </w:pPr>
            <w:r w:rsidRPr="00934F5D">
              <w:rPr>
                <w:b/>
              </w:rPr>
              <w:t>Județ</w:t>
            </w:r>
          </w:p>
          <w:p w14:paraId="010FC309" w14:textId="77777777" w:rsidR="00A11ECC" w:rsidRPr="00934F5D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54B9E1A5" w14:textId="77777777" w:rsidR="00A11ECC" w:rsidRPr="00934F5D" w:rsidRDefault="00F724F5">
            <w:pPr>
              <w:keepNext/>
            </w:pPr>
            <w:r w:rsidRPr="00934F5D">
              <w:rPr>
                <w:b/>
              </w:rPr>
              <w:t>Municipiu / oraș / comună</w:t>
            </w:r>
          </w:p>
          <w:p w14:paraId="7A126BAD" w14:textId="77777777" w:rsidR="00A11ECC" w:rsidRPr="00934F5D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2FB9D75E" w14:textId="77777777" w:rsidR="00A11ECC" w:rsidRPr="00934F5D" w:rsidRDefault="00F724F5">
            <w:pPr>
              <w:keepNext/>
            </w:pPr>
            <w:r w:rsidRPr="00934F5D">
              <w:rPr>
                <w:b/>
              </w:rPr>
              <w:t>Sat / sector</w:t>
            </w:r>
          </w:p>
          <w:p w14:paraId="0787ED05" w14:textId="77777777" w:rsidR="00A11ECC" w:rsidRPr="00934F5D" w:rsidRDefault="00A11ECC">
            <w:pPr>
              <w:keepNext/>
            </w:pPr>
          </w:p>
        </w:tc>
      </w:tr>
      <w:tr w:rsidR="00934F5D" w:rsidRPr="00934F5D" w14:paraId="36DAE126" w14:textId="77777777">
        <w:trPr>
          <w:cantSplit/>
          <w:trHeight w:val="510"/>
        </w:trPr>
        <w:tc>
          <w:tcPr>
            <w:tcW w:w="1606" w:type="dxa"/>
          </w:tcPr>
          <w:p w14:paraId="057F8242" w14:textId="77777777" w:rsidR="00A11ECC" w:rsidRPr="00934F5D" w:rsidRDefault="00F724F5">
            <w:pPr>
              <w:keepNext/>
            </w:pPr>
            <w:r w:rsidRPr="00934F5D">
              <w:rPr>
                <w:b/>
              </w:rPr>
              <w:t>Cod poștal</w:t>
            </w:r>
          </w:p>
          <w:p w14:paraId="07B4C970" w14:textId="77777777" w:rsidR="00A11ECC" w:rsidRPr="00934F5D" w:rsidRDefault="00A11ECC">
            <w:pPr>
              <w:keepNext/>
            </w:pPr>
          </w:p>
        </w:tc>
        <w:tc>
          <w:tcPr>
            <w:tcW w:w="4818" w:type="dxa"/>
            <w:gridSpan w:val="3"/>
          </w:tcPr>
          <w:p w14:paraId="3DA08EA7" w14:textId="77777777" w:rsidR="00A11ECC" w:rsidRPr="00934F5D" w:rsidRDefault="00F724F5">
            <w:pPr>
              <w:keepNext/>
            </w:pPr>
            <w:r w:rsidRPr="00934F5D">
              <w:rPr>
                <w:b/>
              </w:rPr>
              <w:t>Strada</w:t>
            </w:r>
          </w:p>
          <w:p w14:paraId="538D62A6" w14:textId="77777777" w:rsidR="00A11ECC" w:rsidRPr="00934F5D" w:rsidRDefault="00A11ECC">
            <w:pPr>
              <w:keepNext/>
            </w:pPr>
          </w:p>
        </w:tc>
        <w:tc>
          <w:tcPr>
            <w:tcW w:w="803" w:type="dxa"/>
          </w:tcPr>
          <w:p w14:paraId="720E6D2B" w14:textId="77777777" w:rsidR="00A11ECC" w:rsidRPr="00934F5D" w:rsidRDefault="00F724F5">
            <w:pPr>
              <w:keepNext/>
            </w:pPr>
            <w:r w:rsidRPr="00934F5D">
              <w:rPr>
                <w:b/>
              </w:rPr>
              <w:t>Nr.</w:t>
            </w:r>
          </w:p>
          <w:p w14:paraId="2E7EF5EB" w14:textId="77777777" w:rsidR="00A11ECC" w:rsidRPr="00934F5D" w:rsidRDefault="00A11ECC">
            <w:pPr>
              <w:keepNext/>
            </w:pPr>
          </w:p>
        </w:tc>
        <w:tc>
          <w:tcPr>
            <w:tcW w:w="2409" w:type="dxa"/>
          </w:tcPr>
          <w:p w14:paraId="57AD1668" w14:textId="77777777" w:rsidR="00A11ECC" w:rsidRPr="00934F5D" w:rsidRDefault="00F724F5">
            <w:pPr>
              <w:keepNext/>
            </w:pPr>
            <w:r w:rsidRPr="00934F5D">
              <w:rPr>
                <w:b/>
              </w:rPr>
              <w:t>Bl. / sc. / et. / ap.</w:t>
            </w:r>
          </w:p>
          <w:p w14:paraId="26416C0C" w14:textId="77777777" w:rsidR="00A11ECC" w:rsidRPr="00934F5D" w:rsidRDefault="00A11ECC">
            <w:pPr>
              <w:keepNext/>
            </w:pPr>
          </w:p>
        </w:tc>
      </w:tr>
      <w:tr w:rsidR="00A11ECC" w:rsidRPr="00934F5D" w14:paraId="4C590D1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5FC5203" w14:textId="77777777" w:rsidR="00A11ECC" w:rsidRPr="00934F5D" w:rsidRDefault="00F724F5">
            <w:pPr>
              <w:keepNext/>
              <w:rPr>
                <w:lang w:val="fr-FR"/>
              </w:rPr>
            </w:pPr>
            <w:r w:rsidRPr="00934F5D">
              <w:rPr>
                <w:b/>
                <w:lang w:val="fr-FR"/>
              </w:rPr>
              <w:t>Număr cadastral</w:t>
            </w:r>
          </w:p>
          <w:p w14:paraId="3BE30373" w14:textId="77777777" w:rsidR="00A11ECC" w:rsidRPr="00934F5D" w:rsidRDefault="00F724F5">
            <w:pPr>
              <w:keepNext/>
              <w:rPr>
                <w:lang w:val="fr-FR"/>
              </w:rPr>
            </w:pPr>
            <w:r w:rsidRPr="00934F5D">
              <w:rPr>
                <w:i/>
                <w:lang w:val="fr-FR"/>
              </w:rPr>
              <w:t>dacă imobilul e înscris în e-Terra</w:t>
            </w:r>
          </w:p>
          <w:p w14:paraId="0F081BC3" w14:textId="77777777" w:rsidR="00A11ECC" w:rsidRPr="00934F5D" w:rsidRDefault="00A11EC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51DB82B" w14:textId="77777777" w:rsidR="00A11ECC" w:rsidRPr="00934F5D" w:rsidRDefault="00F724F5">
            <w:pPr>
              <w:keepNext/>
            </w:pPr>
            <w:r w:rsidRPr="00934F5D">
              <w:rPr>
                <w:b/>
              </w:rPr>
              <w:t>Carte funciară nr.</w:t>
            </w:r>
          </w:p>
          <w:p w14:paraId="202F2988" w14:textId="77777777" w:rsidR="00A11ECC" w:rsidRPr="00934F5D" w:rsidRDefault="00A11ECC">
            <w:pPr>
              <w:keepNext/>
            </w:pPr>
          </w:p>
        </w:tc>
      </w:tr>
    </w:tbl>
    <w:p w14:paraId="30B8E0EC" w14:textId="77777777" w:rsidR="00A11ECC" w:rsidRPr="00934F5D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934F5D" w:rsidRPr="00934F5D" w14:paraId="031C2B49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F999CAB" w14:textId="77777777" w:rsidR="00A11ECC" w:rsidRPr="00934F5D" w:rsidRDefault="00F724F5">
            <w:pPr>
              <w:keepNext/>
            </w:pPr>
            <w:r w:rsidRPr="00934F5D">
              <w:rPr>
                <w:b/>
                <w:sz w:val="16"/>
              </w:rPr>
              <w:t xml:space="preserve"> 5. </w:t>
            </w:r>
            <w:r w:rsidRPr="00934F5D">
              <w:rPr>
                <w:b/>
                <w:sz w:val="18"/>
              </w:rPr>
              <w:t>DATA ȘI SEMNĂTURA</w:t>
            </w:r>
          </w:p>
        </w:tc>
      </w:tr>
      <w:tr w:rsidR="00A11ECC" w:rsidRPr="00934F5D" w14:paraId="70317068" w14:textId="77777777">
        <w:trPr>
          <w:cantSplit/>
          <w:trHeight w:val="510"/>
        </w:trPr>
        <w:tc>
          <w:tcPr>
            <w:tcW w:w="1606" w:type="dxa"/>
          </w:tcPr>
          <w:p w14:paraId="6AB536DB" w14:textId="77777777" w:rsidR="00A11ECC" w:rsidRPr="00934F5D" w:rsidRDefault="00F724F5">
            <w:r w:rsidRPr="00934F5D">
              <w:rPr>
                <w:b/>
              </w:rPr>
              <w:t>Data</w:t>
            </w:r>
          </w:p>
          <w:p w14:paraId="45065743" w14:textId="77777777" w:rsidR="00A11ECC" w:rsidRPr="00934F5D" w:rsidRDefault="00A11ECC"/>
        </w:tc>
        <w:tc>
          <w:tcPr>
            <w:tcW w:w="4818" w:type="dxa"/>
          </w:tcPr>
          <w:p w14:paraId="1F4E7ECE" w14:textId="77777777" w:rsidR="00A11ECC" w:rsidRPr="00934F5D" w:rsidRDefault="00F724F5">
            <w:r w:rsidRPr="00934F5D">
              <w:rPr>
                <w:b/>
              </w:rPr>
              <w:t>Titularul autorizației</w:t>
            </w:r>
          </w:p>
          <w:p w14:paraId="21637A08" w14:textId="77777777" w:rsidR="00A11ECC" w:rsidRPr="00934F5D" w:rsidRDefault="00A11ECC"/>
        </w:tc>
        <w:tc>
          <w:tcPr>
            <w:tcW w:w="3212" w:type="dxa"/>
          </w:tcPr>
          <w:p w14:paraId="004D4C8B" w14:textId="77777777" w:rsidR="00A11ECC" w:rsidRPr="00934F5D" w:rsidRDefault="00F724F5">
            <w:r w:rsidRPr="00934F5D">
              <w:rPr>
                <w:b/>
              </w:rPr>
              <w:t>Semnătura</w:t>
            </w:r>
          </w:p>
          <w:p w14:paraId="307E167C" w14:textId="77777777" w:rsidR="00A11ECC" w:rsidRPr="00934F5D" w:rsidRDefault="00A11ECC"/>
        </w:tc>
      </w:tr>
    </w:tbl>
    <w:p w14:paraId="33B23A72" w14:textId="77777777" w:rsidR="00A11ECC" w:rsidRPr="00934F5D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34F5D" w:rsidRPr="00934F5D" w14:paraId="5723B871" w14:textId="77777777">
        <w:trPr>
          <w:cantSplit/>
        </w:trPr>
        <w:tc>
          <w:tcPr>
            <w:tcW w:w="9636" w:type="dxa"/>
            <w:shd w:val="clear" w:color="auto" w:fill="F4F4F4"/>
          </w:tcPr>
          <w:p w14:paraId="5778FA35" w14:textId="77777777" w:rsidR="00A11ECC" w:rsidRPr="00934F5D" w:rsidRDefault="00F724F5">
            <w:pPr>
              <w:spacing w:line="228" w:lineRule="auto"/>
              <w:rPr>
                <w:lang w:val="fr-FR"/>
              </w:rPr>
            </w:pPr>
            <w:r w:rsidRPr="00934F5D">
              <w:rPr>
                <w:lang w:val="fr-FR"/>
              </w:rPr>
              <w:t>Formularul se anexează la autorizația de construire / desființare în două exemplare. Titularul autorizației este obligat să păstreze pe șantier un exemplar al acestei înștiințări, cu numărul și data înregistrării la autoritatea emitentă.</w:t>
            </w:r>
          </w:p>
        </w:tc>
      </w:tr>
    </w:tbl>
    <w:p w14:paraId="1067A431" w14:textId="77777777" w:rsidR="00A11ECC" w:rsidRPr="00934F5D" w:rsidRDefault="00A11ECC">
      <w:pPr>
        <w:spacing w:line="168" w:lineRule="auto"/>
        <w:rPr>
          <w:lang w:val="fr-FR"/>
        </w:rPr>
      </w:pPr>
    </w:p>
    <w:sectPr w:rsidR="00A11ECC" w:rsidRPr="00934F5D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A2E365" w14:textId="77777777" w:rsidR="00F724F5" w:rsidRDefault="00F724F5">
      <w:r>
        <w:separator/>
      </w:r>
    </w:p>
  </w:endnote>
  <w:endnote w:type="continuationSeparator" w:id="0">
    <w:p w14:paraId="2E19D613" w14:textId="77777777" w:rsidR="00F724F5" w:rsidRDefault="00F724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1FAD8D" w14:textId="72EF6547" w:rsidR="00A11ECC" w:rsidRDefault="00F724F5">
    <w:pPr>
      <w:pStyle w:val="Footer"/>
      <w:tabs>
        <w:tab w:val="right" w:pos="9639"/>
      </w:tabs>
    </w:pPr>
    <w:r>
      <w:rPr>
        <w:color w:val="595959"/>
      </w:rPr>
      <w:t>F_A_0</w:t>
    </w:r>
    <w:r w:rsidR="00182EDC">
      <w:rPr>
        <w:color w:val="595959"/>
      </w:rPr>
      <w:t>8</w:t>
    </w:r>
    <w:r>
      <w:rPr>
        <w:color w:val="595959"/>
      </w:rPr>
      <w:t xml:space="preserve">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C91876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C91876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6B740A" w14:textId="77777777" w:rsidR="00F724F5" w:rsidRDefault="00F724F5">
      <w:r>
        <w:separator/>
      </w:r>
    </w:p>
  </w:footnote>
  <w:footnote w:type="continuationSeparator" w:id="0">
    <w:p w14:paraId="27025DDA" w14:textId="77777777" w:rsidR="00F724F5" w:rsidRDefault="00F724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A01C0"/>
    <w:rsid w:val="00123DA8"/>
    <w:rsid w:val="0015074B"/>
    <w:rsid w:val="00182EDC"/>
    <w:rsid w:val="001F772B"/>
    <w:rsid w:val="0029639D"/>
    <w:rsid w:val="00326F90"/>
    <w:rsid w:val="006C103E"/>
    <w:rsid w:val="00934F5D"/>
    <w:rsid w:val="00A11ECC"/>
    <w:rsid w:val="00AA1D8D"/>
    <w:rsid w:val="00B47730"/>
    <w:rsid w:val="00C91876"/>
    <w:rsid w:val="00CB0664"/>
    <w:rsid w:val="00E61A6B"/>
    <w:rsid w:val="00E6757A"/>
    <w:rsid w:val="00F724F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E95A5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600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443BA7F-7062-46B0-A2AF-C922157ED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NORA</cp:lastModifiedBy>
  <cp:revision>3</cp:revision>
  <dcterms:created xsi:type="dcterms:W3CDTF">2013-12-23T23:15:00Z</dcterms:created>
  <dcterms:modified xsi:type="dcterms:W3CDTF">2026-09-14T12:40:00Z</dcterms:modified>
  <cp:category/>
</cp:coreProperties>
</file>