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7444C" w14:paraId="759B6C04" w14:textId="77777777" w:rsidTr="0097444C">
        <w:trPr>
          <w:cantSplit/>
          <w:trHeight w:val="232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96A2A9E" w14:textId="78461763" w:rsidR="0097444C" w:rsidRDefault="0097444C">
            <w:pPr>
              <w:keepNext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24BCC8A5" wp14:editId="56FE63C3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8F1F6F1" w14:textId="77777777" w:rsidR="0097444C" w:rsidRDefault="0097444C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Județul</w:t>
            </w:r>
            <w:proofErr w:type="spellEnd"/>
            <w:r>
              <w:rPr>
                <w:sz w:val="22"/>
              </w:rPr>
              <w:t xml:space="preserve">  </w:t>
            </w:r>
            <w:r>
              <w:rPr>
                <w:b/>
                <w:sz w:val="22"/>
              </w:rPr>
              <w:t>TULCEA</w:t>
            </w:r>
          </w:p>
        </w:tc>
      </w:tr>
      <w:tr w:rsidR="0097444C" w14:paraId="60A7ED8C" w14:textId="77777777" w:rsidTr="0097444C">
        <w:trPr>
          <w:cantSplit/>
          <w:trHeight w:val="277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68BC804" w14:textId="77777777" w:rsidR="0097444C" w:rsidRDefault="0097444C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1B853751" w14:textId="77777777" w:rsidR="0097444C" w:rsidRDefault="0097444C">
            <w:pPr>
              <w:keepNext/>
              <w:rPr>
                <w:sz w:val="22"/>
                <w:lang w:val="ro-RO"/>
              </w:rPr>
            </w:pPr>
            <w:proofErr w:type="spellStart"/>
            <w:r>
              <w:rPr>
                <w:sz w:val="22"/>
              </w:rPr>
              <w:t>Autoritatea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administrației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publice</w:t>
            </w:r>
            <w:proofErr w:type="spellEnd"/>
            <w:r>
              <w:rPr>
                <w:sz w:val="22"/>
              </w:rPr>
              <w:t xml:space="preserve">   </w:t>
            </w:r>
            <w:r>
              <w:rPr>
                <w:b/>
                <w:sz w:val="22"/>
              </w:rPr>
              <w:t>ORA</w:t>
            </w:r>
            <w:r>
              <w:rPr>
                <w:b/>
                <w:sz w:val="22"/>
                <w:lang w:val="ro-RO"/>
              </w:rPr>
              <w:t>ȘUL ISACCEA</w:t>
            </w:r>
          </w:p>
        </w:tc>
      </w:tr>
      <w:tr w:rsidR="0097444C" w14:paraId="18FC1191" w14:textId="77777777" w:rsidTr="0097444C">
        <w:trPr>
          <w:cantSplit/>
          <w:trHeight w:val="623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5510CDF" w14:textId="77777777" w:rsidR="0097444C" w:rsidRDefault="0097444C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316787E7" w14:textId="77777777" w:rsidR="0097444C" w:rsidRDefault="0097444C">
            <w:pPr>
              <w:keepNext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Cod de </w:t>
            </w:r>
            <w:proofErr w:type="spellStart"/>
            <w:r>
              <w:rPr>
                <w:sz w:val="22"/>
                <w:lang w:val="fr-FR"/>
              </w:rPr>
              <w:t>identificare</w:t>
            </w:r>
            <w:proofErr w:type="spellEnd"/>
            <w:r>
              <w:rPr>
                <w:sz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lang w:val="fr-FR"/>
              </w:rPr>
              <w:t>fiscală</w:t>
            </w:r>
            <w:proofErr w:type="spellEnd"/>
            <w:r>
              <w:rPr>
                <w:sz w:val="22"/>
                <w:lang w:val="fr-FR"/>
              </w:rPr>
              <w:t xml:space="preserve"> (CIF)</w:t>
            </w:r>
          </w:p>
          <w:p w14:paraId="6BD567EE" w14:textId="77777777" w:rsidR="0097444C" w:rsidRDefault="0097444C">
            <w:pPr>
              <w:keepNext/>
              <w:jc w:val="center"/>
              <w:rPr>
                <w:sz w:val="22"/>
                <w:lang w:val="fr-FR"/>
              </w:rPr>
            </w:pPr>
          </w:p>
          <w:p w14:paraId="75010C72" w14:textId="77777777" w:rsidR="0097444C" w:rsidRDefault="0097444C">
            <w:pPr>
              <w:keepNext/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3721907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44475C56" w14:textId="77777777" w:rsidR="0097444C" w:rsidRDefault="0097444C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Adresa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oficială</w:t>
            </w:r>
            <w:proofErr w:type="spellEnd"/>
          </w:p>
          <w:p w14:paraId="00AE30E1" w14:textId="77777777" w:rsidR="0097444C" w:rsidRDefault="0097444C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Str.  1 </w:t>
            </w:r>
            <w:proofErr w:type="spellStart"/>
            <w:proofErr w:type="gramStart"/>
            <w:r>
              <w:rPr>
                <w:bCs/>
                <w:iCs/>
                <w:sz w:val="22"/>
              </w:rPr>
              <w:t>Decembrie</w:t>
            </w:r>
            <w:proofErr w:type="spellEnd"/>
            <w:r>
              <w:rPr>
                <w:bCs/>
                <w:iCs/>
                <w:sz w:val="22"/>
              </w:rPr>
              <w:t xml:space="preserve">  </w:t>
            </w:r>
            <w:proofErr w:type="spellStart"/>
            <w:r>
              <w:rPr>
                <w:bCs/>
                <w:iCs/>
                <w:sz w:val="22"/>
              </w:rPr>
              <w:t>Nr</w:t>
            </w:r>
            <w:proofErr w:type="spellEnd"/>
            <w:proofErr w:type="gramEnd"/>
            <w:r>
              <w:rPr>
                <w:bCs/>
                <w:iCs/>
                <w:sz w:val="22"/>
              </w:rPr>
              <w:t xml:space="preserve">. 25, </w:t>
            </w:r>
            <w:proofErr w:type="spellStart"/>
            <w:r>
              <w:rPr>
                <w:bCs/>
                <w:iCs/>
                <w:sz w:val="22"/>
              </w:rPr>
              <w:t>Isaccea</w:t>
            </w:r>
            <w:proofErr w:type="spellEnd"/>
            <w:r>
              <w:rPr>
                <w:bCs/>
                <w:iCs/>
                <w:sz w:val="22"/>
              </w:rPr>
              <w:t xml:space="preserve">, </w:t>
            </w:r>
            <w:proofErr w:type="spellStart"/>
            <w:r>
              <w:rPr>
                <w:bCs/>
                <w:iCs/>
                <w:sz w:val="22"/>
              </w:rPr>
              <w:t>județul</w:t>
            </w:r>
            <w:proofErr w:type="spellEnd"/>
            <w:r>
              <w:rPr>
                <w:bCs/>
                <w:iCs/>
                <w:sz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</w:rPr>
              <w:t>Tulcea</w:t>
            </w:r>
            <w:proofErr w:type="spellEnd"/>
          </w:p>
          <w:p w14:paraId="3595CEDA" w14:textId="77777777" w:rsidR="0097444C" w:rsidRDefault="0097444C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Tel.  0240/506.600, Fax 0240/506.623 </w:t>
            </w:r>
          </w:p>
          <w:p w14:paraId="4F2D53FE" w14:textId="77777777" w:rsidR="0097444C" w:rsidRDefault="0097444C">
            <w:pPr>
              <w:keepNext/>
              <w:jc w:val="both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E-mail: secretariatisaccea@gmail.com</w:t>
            </w:r>
          </w:p>
        </w:tc>
      </w:tr>
      <w:tr w:rsidR="0097444C" w14:paraId="297298CA" w14:textId="77777777" w:rsidTr="0097444C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93A966F" w14:textId="77777777" w:rsidR="0097444C" w:rsidRDefault="0097444C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77A9E0FC" w14:textId="77777777" w:rsidR="0097444C" w:rsidRDefault="0097444C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Număr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înregistrare</w:t>
            </w:r>
            <w:proofErr w:type="spellEnd"/>
          </w:p>
          <w:p w14:paraId="4B291A62" w14:textId="77777777" w:rsidR="0097444C" w:rsidRDefault="0097444C">
            <w:pPr>
              <w:keepNext/>
              <w:rPr>
                <w:sz w:val="22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02E5FEBE" w14:textId="77777777" w:rsidR="0097444C" w:rsidRDefault="0097444C">
            <w:pPr>
              <w:keepNext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 w14:paraId="4C6A6A08" w14:textId="77777777" w:rsidR="0097444C" w:rsidRDefault="0097444C">
            <w:pPr>
              <w:keepNext/>
              <w:rPr>
                <w:sz w:val="22"/>
              </w:rPr>
            </w:pPr>
          </w:p>
        </w:tc>
      </w:tr>
      <w:tr w:rsidR="0097444C" w14:paraId="6BF8897B" w14:textId="77777777" w:rsidTr="0097444C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2C5C4CBC" w14:textId="77777777" w:rsidR="0097444C" w:rsidRDefault="0097444C">
            <w:pPr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 xml:space="preserve"> se </w:t>
            </w:r>
            <w:proofErr w:type="spellStart"/>
            <w:r>
              <w:rPr>
                <w:i/>
                <w:sz w:val="22"/>
                <w:lang w:val="fr-FR"/>
              </w:rPr>
              <w:t>completează</w:t>
            </w:r>
            <w:proofErr w:type="spellEnd"/>
            <w:r>
              <w:rPr>
                <w:i/>
                <w:sz w:val="22"/>
                <w:lang w:val="fr-FR"/>
              </w:rPr>
              <w:t xml:space="preserve"> de </w:t>
            </w:r>
            <w:proofErr w:type="spellStart"/>
            <w:r>
              <w:rPr>
                <w:i/>
                <w:sz w:val="22"/>
                <w:lang w:val="fr-FR"/>
              </w:rPr>
              <w:t>autoritate</w:t>
            </w:r>
            <w:proofErr w:type="spellEnd"/>
            <w:r>
              <w:rPr>
                <w:i/>
                <w:sz w:val="22"/>
                <w:lang w:val="fr-FR"/>
              </w:rPr>
              <w:t xml:space="preserve"> — </w:t>
            </w:r>
            <w:proofErr w:type="spellStart"/>
            <w:r>
              <w:rPr>
                <w:i/>
                <w:sz w:val="22"/>
                <w:lang w:val="fr-FR"/>
              </w:rPr>
              <w:t>solicitantul</w:t>
            </w:r>
            <w:proofErr w:type="spellEnd"/>
            <w:r>
              <w:rPr>
                <w:i/>
                <w:sz w:val="22"/>
                <w:lang w:val="fr-FR"/>
              </w:rPr>
              <w:t xml:space="preserve"> nu </w:t>
            </w:r>
            <w:proofErr w:type="spellStart"/>
            <w:r>
              <w:rPr>
                <w:i/>
                <w:sz w:val="22"/>
                <w:lang w:val="fr-FR"/>
              </w:rPr>
              <w:t>scrie</w:t>
            </w:r>
            <w:proofErr w:type="spellEnd"/>
            <w:r>
              <w:rPr>
                <w:i/>
                <w:sz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lang w:val="fr-FR"/>
              </w:rPr>
              <w:t>în</w:t>
            </w:r>
            <w:proofErr w:type="spellEnd"/>
            <w:r>
              <w:rPr>
                <w:i/>
                <w:sz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lang w:val="fr-FR"/>
              </w:rPr>
              <w:t>această</w:t>
            </w:r>
            <w:proofErr w:type="spellEnd"/>
            <w:r>
              <w:rPr>
                <w:i/>
                <w:sz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B5567D" w:rsidRDefault="006C3E82">
      <w:pPr>
        <w:spacing w:before="140" w:after="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14:paraId="1643D012" w14:textId="77777777" w:rsidR="00A11ECC" w:rsidRPr="0097444C" w:rsidRDefault="006C3E82">
      <w:pPr>
        <w:spacing w:after="120"/>
        <w:jc w:val="center"/>
        <w:rPr>
          <w:sz w:val="22"/>
        </w:rPr>
      </w:pPr>
      <w:proofErr w:type="spellStart"/>
      <w:r w:rsidRPr="0097444C">
        <w:rPr>
          <w:sz w:val="22"/>
        </w:rPr>
        <w:t>privind</w:t>
      </w:r>
      <w:proofErr w:type="spellEnd"/>
      <w:r w:rsidRPr="0097444C">
        <w:rPr>
          <w:sz w:val="22"/>
        </w:rPr>
        <w:t xml:space="preserve"> </w:t>
      </w:r>
      <w:proofErr w:type="spellStart"/>
      <w:r w:rsidRPr="0097444C">
        <w:rPr>
          <w:sz w:val="22"/>
        </w:rPr>
        <w:t>începerea</w:t>
      </w:r>
      <w:proofErr w:type="spellEnd"/>
      <w:r w:rsidRPr="0097444C">
        <w:rPr>
          <w:sz w:val="22"/>
        </w:rPr>
        <w:t xml:space="preserve"> </w:t>
      </w:r>
      <w:proofErr w:type="spellStart"/>
      <w:r w:rsidRPr="0097444C">
        <w:rPr>
          <w:sz w:val="22"/>
        </w:rPr>
        <w:t>execuției</w:t>
      </w:r>
      <w:proofErr w:type="spellEnd"/>
      <w:r w:rsidRPr="0097444C">
        <w:rPr>
          <w:sz w:val="22"/>
        </w:rPr>
        <w:t xml:space="preserve"> </w:t>
      </w:r>
      <w:proofErr w:type="spellStart"/>
      <w:r w:rsidRPr="0097444C">
        <w:rPr>
          <w:sz w:val="22"/>
        </w:rPr>
        <w:t>lucrărilor</w:t>
      </w:r>
      <w:proofErr w:type="spellEnd"/>
    </w:p>
    <w:p w14:paraId="4291F9D6" w14:textId="77777777" w:rsidR="00A11ECC" w:rsidRPr="0097444C" w:rsidRDefault="00A11ECC">
      <w:pPr>
        <w:spacing w:after="60"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7444C" w:rsidRPr="0097444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 xml:space="preserve"> 1. </w:t>
            </w:r>
            <w:r w:rsidRPr="0097444C">
              <w:rPr>
                <w:b/>
                <w:sz w:val="22"/>
              </w:rPr>
              <w:t>CĂTRE</w:t>
            </w:r>
          </w:p>
        </w:tc>
      </w:tr>
      <w:tr w:rsidR="0097444C" w:rsidRPr="0097444C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343AD70D" w:rsidR="00A11ECC" w:rsidRPr="0097444C" w:rsidRDefault="00A11ECC">
            <w:pPr>
              <w:keepNext/>
              <w:rPr>
                <w:sz w:val="22"/>
                <w:lang w:val="fr-FR"/>
              </w:rPr>
            </w:pPr>
          </w:p>
          <w:p w14:paraId="5641DACE" w14:textId="77777777" w:rsidR="00A11ECC" w:rsidRPr="0097444C" w:rsidRDefault="00A11ECC">
            <w:pPr>
              <w:keepNext/>
              <w:rPr>
                <w:sz w:val="22"/>
                <w:lang w:val="fr-FR"/>
              </w:rPr>
            </w:pPr>
          </w:p>
        </w:tc>
      </w:tr>
      <w:tr w:rsidR="0097444C" w:rsidRPr="0097444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11AB6E27" w:rsidR="00A11ECC" w:rsidRPr="0097444C" w:rsidRDefault="00781DFE">
            <w:pPr>
              <w:spacing w:line="228" w:lineRule="auto"/>
              <w:rPr>
                <w:sz w:val="22"/>
                <w:lang w:val="fr-FR"/>
              </w:rPr>
            </w:pPr>
            <w:proofErr w:type="spellStart"/>
            <w:r w:rsidRPr="0097444C">
              <w:rPr>
                <w:sz w:val="22"/>
                <w:lang w:val="fr-FR"/>
              </w:rPr>
              <w:t>Cererea</w:t>
            </w:r>
            <w:proofErr w:type="spellEnd"/>
            <w:r w:rsidRPr="0097444C">
              <w:rPr>
                <w:sz w:val="22"/>
                <w:lang w:val="fr-FR"/>
              </w:rPr>
              <w:t xml:space="preserve"> va fi </w:t>
            </w:r>
            <w:proofErr w:type="spellStart"/>
            <w:r w:rsidRPr="0097444C">
              <w:rPr>
                <w:sz w:val="22"/>
                <w:lang w:val="fr-FR"/>
              </w:rPr>
              <w:t>adresată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către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conducerea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Inspectoratului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Teritorial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în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Construcții</w:t>
            </w:r>
            <w:proofErr w:type="spellEnd"/>
          </w:p>
        </w:tc>
      </w:tr>
    </w:tbl>
    <w:p w14:paraId="3FD1D3DB" w14:textId="77777777" w:rsidR="00A11ECC" w:rsidRPr="0097444C" w:rsidRDefault="00A11ECC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7444C" w:rsidRPr="0097444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  <w:lang w:val="fr-FR"/>
              </w:rPr>
              <w:t xml:space="preserve"> </w:t>
            </w:r>
            <w:r w:rsidRPr="0097444C">
              <w:rPr>
                <w:b/>
                <w:sz w:val="22"/>
              </w:rPr>
              <w:t xml:space="preserve">2. </w:t>
            </w:r>
            <w:r w:rsidRPr="0097444C">
              <w:rPr>
                <w:b/>
                <w:sz w:val="22"/>
              </w:rPr>
              <w:t>SOLICITANTUL</w:t>
            </w:r>
          </w:p>
        </w:tc>
      </w:tr>
      <w:tr w:rsidR="0097444C" w:rsidRPr="0097444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Nume</w:t>
            </w:r>
            <w:proofErr w:type="spellEnd"/>
            <w:r w:rsidRPr="0097444C">
              <w:rPr>
                <w:b/>
                <w:sz w:val="22"/>
              </w:rPr>
              <w:t xml:space="preserve"> </w:t>
            </w:r>
            <w:proofErr w:type="spellStart"/>
            <w:r w:rsidRPr="0097444C">
              <w:rPr>
                <w:b/>
                <w:sz w:val="22"/>
              </w:rPr>
              <w:t>și</w:t>
            </w:r>
            <w:proofErr w:type="spellEnd"/>
            <w:r w:rsidRPr="0097444C">
              <w:rPr>
                <w:b/>
                <w:sz w:val="22"/>
              </w:rPr>
              <w:t xml:space="preserve"> </w:t>
            </w:r>
            <w:proofErr w:type="spellStart"/>
            <w:r w:rsidRPr="0097444C">
              <w:rPr>
                <w:b/>
                <w:sz w:val="22"/>
              </w:rPr>
              <w:t>prenume</w:t>
            </w:r>
            <w:proofErr w:type="spellEnd"/>
          </w:p>
          <w:p w14:paraId="45C36B89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4015" w:type="dxa"/>
            <w:gridSpan w:val="3"/>
          </w:tcPr>
          <w:p w14:paraId="75015164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>CNP</w:t>
            </w:r>
          </w:p>
          <w:p w14:paraId="4E9C5560" w14:textId="77777777" w:rsidR="00A11ECC" w:rsidRPr="0097444C" w:rsidRDefault="00A11ECC">
            <w:pPr>
              <w:keepNext/>
              <w:rPr>
                <w:sz w:val="22"/>
              </w:rPr>
            </w:pPr>
          </w:p>
        </w:tc>
      </w:tr>
      <w:tr w:rsidR="0097444C" w:rsidRPr="0097444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sz w:val="22"/>
              </w:rPr>
              <w:t xml:space="preserve"> Act de </w:t>
            </w:r>
            <w:proofErr w:type="spellStart"/>
            <w:r w:rsidRPr="0097444C">
              <w:rPr>
                <w:sz w:val="22"/>
              </w:rPr>
              <w:t>identitate</w:t>
            </w:r>
            <w:proofErr w:type="spellEnd"/>
          </w:p>
        </w:tc>
      </w:tr>
      <w:tr w:rsidR="0097444C" w:rsidRPr="0097444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Seria</w:t>
            </w:r>
            <w:proofErr w:type="spellEnd"/>
          </w:p>
          <w:p w14:paraId="3DE6E8D1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14:paraId="5E7E72CA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Numărul</w:t>
            </w:r>
            <w:proofErr w:type="spellEnd"/>
          </w:p>
          <w:p w14:paraId="3406A505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5"/>
          </w:tcPr>
          <w:p w14:paraId="7DF59165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Eliberat</w:t>
            </w:r>
            <w:proofErr w:type="spellEnd"/>
            <w:r w:rsidRPr="0097444C">
              <w:rPr>
                <w:b/>
                <w:sz w:val="22"/>
              </w:rPr>
              <w:t xml:space="preserve"> de</w:t>
            </w:r>
          </w:p>
          <w:p w14:paraId="50D7D510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14:paraId="0315ACF2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>La data</w:t>
            </w:r>
          </w:p>
          <w:p w14:paraId="71986321" w14:textId="77777777" w:rsidR="00A11ECC" w:rsidRPr="0097444C" w:rsidRDefault="00A11ECC">
            <w:pPr>
              <w:keepNext/>
              <w:rPr>
                <w:sz w:val="22"/>
              </w:rPr>
            </w:pPr>
          </w:p>
        </w:tc>
      </w:tr>
      <w:tr w:rsidR="0097444C" w:rsidRPr="0097444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Domiciliul</w:t>
            </w:r>
            <w:proofErr w:type="spellEnd"/>
          </w:p>
        </w:tc>
      </w:tr>
      <w:tr w:rsidR="0097444C" w:rsidRPr="0097444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Județul</w:t>
            </w:r>
            <w:proofErr w:type="spellEnd"/>
          </w:p>
          <w:p w14:paraId="52501A06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14:paraId="660341FA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Municipiul</w:t>
            </w:r>
            <w:proofErr w:type="spellEnd"/>
            <w:r w:rsidRPr="0097444C">
              <w:rPr>
                <w:b/>
                <w:sz w:val="22"/>
              </w:rPr>
              <w:t xml:space="preserve"> / </w:t>
            </w:r>
            <w:proofErr w:type="spellStart"/>
            <w:r w:rsidRPr="0097444C">
              <w:rPr>
                <w:b/>
                <w:sz w:val="22"/>
              </w:rPr>
              <w:t>orașul</w:t>
            </w:r>
            <w:proofErr w:type="spellEnd"/>
            <w:r w:rsidRPr="0097444C">
              <w:rPr>
                <w:b/>
                <w:sz w:val="22"/>
              </w:rPr>
              <w:t xml:space="preserve"> / </w:t>
            </w:r>
            <w:proofErr w:type="spellStart"/>
            <w:r w:rsidRPr="0097444C">
              <w:rPr>
                <w:b/>
                <w:sz w:val="22"/>
              </w:rPr>
              <w:t>comuna</w:t>
            </w:r>
            <w:proofErr w:type="spellEnd"/>
          </w:p>
          <w:p w14:paraId="2606FFF2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14:paraId="75959E82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Satul</w:t>
            </w:r>
            <w:proofErr w:type="spellEnd"/>
            <w:r w:rsidRPr="0097444C">
              <w:rPr>
                <w:b/>
                <w:sz w:val="22"/>
              </w:rPr>
              <w:t xml:space="preserve"> / </w:t>
            </w:r>
            <w:proofErr w:type="spellStart"/>
            <w:r w:rsidRPr="0097444C">
              <w:rPr>
                <w:b/>
                <w:sz w:val="22"/>
              </w:rPr>
              <w:t>sectorul</w:t>
            </w:r>
            <w:proofErr w:type="spellEnd"/>
          </w:p>
          <w:p w14:paraId="07EED8E4" w14:textId="77777777" w:rsidR="00A11ECC" w:rsidRPr="0097444C" w:rsidRDefault="00A11ECC">
            <w:pPr>
              <w:keepNext/>
              <w:rPr>
                <w:sz w:val="22"/>
              </w:rPr>
            </w:pPr>
          </w:p>
        </w:tc>
      </w:tr>
      <w:tr w:rsidR="0097444C" w:rsidRPr="0097444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Strada</w:t>
            </w:r>
            <w:proofErr w:type="spellEnd"/>
          </w:p>
          <w:p w14:paraId="09EA4587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7B7A03A3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>Nr.</w:t>
            </w:r>
          </w:p>
          <w:p w14:paraId="12EA7BE1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489F1D5C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>Sc.</w:t>
            </w:r>
          </w:p>
          <w:p w14:paraId="1B363C39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0AB11C78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>Et.</w:t>
            </w:r>
          </w:p>
          <w:p w14:paraId="479DDF31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0E882C1A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>Ap.</w:t>
            </w:r>
          </w:p>
          <w:p w14:paraId="191097FF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14:paraId="2CA3CE1B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 xml:space="preserve">Cod </w:t>
            </w:r>
            <w:proofErr w:type="spellStart"/>
            <w:r w:rsidRPr="0097444C">
              <w:rPr>
                <w:b/>
                <w:sz w:val="22"/>
              </w:rPr>
              <w:t>poștal</w:t>
            </w:r>
            <w:proofErr w:type="spellEnd"/>
          </w:p>
          <w:p w14:paraId="2326ABB1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14:paraId="1D955C86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Ț</w:t>
            </w:r>
            <w:r w:rsidRPr="0097444C">
              <w:rPr>
                <w:b/>
                <w:sz w:val="22"/>
              </w:rPr>
              <w:t>ara</w:t>
            </w:r>
            <w:proofErr w:type="spellEnd"/>
          </w:p>
          <w:p w14:paraId="060B5581" w14:textId="77777777" w:rsidR="00A11ECC" w:rsidRPr="0097444C" w:rsidRDefault="00A11ECC">
            <w:pPr>
              <w:keepNext/>
              <w:rPr>
                <w:sz w:val="22"/>
              </w:rPr>
            </w:pPr>
          </w:p>
        </w:tc>
      </w:tr>
      <w:tr w:rsidR="0097444C" w:rsidRPr="0097444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sz w:val="22"/>
              </w:rPr>
              <w:t xml:space="preserve"> Date de contact</w:t>
            </w:r>
          </w:p>
        </w:tc>
      </w:tr>
      <w:tr w:rsidR="00A11ECC" w:rsidRPr="0097444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Pr="0097444C" w:rsidRDefault="006C3E82">
            <w:pPr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Telefon</w:t>
            </w:r>
            <w:proofErr w:type="spellEnd"/>
            <w:r w:rsidRPr="0097444C">
              <w:rPr>
                <w:b/>
                <w:sz w:val="22"/>
              </w:rPr>
              <w:t xml:space="preserve"> / fax</w:t>
            </w:r>
          </w:p>
          <w:p w14:paraId="0187BF30" w14:textId="77777777" w:rsidR="00A11ECC" w:rsidRPr="0097444C" w:rsidRDefault="00A11ECC">
            <w:pPr>
              <w:rPr>
                <w:sz w:val="22"/>
              </w:rPr>
            </w:pPr>
          </w:p>
        </w:tc>
        <w:tc>
          <w:tcPr>
            <w:tcW w:w="5621" w:type="dxa"/>
            <w:gridSpan w:val="5"/>
          </w:tcPr>
          <w:p w14:paraId="4FBE455D" w14:textId="77777777" w:rsidR="00A11ECC" w:rsidRPr="0097444C" w:rsidRDefault="006C3E82">
            <w:pPr>
              <w:rPr>
                <w:sz w:val="22"/>
              </w:rPr>
            </w:pPr>
            <w:r w:rsidRPr="0097444C">
              <w:rPr>
                <w:b/>
                <w:sz w:val="22"/>
              </w:rPr>
              <w:t>E-mail</w:t>
            </w:r>
          </w:p>
          <w:p w14:paraId="5177F214" w14:textId="77777777" w:rsidR="00A11ECC" w:rsidRPr="0097444C" w:rsidRDefault="00A11ECC">
            <w:pPr>
              <w:rPr>
                <w:sz w:val="22"/>
              </w:rPr>
            </w:pPr>
          </w:p>
        </w:tc>
      </w:tr>
    </w:tbl>
    <w:p w14:paraId="5C86987D" w14:textId="77777777" w:rsidR="00A11ECC" w:rsidRPr="0097444C" w:rsidRDefault="00A11ECC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97444C" w:rsidRPr="0097444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97444C" w:rsidRDefault="006C3E82">
            <w:pPr>
              <w:keepNext/>
              <w:rPr>
                <w:sz w:val="22"/>
                <w:lang w:val="fr-FR"/>
              </w:rPr>
            </w:pPr>
            <w:r w:rsidRPr="0097444C">
              <w:rPr>
                <w:b/>
                <w:sz w:val="22"/>
                <w:lang w:val="fr-FR"/>
              </w:rPr>
              <w:t xml:space="preserve"> 3. </w:t>
            </w:r>
            <w:r w:rsidRPr="0097444C">
              <w:rPr>
                <w:b/>
                <w:sz w:val="22"/>
                <w:lang w:val="fr-FR"/>
              </w:rPr>
              <w:t>TITULAR AL AUTORIZAȚIEI DE CONSTRUIRE / DESFIINȚARE</w:t>
            </w:r>
          </w:p>
        </w:tc>
      </w:tr>
      <w:tr w:rsidR="0097444C" w:rsidRPr="0097444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Nr</w:t>
            </w:r>
            <w:proofErr w:type="spellEnd"/>
            <w:r w:rsidRPr="0097444C">
              <w:rPr>
                <w:b/>
                <w:sz w:val="22"/>
              </w:rPr>
              <w:t>.</w:t>
            </w:r>
          </w:p>
          <w:p w14:paraId="40DB982C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2409" w:type="dxa"/>
          </w:tcPr>
          <w:p w14:paraId="4369B01E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>Din data</w:t>
            </w:r>
          </w:p>
          <w:p w14:paraId="48964A76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5621" w:type="dxa"/>
          </w:tcPr>
          <w:p w14:paraId="48B3695B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Emisă</w:t>
            </w:r>
            <w:proofErr w:type="spellEnd"/>
            <w:r w:rsidRPr="0097444C">
              <w:rPr>
                <w:b/>
                <w:sz w:val="22"/>
              </w:rPr>
              <w:t xml:space="preserve"> de</w:t>
            </w:r>
          </w:p>
          <w:p w14:paraId="25DDB5C1" w14:textId="77777777" w:rsidR="00A11ECC" w:rsidRPr="0097444C" w:rsidRDefault="00A11ECC">
            <w:pPr>
              <w:keepNext/>
              <w:rPr>
                <w:sz w:val="22"/>
              </w:rPr>
            </w:pPr>
          </w:p>
        </w:tc>
      </w:tr>
      <w:tr w:rsidR="0097444C" w:rsidRPr="0097444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emisă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pentru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executarea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lucrărilor</w:t>
            </w:r>
            <w:proofErr w:type="spellEnd"/>
            <w:r w:rsidRPr="0097444C">
              <w:rPr>
                <w:sz w:val="22"/>
              </w:rPr>
              <w:t xml:space="preserve"> de </w:t>
            </w:r>
            <w:proofErr w:type="spellStart"/>
            <w:r w:rsidRPr="0097444C">
              <w:rPr>
                <w:sz w:val="22"/>
              </w:rPr>
              <w:t>construcții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privind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construirea</w:t>
            </w:r>
            <w:proofErr w:type="spellEnd"/>
            <w:r w:rsidRPr="0097444C">
              <w:rPr>
                <w:sz w:val="22"/>
              </w:rPr>
              <w:t xml:space="preserve"> / </w:t>
            </w:r>
            <w:proofErr w:type="spellStart"/>
            <w:r w:rsidRPr="0097444C">
              <w:rPr>
                <w:sz w:val="22"/>
              </w:rPr>
              <w:t>desființarea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construcțiilor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și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amenajărilor</w:t>
            </w:r>
            <w:proofErr w:type="spellEnd"/>
          </w:p>
        </w:tc>
      </w:tr>
      <w:tr w:rsidR="0097444C" w:rsidRPr="0097444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97444C" w:rsidRDefault="006C3E82">
            <w:pPr>
              <w:keepNext/>
              <w:rPr>
                <w:sz w:val="22"/>
                <w:lang w:val="fr-FR"/>
              </w:rPr>
            </w:pPr>
            <w:proofErr w:type="spellStart"/>
            <w:r w:rsidRPr="0097444C">
              <w:rPr>
                <w:b/>
                <w:sz w:val="22"/>
                <w:lang w:val="fr-FR"/>
              </w:rPr>
              <w:t>Denumirea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b/>
                <w:sz w:val="22"/>
                <w:lang w:val="fr-FR"/>
              </w:rPr>
              <w:t>lucrării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, </w:t>
            </w:r>
            <w:proofErr w:type="spellStart"/>
            <w:r w:rsidRPr="0097444C">
              <w:rPr>
                <w:b/>
                <w:sz w:val="22"/>
                <w:lang w:val="fr-FR"/>
              </w:rPr>
              <w:t>capacitatea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b/>
                <w:sz w:val="22"/>
                <w:lang w:val="fr-FR"/>
              </w:rPr>
              <w:t>și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b/>
                <w:sz w:val="22"/>
                <w:lang w:val="fr-FR"/>
              </w:rPr>
              <w:t>categoria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 de </w:t>
            </w:r>
            <w:proofErr w:type="spellStart"/>
            <w:r w:rsidRPr="0097444C">
              <w:rPr>
                <w:b/>
                <w:sz w:val="22"/>
                <w:lang w:val="fr-FR"/>
              </w:rPr>
              <w:t>lucrări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b/>
                <w:sz w:val="22"/>
                <w:lang w:val="fr-FR"/>
              </w:rPr>
              <w:t>din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b/>
                <w:sz w:val="22"/>
                <w:lang w:val="fr-FR"/>
              </w:rPr>
              <w:t>autorizație</w:t>
            </w:r>
            <w:proofErr w:type="spellEnd"/>
          </w:p>
          <w:p w14:paraId="11F220EB" w14:textId="77777777" w:rsidR="00781DFE" w:rsidRPr="0097444C" w:rsidRDefault="00781DFE" w:rsidP="00781DFE">
            <w:pPr>
              <w:keepNext/>
              <w:rPr>
                <w:i/>
                <w:sz w:val="22"/>
                <w:lang w:val="ro-RO"/>
              </w:rPr>
            </w:pPr>
            <w:r w:rsidRPr="0097444C">
              <w:rPr>
                <w:i/>
                <w:sz w:val="22"/>
                <w:lang w:val="fr-FR"/>
              </w:rPr>
              <w:t xml:space="preserve">Se </w:t>
            </w:r>
            <w:proofErr w:type="spellStart"/>
            <w:r w:rsidRPr="0097444C">
              <w:rPr>
                <w:i/>
                <w:sz w:val="22"/>
                <w:lang w:val="fr-FR"/>
              </w:rPr>
              <w:t>noteaz</w:t>
            </w:r>
            <w:proofErr w:type="spellEnd"/>
            <w:r w:rsidRPr="0097444C">
              <w:rPr>
                <w:i/>
                <w:sz w:val="22"/>
                <w:lang w:val="ro-RO"/>
              </w:rPr>
              <w:t>ă titlul din autorizația de construire</w:t>
            </w:r>
          </w:p>
          <w:p w14:paraId="109F0125" w14:textId="77777777" w:rsidR="00A11ECC" w:rsidRPr="0097444C" w:rsidRDefault="00A11ECC">
            <w:pPr>
              <w:keepNext/>
              <w:rPr>
                <w:sz w:val="22"/>
                <w:lang w:val="fr-FR"/>
              </w:rPr>
            </w:pPr>
          </w:p>
        </w:tc>
      </w:tr>
      <w:tr w:rsidR="00A11ECC" w:rsidRPr="0097444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97444C" w:rsidRDefault="006C3E82">
            <w:pPr>
              <w:rPr>
                <w:sz w:val="22"/>
                <w:lang w:val="fr-FR"/>
              </w:rPr>
            </w:pPr>
            <w:proofErr w:type="spellStart"/>
            <w:proofErr w:type="gramStart"/>
            <w:r w:rsidRPr="0097444C">
              <w:rPr>
                <w:b/>
                <w:sz w:val="22"/>
                <w:lang w:val="fr-FR"/>
              </w:rPr>
              <w:t>în</w:t>
            </w:r>
            <w:proofErr w:type="spellEnd"/>
            <w:proofErr w:type="gramEnd"/>
            <w:r w:rsidRPr="0097444C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b/>
                <w:sz w:val="22"/>
                <w:lang w:val="fr-FR"/>
              </w:rPr>
              <w:t>valoare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 de (lei)</w:t>
            </w:r>
          </w:p>
          <w:p w14:paraId="1A278680" w14:textId="7EB2A9EB" w:rsidR="00A11ECC" w:rsidRPr="0097444C" w:rsidRDefault="00781DFE">
            <w:pPr>
              <w:rPr>
                <w:sz w:val="22"/>
                <w:lang w:val="fr-FR"/>
              </w:rPr>
            </w:pPr>
            <w:r w:rsidRPr="0097444C">
              <w:rPr>
                <w:i/>
                <w:sz w:val="22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63EF26CC" w14:textId="77777777" w:rsidR="00A11ECC" w:rsidRPr="0097444C" w:rsidRDefault="00A11ECC">
      <w:pPr>
        <w:spacing w:line="168" w:lineRule="auto"/>
        <w:rPr>
          <w:sz w:val="22"/>
          <w:lang w:val="fr-FR"/>
        </w:rPr>
      </w:pPr>
    </w:p>
    <w:p w14:paraId="504C3BAB" w14:textId="7646A303" w:rsidR="00A11ECC" w:rsidRPr="0097444C" w:rsidRDefault="00E6757A" w:rsidP="00E6757A">
      <w:pPr>
        <w:tabs>
          <w:tab w:val="center" w:pos="4819"/>
          <w:tab w:val="left" w:pos="7608"/>
        </w:tabs>
        <w:spacing w:before="140" w:after="40"/>
        <w:rPr>
          <w:sz w:val="22"/>
        </w:rPr>
      </w:pPr>
      <w:r w:rsidRPr="0097444C">
        <w:rPr>
          <w:b/>
          <w:sz w:val="22"/>
          <w:lang w:val="fr-FR"/>
        </w:rPr>
        <w:tab/>
      </w:r>
      <w:r w:rsidRPr="0097444C">
        <w:rPr>
          <w:b/>
          <w:sz w:val="22"/>
        </w:rPr>
        <w:t>ADUC LA CUNOȘTINȚĂ</w:t>
      </w:r>
      <w:r w:rsidRPr="0097444C">
        <w:rPr>
          <w:b/>
          <w:sz w:val="22"/>
        </w:rPr>
        <w:tab/>
      </w:r>
    </w:p>
    <w:p w14:paraId="1799DE9F" w14:textId="77777777" w:rsidR="00A11ECC" w:rsidRPr="0097444C" w:rsidRDefault="00A11ECC">
      <w:pPr>
        <w:spacing w:after="60"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:rsidRPr="0097444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Pr="0097444C" w:rsidRDefault="006C3E82">
            <w:pPr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Că</w:t>
            </w:r>
            <w:proofErr w:type="spellEnd"/>
            <w:r w:rsidRPr="0097444C">
              <w:rPr>
                <w:b/>
                <w:sz w:val="22"/>
              </w:rPr>
              <w:t xml:space="preserve"> la data de</w:t>
            </w:r>
          </w:p>
          <w:p w14:paraId="2A3EFF1D" w14:textId="77777777" w:rsidR="00A11ECC" w:rsidRPr="0097444C" w:rsidRDefault="00A11ECC">
            <w:pPr>
              <w:rPr>
                <w:sz w:val="22"/>
              </w:rPr>
            </w:pPr>
          </w:p>
        </w:tc>
        <w:tc>
          <w:tcPr>
            <w:tcW w:w="1606" w:type="dxa"/>
          </w:tcPr>
          <w:p w14:paraId="4DCDBC6C" w14:textId="77777777" w:rsidR="00A11ECC" w:rsidRPr="0097444C" w:rsidRDefault="006C3E82">
            <w:pPr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ora</w:t>
            </w:r>
            <w:proofErr w:type="spellEnd"/>
          </w:p>
          <w:p w14:paraId="68C2609C" w14:textId="77777777" w:rsidR="00A11ECC" w:rsidRPr="0097444C" w:rsidRDefault="00A11ECC">
            <w:pPr>
              <w:rPr>
                <w:sz w:val="22"/>
              </w:rPr>
            </w:pPr>
          </w:p>
        </w:tc>
        <w:tc>
          <w:tcPr>
            <w:tcW w:w="5621" w:type="dxa"/>
          </w:tcPr>
          <w:p w14:paraId="040137A9" w14:textId="77777777" w:rsidR="00A11ECC" w:rsidRPr="0097444C" w:rsidRDefault="006C3E82">
            <w:pPr>
              <w:rPr>
                <w:sz w:val="22"/>
                <w:lang w:val="fr-FR"/>
              </w:rPr>
            </w:pPr>
            <w:proofErr w:type="gramStart"/>
            <w:r w:rsidRPr="0097444C">
              <w:rPr>
                <w:b/>
                <w:sz w:val="22"/>
                <w:lang w:val="fr-FR"/>
              </w:rPr>
              <w:t>vor</w:t>
            </w:r>
            <w:proofErr w:type="gramEnd"/>
            <w:r w:rsidRPr="0097444C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b/>
                <w:sz w:val="22"/>
                <w:lang w:val="fr-FR"/>
              </w:rPr>
              <w:t>începe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b/>
                <w:sz w:val="22"/>
                <w:lang w:val="fr-FR"/>
              </w:rPr>
              <w:t>lucrările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 de </w:t>
            </w:r>
            <w:proofErr w:type="spellStart"/>
            <w:r w:rsidRPr="0097444C">
              <w:rPr>
                <w:b/>
                <w:sz w:val="22"/>
                <w:lang w:val="fr-FR"/>
              </w:rPr>
              <w:t>construcții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b/>
                <w:sz w:val="22"/>
                <w:lang w:val="fr-FR"/>
              </w:rPr>
              <w:t>autorizate</w:t>
            </w:r>
            <w:proofErr w:type="spellEnd"/>
          </w:p>
          <w:p w14:paraId="3DC112F4" w14:textId="77777777" w:rsidR="00A11ECC" w:rsidRPr="0097444C" w:rsidRDefault="006C3E82">
            <w:pPr>
              <w:rPr>
                <w:sz w:val="22"/>
              </w:rPr>
            </w:pPr>
            <w:proofErr w:type="spellStart"/>
            <w:r w:rsidRPr="0097444C">
              <w:rPr>
                <w:i/>
                <w:sz w:val="22"/>
              </w:rPr>
              <w:t>pentru</w:t>
            </w:r>
            <w:proofErr w:type="spellEnd"/>
            <w:r w:rsidRPr="0097444C">
              <w:rPr>
                <w:i/>
                <w:sz w:val="22"/>
              </w:rPr>
              <w:t xml:space="preserve"> </w:t>
            </w:r>
            <w:proofErr w:type="spellStart"/>
            <w:r w:rsidRPr="0097444C">
              <w:rPr>
                <w:i/>
                <w:sz w:val="22"/>
              </w:rPr>
              <w:t>imobilul</w:t>
            </w:r>
            <w:proofErr w:type="spellEnd"/>
            <w:r w:rsidRPr="0097444C">
              <w:rPr>
                <w:i/>
                <w:sz w:val="22"/>
              </w:rPr>
              <w:t xml:space="preserve"> de </w:t>
            </w:r>
            <w:proofErr w:type="spellStart"/>
            <w:r w:rsidRPr="0097444C">
              <w:rPr>
                <w:i/>
                <w:sz w:val="22"/>
              </w:rPr>
              <w:t>mai</w:t>
            </w:r>
            <w:proofErr w:type="spellEnd"/>
            <w:r w:rsidRPr="0097444C">
              <w:rPr>
                <w:i/>
                <w:sz w:val="22"/>
              </w:rPr>
              <w:t xml:space="preserve"> </w:t>
            </w:r>
            <w:proofErr w:type="spellStart"/>
            <w:r w:rsidRPr="0097444C">
              <w:rPr>
                <w:i/>
                <w:sz w:val="22"/>
              </w:rPr>
              <w:t>jos</w:t>
            </w:r>
            <w:proofErr w:type="spellEnd"/>
          </w:p>
          <w:p w14:paraId="3300FC33" w14:textId="77777777" w:rsidR="00A11ECC" w:rsidRPr="0097444C" w:rsidRDefault="00A11ECC">
            <w:pPr>
              <w:rPr>
                <w:sz w:val="22"/>
              </w:rPr>
            </w:pPr>
          </w:p>
        </w:tc>
      </w:tr>
    </w:tbl>
    <w:p w14:paraId="432CEB30" w14:textId="77777777" w:rsidR="00A11ECC" w:rsidRPr="0097444C" w:rsidRDefault="00A11ECC">
      <w:pPr>
        <w:spacing w:line="168" w:lineRule="auto"/>
        <w:rPr>
          <w:sz w:val="22"/>
        </w:rPr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7444C" w:rsidRPr="0097444C" w14:paraId="26100B20" w14:textId="77777777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lastRenderedPageBreak/>
              <w:t xml:space="preserve"> 4. </w:t>
            </w:r>
            <w:r w:rsidRPr="0097444C">
              <w:rPr>
                <w:b/>
                <w:sz w:val="22"/>
              </w:rPr>
              <w:t>IMOBILUL</w:t>
            </w:r>
          </w:p>
        </w:tc>
      </w:tr>
      <w:tr w:rsidR="0097444C" w:rsidRPr="0097444C" w14:paraId="7ACF282A" w14:textId="77777777" w:rsidTr="00B5567D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sz w:val="22"/>
              </w:rPr>
              <w:t xml:space="preserve"> ☐ </w:t>
            </w:r>
            <w:proofErr w:type="spellStart"/>
            <w:r w:rsidRPr="0097444C">
              <w:rPr>
                <w:sz w:val="22"/>
              </w:rPr>
              <w:t>teren</w:t>
            </w:r>
            <w:proofErr w:type="spellEnd"/>
            <w:r w:rsidRPr="0097444C">
              <w:rPr>
                <w:sz w:val="22"/>
              </w:rPr>
              <w:t xml:space="preserve">     ☐ </w:t>
            </w:r>
            <w:proofErr w:type="spellStart"/>
            <w:r w:rsidRPr="0097444C">
              <w:rPr>
                <w:sz w:val="22"/>
              </w:rPr>
              <w:t>construcții</w:t>
            </w:r>
            <w:proofErr w:type="spellEnd"/>
          </w:p>
        </w:tc>
      </w:tr>
      <w:tr w:rsidR="0097444C" w:rsidRPr="0097444C" w14:paraId="049C9151" w14:textId="77777777" w:rsidTr="00B5567D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Județ</w:t>
            </w:r>
            <w:proofErr w:type="spellEnd"/>
          </w:p>
          <w:p w14:paraId="010FC309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14:paraId="54B9E1A5" w14:textId="77777777" w:rsidR="00A11ECC" w:rsidRPr="0097444C" w:rsidRDefault="006C3E82">
            <w:pPr>
              <w:keepNext/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Municipiu</w:t>
            </w:r>
            <w:proofErr w:type="spellEnd"/>
            <w:r w:rsidRPr="0097444C">
              <w:rPr>
                <w:b/>
                <w:sz w:val="22"/>
              </w:rPr>
              <w:t xml:space="preserve"> / </w:t>
            </w:r>
            <w:proofErr w:type="spellStart"/>
            <w:r w:rsidRPr="0097444C">
              <w:rPr>
                <w:b/>
                <w:sz w:val="22"/>
              </w:rPr>
              <w:t>oraș</w:t>
            </w:r>
            <w:proofErr w:type="spellEnd"/>
            <w:r w:rsidRPr="0097444C">
              <w:rPr>
                <w:b/>
                <w:sz w:val="22"/>
              </w:rPr>
              <w:t xml:space="preserve"> / </w:t>
            </w:r>
            <w:proofErr w:type="spellStart"/>
            <w:r w:rsidRPr="0097444C">
              <w:rPr>
                <w:b/>
                <w:sz w:val="22"/>
              </w:rPr>
              <w:t>comună</w:t>
            </w:r>
            <w:proofErr w:type="spellEnd"/>
          </w:p>
          <w:p w14:paraId="7A126BAD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14:paraId="2FB9D75E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>Sat / sector</w:t>
            </w:r>
          </w:p>
          <w:p w14:paraId="0787ED05" w14:textId="77777777" w:rsidR="00A11ECC" w:rsidRPr="0097444C" w:rsidRDefault="00A11ECC">
            <w:pPr>
              <w:keepNext/>
              <w:rPr>
                <w:sz w:val="22"/>
              </w:rPr>
            </w:pPr>
          </w:p>
        </w:tc>
      </w:tr>
      <w:tr w:rsidR="0097444C" w:rsidRPr="0097444C" w14:paraId="36DAE126" w14:textId="77777777" w:rsidTr="00B5567D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 xml:space="preserve">Cod </w:t>
            </w:r>
            <w:proofErr w:type="spellStart"/>
            <w:r w:rsidRPr="0097444C">
              <w:rPr>
                <w:b/>
                <w:sz w:val="22"/>
              </w:rPr>
              <w:t>poștal</w:t>
            </w:r>
            <w:proofErr w:type="spellEnd"/>
          </w:p>
          <w:p w14:paraId="07B4C970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3"/>
          </w:tcPr>
          <w:p w14:paraId="3DA08EA7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>Strada</w:t>
            </w:r>
          </w:p>
          <w:p w14:paraId="538D62A6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720E6D2B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>Nr.</w:t>
            </w:r>
          </w:p>
          <w:p w14:paraId="2E7EF5EB" w14:textId="77777777" w:rsidR="00A11ECC" w:rsidRPr="0097444C" w:rsidRDefault="00A11ECC">
            <w:pPr>
              <w:keepNext/>
              <w:rPr>
                <w:sz w:val="22"/>
              </w:rPr>
            </w:pPr>
          </w:p>
        </w:tc>
        <w:tc>
          <w:tcPr>
            <w:tcW w:w="2409" w:type="dxa"/>
          </w:tcPr>
          <w:p w14:paraId="57AD1668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>Bl. / sc. / et. / ap.</w:t>
            </w:r>
          </w:p>
          <w:p w14:paraId="26416C0C" w14:textId="77777777" w:rsidR="00A11ECC" w:rsidRPr="0097444C" w:rsidRDefault="00A11ECC">
            <w:pPr>
              <w:keepNext/>
              <w:rPr>
                <w:sz w:val="22"/>
              </w:rPr>
            </w:pPr>
          </w:p>
        </w:tc>
      </w:tr>
      <w:tr w:rsidR="00A11ECC" w:rsidRPr="0097444C" w14:paraId="4C590D10" w14:textId="77777777" w:rsidTr="00B5567D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97444C" w:rsidRDefault="006C3E82">
            <w:pPr>
              <w:keepNext/>
              <w:rPr>
                <w:sz w:val="22"/>
                <w:lang w:val="fr-FR"/>
              </w:rPr>
            </w:pPr>
            <w:proofErr w:type="spellStart"/>
            <w:r w:rsidRPr="0097444C">
              <w:rPr>
                <w:b/>
                <w:sz w:val="22"/>
                <w:lang w:val="fr-FR"/>
              </w:rPr>
              <w:t>Număr</w:t>
            </w:r>
            <w:proofErr w:type="spellEnd"/>
            <w:r w:rsidRPr="0097444C">
              <w:rPr>
                <w:b/>
                <w:sz w:val="22"/>
                <w:lang w:val="fr-FR"/>
              </w:rPr>
              <w:t xml:space="preserve"> cadastral</w:t>
            </w:r>
          </w:p>
          <w:p w14:paraId="3BE30373" w14:textId="77777777" w:rsidR="00A11ECC" w:rsidRPr="0097444C" w:rsidRDefault="006C3E82">
            <w:pPr>
              <w:keepNext/>
              <w:rPr>
                <w:sz w:val="22"/>
                <w:lang w:val="fr-FR"/>
              </w:rPr>
            </w:pPr>
            <w:proofErr w:type="spellStart"/>
            <w:proofErr w:type="gramStart"/>
            <w:r w:rsidRPr="0097444C">
              <w:rPr>
                <w:i/>
                <w:sz w:val="22"/>
                <w:lang w:val="fr-FR"/>
              </w:rPr>
              <w:t>dacă</w:t>
            </w:r>
            <w:proofErr w:type="spellEnd"/>
            <w:proofErr w:type="gramEnd"/>
            <w:r w:rsidRPr="0097444C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i/>
                <w:sz w:val="22"/>
                <w:lang w:val="fr-FR"/>
              </w:rPr>
              <w:t>imobilul</w:t>
            </w:r>
            <w:proofErr w:type="spellEnd"/>
            <w:r w:rsidRPr="0097444C">
              <w:rPr>
                <w:i/>
                <w:sz w:val="22"/>
                <w:lang w:val="fr-FR"/>
              </w:rPr>
              <w:t xml:space="preserve"> e </w:t>
            </w:r>
            <w:proofErr w:type="spellStart"/>
            <w:r w:rsidRPr="0097444C">
              <w:rPr>
                <w:i/>
                <w:sz w:val="22"/>
                <w:lang w:val="fr-FR"/>
              </w:rPr>
              <w:t>înscris</w:t>
            </w:r>
            <w:proofErr w:type="spellEnd"/>
            <w:r w:rsidRPr="0097444C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i/>
                <w:sz w:val="22"/>
                <w:lang w:val="fr-FR"/>
              </w:rPr>
              <w:t>în</w:t>
            </w:r>
            <w:proofErr w:type="spellEnd"/>
            <w:r w:rsidRPr="0097444C">
              <w:rPr>
                <w:i/>
                <w:sz w:val="22"/>
                <w:lang w:val="fr-FR"/>
              </w:rPr>
              <w:t xml:space="preserve"> e-Terra</w:t>
            </w:r>
          </w:p>
          <w:p w14:paraId="0F081BC3" w14:textId="77777777" w:rsidR="00A11ECC" w:rsidRPr="0097444C" w:rsidRDefault="00A11ECC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Pr="0097444C" w:rsidRDefault="006C3E82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 xml:space="preserve">Carte </w:t>
            </w:r>
            <w:proofErr w:type="spellStart"/>
            <w:r w:rsidRPr="0097444C">
              <w:rPr>
                <w:b/>
                <w:sz w:val="22"/>
              </w:rPr>
              <w:t>funciară</w:t>
            </w:r>
            <w:proofErr w:type="spellEnd"/>
            <w:r w:rsidRPr="0097444C">
              <w:rPr>
                <w:b/>
                <w:sz w:val="22"/>
              </w:rPr>
              <w:t xml:space="preserve"> </w:t>
            </w:r>
            <w:proofErr w:type="spellStart"/>
            <w:r w:rsidRPr="0097444C">
              <w:rPr>
                <w:b/>
                <w:sz w:val="22"/>
              </w:rPr>
              <w:t>nr</w:t>
            </w:r>
            <w:proofErr w:type="spellEnd"/>
            <w:r w:rsidRPr="0097444C">
              <w:rPr>
                <w:b/>
                <w:sz w:val="22"/>
              </w:rPr>
              <w:t>.</w:t>
            </w:r>
          </w:p>
          <w:p w14:paraId="202F2988" w14:textId="77777777" w:rsidR="00A11ECC" w:rsidRPr="0097444C" w:rsidRDefault="00A11ECC">
            <w:pPr>
              <w:keepNext/>
              <w:rPr>
                <w:sz w:val="22"/>
              </w:rPr>
            </w:pPr>
          </w:p>
        </w:tc>
      </w:tr>
    </w:tbl>
    <w:p w14:paraId="30B8E0EC" w14:textId="77777777" w:rsidR="00A11ECC" w:rsidRPr="0097444C" w:rsidRDefault="00A11ECC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7444C" w:rsidRPr="0097444C" w14:paraId="7E6F0197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10F4124E" w14:textId="3BE58885" w:rsidR="00F81D1D" w:rsidRPr="0097444C" w:rsidRDefault="00F81D1D" w:rsidP="00DE7AC0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</w:rPr>
              <w:t xml:space="preserve">5. ANEXEZ </w:t>
            </w:r>
          </w:p>
        </w:tc>
      </w:tr>
      <w:tr w:rsidR="00F81D1D" w:rsidRPr="0097444C" w14:paraId="3C3BEA56" w14:textId="77777777" w:rsidTr="00F81D1D">
        <w:trPr>
          <w:cantSplit/>
          <w:trHeight w:val="70"/>
        </w:trPr>
        <w:tc>
          <w:tcPr>
            <w:tcW w:w="9636" w:type="dxa"/>
          </w:tcPr>
          <w:p w14:paraId="039CF419" w14:textId="703B8D50" w:rsidR="00F81D1D" w:rsidRPr="0097444C" w:rsidRDefault="00F81D1D" w:rsidP="00F81D1D">
            <w:pPr>
              <w:pStyle w:val="ListParagraph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sz w:val="22"/>
              </w:rPr>
            </w:pPr>
            <w:bookmarkStart w:id="0" w:name="_GoBack"/>
            <w:proofErr w:type="spellStart"/>
            <w:r w:rsidRPr="0097444C">
              <w:rPr>
                <w:b/>
                <w:sz w:val="22"/>
              </w:rPr>
              <w:t>Dovada</w:t>
            </w:r>
            <w:proofErr w:type="spellEnd"/>
            <w:r w:rsidRPr="0097444C">
              <w:rPr>
                <w:b/>
                <w:sz w:val="22"/>
              </w:rPr>
              <w:t xml:space="preserve"> </w:t>
            </w:r>
            <w:proofErr w:type="spellStart"/>
            <w:r w:rsidRPr="0097444C">
              <w:rPr>
                <w:b/>
                <w:sz w:val="22"/>
              </w:rPr>
              <w:t>achitării</w:t>
            </w:r>
            <w:proofErr w:type="spellEnd"/>
            <w:r w:rsidRPr="0097444C">
              <w:rPr>
                <w:b/>
                <w:sz w:val="22"/>
              </w:rPr>
              <w:t xml:space="preserve"> </w:t>
            </w:r>
            <w:proofErr w:type="spellStart"/>
            <w:r w:rsidRPr="0097444C">
              <w:rPr>
                <w:b/>
                <w:sz w:val="22"/>
              </w:rPr>
              <w:t>cotei</w:t>
            </w:r>
            <w:proofErr w:type="spellEnd"/>
            <w:r w:rsidRPr="0097444C">
              <w:rPr>
                <w:b/>
                <w:sz w:val="22"/>
              </w:rPr>
              <w:t xml:space="preserve"> de 0,1% din valoarea lucrărilor autorizate, în conformitate cu prevederile art.143 din Codul amenajării teritoriului, urbanismului şi construcţiilor, în vigoare de la 25.08.2026.  </w:t>
            </w:r>
          </w:p>
          <w:p w14:paraId="374D0879" w14:textId="77777777" w:rsidR="00F81D1D" w:rsidRPr="0097444C" w:rsidRDefault="00F81D1D" w:rsidP="00DE7AC0">
            <w:pPr>
              <w:ind w:firstLine="709"/>
              <w:rPr>
                <w:i/>
                <w:sz w:val="22"/>
                <w:lang w:val="fr-FR"/>
              </w:rPr>
            </w:pPr>
            <w:proofErr w:type="gramStart"/>
            <w:r w:rsidRPr="0097444C">
              <w:rPr>
                <w:i/>
                <w:sz w:val="22"/>
                <w:lang w:val="fr-FR"/>
              </w:rPr>
              <w:t>se</w:t>
            </w:r>
            <w:proofErr w:type="gramEnd"/>
            <w:r w:rsidRPr="0097444C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i/>
                <w:sz w:val="22"/>
                <w:lang w:val="fr-FR"/>
              </w:rPr>
              <w:t>anexează</w:t>
            </w:r>
            <w:proofErr w:type="spellEnd"/>
            <w:r w:rsidRPr="0097444C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i/>
                <w:sz w:val="22"/>
                <w:lang w:val="fr-FR"/>
              </w:rPr>
              <w:t>în</w:t>
            </w:r>
            <w:proofErr w:type="spellEnd"/>
            <w:r w:rsidRPr="0097444C">
              <w:rPr>
                <w:i/>
                <w:sz w:val="22"/>
                <w:lang w:val="fr-FR"/>
              </w:rPr>
              <w:t xml:space="preserve"> copie;</w:t>
            </w:r>
          </w:p>
          <w:p w14:paraId="7DBC4F52" w14:textId="35B71975" w:rsidR="00F81D1D" w:rsidRPr="0097444C" w:rsidRDefault="00F81D1D" w:rsidP="00DE7AC0">
            <w:pPr>
              <w:ind w:firstLine="709"/>
              <w:rPr>
                <w:i/>
                <w:sz w:val="22"/>
                <w:lang w:val="fr-FR"/>
              </w:rPr>
            </w:pPr>
          </w:p>
        </w:tc>
      </w:tr>
      <w:bookmarkEnd w:id="0"/>
    </w:tbl>
    <w:p w14:paraId="6199AE4C" w14:textId="77777777" w:rsidR="00F81D1D" w:rsidRPr="0097444C" w:rsidRDefault="00F81D1D" w:rsidP="00F81D1D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7444C" w:rsidRPr="0097444C" w14:paraId="75AC6DDA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5FC07745" w14:textId="4867FEE9" w:rsidR="00F81D1D" w:rsidRPr="0097444C" w:rsidRDefault="00F81D1D" w:rsidP="00DE7AC0">
            <w:pPr>
              <w:keepNext/>
              <w:rPr>
                <w:sz w:val="22"/>
                <w:lang w:val="fr-FR"/>
              </w:rPr>
            </w:pPr>
            <w:r w:rsidRPr="0097444C">
              <w:rPr>
                <w:b/>
                <w:sz w:val="22"/>
                <w:lang w:val="fr-FR"/>
              </w:rPr>
              <w:t>6. OBIECTIV FINANȚAT DIN PROGRAME DE INVESTIȚII, DUPĂ CAZ</w:t>
            </w:r>
          </w:p>
        </w:tc>
      </w:tr>
      <w:tr w:rsidR="00F81D1D" w:rsidRPr="0097444C" w14:paraId="381B46A4" w14:textId="77777777" w:rsidTr="00DE7AC0">
        <w:trPr>
          <w:cantSplit/>
          <w:trHeight w:val="510"/>
        </w:trPr>
        <w:tc>
          <w:tcPr>
            <w:tcW w:w="9636" w:type="dxa"/>
          </w:tcPr>
          <w:p w14:paraId="72FF3196" w14:textId="77777777" w:rsidR="00F81D1D" w:rsidRPr="0097444C" w:rsidRDefault="00F81D1D" w:rsidP="00DE7AC0">
            <w:pPr>
              <w:rPr>
                <w:sz w:val="22"/>
                <w:lang w:val="fr-FR"/>
              </w:rPr>
            </w:pPr>
          </w:p>
          <w:p w14:paraId="431E4F30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r w:rsidRPr="0097444C">
              <w:rPr>
                <w:sz w:val="22"/>
                <w:lang w:val="fr-FR"/>
              </w:rPr>
              <w:t>☐ PNRR (Planul Național de Redresare și Reziliență)</w:t>
            </w:r>
          </w:p>
          <w:p w14:paraId="7CD0BC7A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r w:rsidRPr="0097444C">
              <w:rPr>
                <w:sz w:val="22"/>
                <w:lang w:val="fr-FR"/>
              </w:rPr>
              <w:t>☐ PNDL (Planul Național de Dezvoltare Locală)</w:t>
            </w:r>
          </w:p>
          <w:p w14:paraId="6EDB7E91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r w:rsidRPr="0097444C">
              <w:rPr>
                <w:sz w:val="22"/>
                <w:lang w:val="fr-FR"/>
              </w:rPr>
              <w:t>☐ PNIAS (Programul Național de investiții Anghel Saligny)</w:t>
            </w:r>
          </w:p>
          <w:p w14:paraId="75937064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r w:rsidRPr="0097444C">
              <w:rPr>
                <w:sz w:val="22"/>
                <w:lang w:val="fr-FR"/>
              </w:rPr>
              <w:t>☐ PNDR (Programul Național de Dezvoltare Rurală)</w:t>
            </w:r>
          </w:p>
          <w:p w14:paraId="344BA5F0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</w:rPr>
            </w:pPr>
            <w:r w:rsidRPr="0097444C">
              <w:rPr>
                <w:sz w:val="22"/>
              </w:rPr>
              <w:t>☐ POR (</w:t>
            </w:r>
            <w:proofErr w:type="spellStart"/>
            <w:r w:rsidRPr="0097444C">
              <w:rPr>
                <w:sz w:val="22"/>
              </w:rPr>
              <w:t>Programul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Operațional</w:t>
            </w:r>
            <w:proofErr w:type="spellEnd"/>
            <w:r w:rsidRPr="0097444C">
              <w:rPr>
                <w:sz w:val="22"/>
              </w:rPr>
              <w:t xml:space="preserve"> Regional)</w:t>
            </w:r>
          </w:p>
          <w:p w14:paraId="5529BA88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</w:rPr>
            </w:pPr>
            <w:r w:rsidRPr="0097444C">
              <w:rPr>
                <w:sz w:val="22"/>
              </w:rPr>
              <w:t>☐ POIM (</w:t>
            </w:r>
            <w:proofErr w:type="spellStart"/>
            <w:r w:rsidRPr="0097444C">
              <w:rPr>
                <w:sz w:val="22"/>
              </w:rPr>
              <w:t>Programul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Operațional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Infrastructură</w:t>
            </w:r>
            <w:proofErr w:type="spellEnd"/>
            <w:r w:rsidRPr="0097444C">
              <w:rPr>
                <w:sz w:val="22"/>
              </w:rPr>
              <w:t xml:space="preserve"> Mare)</w:t>
            </w:r>
          </w:p>
          <w:p w14:paraId="3CE5E526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r w:rsidRPr="0097444C">
              <w:rPr>
                <w:sz w:val="22"/>
                <w:lang w:val="fr-FR"/>
              </w:rPr>
              <w:t>☐ PN CCRSR (Programul național de consolidare a clădirilor cu risc seismic ridicat)</w:t>
            </w:r>
          </w:p>
          <w:p w14:paraId="5A94B24D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r w:rsidRPr="0097444C">
              <w:rPr>
                <w:sz w:val="22"/>
                <w:lang w:val="fr-FR"/>
              </w:rPr>
              <w:t>☐ PCLSCN (Programul de construcții de locuințe sociale și de necessitate)</w:t>
            </w:r>
          </w:p>
          <w:p w14:paraId="15892977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</w:rPr>
            </w:pPr>
            <w:r w:rsidRPr="0097444C">
              <w:rPr>
                <w:sz w:val="22"/>
              </w:rPr>
              <w:t>☐ PN PEC (</w:t>
            </w:r>
            <w:proofErr w:type="spellStart"/>
            <w:r w:rsidRPr="0097444C">
              <w:rPr>
                <w:sz w:val="22"/>
              </w:rPr>
              <w:t>Programul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național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multianual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privind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creșterea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performanței</w:t>
            </w:r>
            <w:proofErr w:type="spellEnd"/>
            <w:r w:rsidRPr="0097444C">
              <w:rPr>
                <w:sz w:val="22"/>
              </w:rPr>
              <w:t xml:space="preserve"> </w:t>
            </w:r>
            <w:proofErr w:type="spellStart"/>
            <w:r w:rsidRPr="0097444C">
              <w:rPr>
                <w:sz w:val="22"/>
              </w:rPr>
              <w:t>energetice</w:t>
            </w:r>
            <w:proofErr w:type="spellEnd"/>
            <w:r w:rsidRPr="0097444C">
              <w:rPr>
                <w:sz w:val="22"/>
              </w:rPr>
              <w:t xml:space="preserve"> a </w:t>
            </w:r>
            <w:proofErr w:type="spellStart"/>
            <w:r w:rsidRPr="0097444C">
              <w:rPr>
                <w:sz w:val="22"/>
              </w:rPr>
              <w:t>blocurilor</w:t>
            </w:r>
            <w:proofErr w:type="spellEnd"/>
            <w:r w:rsidRPr="0097444C">
              <w:rPr>
                <w:sz w:val="22"/>
              </w:rPr>
              <w:t xml:space="preserve"> de </w:t>
            </w:r>
            <w:proofErr w:type="spellStart"/>
            <w:r w:rsidRPr="0097444C">
              <w:rPr>
                <w:sz w:val="22"/>
              </w:rPr>
              <w:t>locuințe</w:t>
            </w:r>
            <w:proofErr w:type="spellEnd"/>
            <w:r w:rsidRPr="0097444C">
              <w:rPr>
                <w:sz w:val="22"/>
              </w:rPr>
              <w:t>)</w:t>
            </w:r>
          </w:p>
          <w:p w14:paraId="4A086683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r w:rsidRPr="0097444C">
              <w:rPr>
                <w:sz w:val="22"/>
                <w:lang w:val="fr-FR"/>
              </w:rPr>
              <w:t>☐ PNI Mihail Cantacuzino (Programul național de investiții pentru consolidarea spitalelor „Mihail Cantacuzino”)</w:t>
            </w:r>
          </w:p>
          <w:p w14:paraId="3F5196D7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r w:rsidRPr="0097444C">
              <w:rPr>
                <w:sz w:val="22"/>
                <w:lang w:val="fr-FR"/>
              </w:rPr>
              <w:t>☐ CNI – MDLPA Program Național de Construcții de Interes Public sau Social</w:t>
            </w:r>
          </w:p>
          <w:p w14:paraId="38149B7C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r w:rsidRPr="0097444C">
              <w:rPr>
                <w:sz w:val="22"/>
                <w:lang w:val="fr-FR"/>
              </w:rPr>
              <w:t>☐ ANL – MDLPA Programe de construcții de locuințe</w:t>
            </w:r>
          </w:p>
          <w:p w14:paraId="099DB4AC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r w:rsidRPr="0097444C">
              <w:rPr>
                <w:sz w:val="22"/>
                <w:lang w:val="fr-FR"/>
              </w:rPr>
              <w:t>☐ CNAIR – Ministerul Transporturilor și Infrastructurii</w:t>
            </w:r>
          </w:p>
          <w:p w14:paraId="0228EF0C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r w:rsidRPr="0097444C">
              <w:rPr>
                <w:sz w:val="22"/>
                <w:lang w:val="fr-FR"/>
              </w:rPr>
              <w:t xml:space="preserve">☐ Alt program de </w:t>
            </w:r>
            <w:proofErr w:type="gramStart"/>
            <w:r w:rsidRPr="0097444C">
              <w:rPr>
                <w:sz w:val="22"/>
                <w:lang w:val="fr-FR"/>
              </w:rPr>
              <w:t>investiții:</w:t>
            </w:r>
            <w:proofErr w:type="gramEnd"/>
            <w:r w:rsidRPr="0097444C">
              <w:rPr>
                <w:sz w:val="22"/>
                <w:lang w:val="fr-FR"/>
              </w:rPr>
              <w:t xml:space="preserve"> </w:t>
            </w:r>
          </w:p>
          <w:p w14:paraId="77675A8D" w14:textId="77777777" w:rsidR="00F81D1D" w:rsidRPr="0097444C" w:rsidRDefault="00F81D1D" w:rsidP="00DE7AC0">
            <w:pPr>
              <w:pStyle w:val="ListParagraph"/>
              <w:ind w:left="283" w:hanging="141"/>
              <w:rPr>
                <w:sz w:val="22"/>
                <w:lang w:val="fr-FR"/>
              </w:rPr>
            </w:pPr>
            <w:proofErr w:type="spellStart"/>
            <w:r w:rsidRPr="0097444C">
              <w:rPr>
                <w:i/>
                <w:sz w:val="22"/>
                <w:lang w:val="fr-FR"/>
              </w:rPr>
              <w:t>Numele</w:t>
            </w:r>
            <w:proofErr w:type="spellEnd"/>
            <w:r w:rsidRPr="0097444C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i/>
                <w:sz w:val="22"/>
                <w:lang w:val="fr-FR"/>
              </w:rPr>
              <w:t>programului</w:t>
            </w:r>
            <w:proofErr w:type="spellEnd"/>
            <w:r w:rsidRPr="0097444C">
              <w:rPr>
                <w:i/>
                <w:sz w:val="22"/>
                <w:lang w:val="fr-FR"/>
              </w:rPr>
              <w:t xml:space="preserve"> de </w:t>
            </w:r>
            <w:proofErr w:type="spellStart"/>
            <w:r w:rsidRPr="0097444C">
              <w:rPr>
                <w:i/>
                <w:sz w:val="22"/>
                <w:lang w:val="fr-FR"/>
              </w:rPr>
              <w:t>investiții</w:t>
            </w:r>
            <w:proofErr w:type="spellEnd"/>
            <w:r w:rsidRPr="0097444C">
              <w:rPr>
                <w:sz w:val="22"/>
                <w:lang w:val="fr-FR"/>
              </w:rPr>
              <w:t xml:space="preserve">          </w:t>
            </w:r>
            <w:proofErr w:type="gramStart"/>
            <w:r w:rsidRPr="0097444C">
              <w:rPr>
                <w:sz w:val="22"/>
                <w:lang w:val="fr-FR"/>
              </w:rPr>
              <w:t xml:space="preserve">  .</w:t>
            </w:r>
            <w:proofErr w:type="gramEnd"/>
          </w:p>
          <w:p w14:paraId="5309C018" w14:textId="77777777" w:rsidR="00F81D1D" w:rsidRPr="0097444C" w:rsidRDefault="00F81D1D" w:rsidP="00DE7AC0">
            <w:pPr>
              <w:rPr>
                <w:sz w:val="22"/>
                <w:lang w:val="fr-FR"/>
              </w:rPr>
            </w:pPr>
          </w:p>
        </w:tc>
      </w:tr>
    </w:tbl>
    <w:p w14:paraId="0971C6F7" w14:textId="77777777" w:rsidR="00F81D1D" w:rsidRPr="0097444C" w:rsidRDefault="00F81D1D" w:rsidP="00F81D1D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7444C" w:rsidRPr="0097444C" w14:paraId="01F5E6BD" w14:textId="77777777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EAACD9" w14:textId="343F8E69" w:rsidR="00F81D1D" w:rsidRPr="0097444C" w:rsidRDefault="00F81D1D" w:rsidP="00DE7AC0">
            <w:pPr>
              <w:keepNext/>
              <w:rPr>
                <w:sz w:val="22"/>
              </w:rPr>
            </w:pPr>
            <w:r w:rsidRPr="0097444C">
              <w:rPr>
                <w:b/>
                <w:sz w:val="22"/>
                <w:lang w:val="fr-FR"/>
              </w:rPr>
              <w:t xml:space="preserve"> </w:t>
            </w:r>
            <w:r w:rsidRPr="0097444C">
              <w:rPr>
                <w:b/>
                <w:sz w:val="22"/>
              </w:rPr>
              <w:t>7. DATA ȘI SEMNĂTURA</w:t>
            </w:r>
          </w:p>
        </w:tc>
      </w:tr>
      <w:tr w:rsidR="00F81D1D" w:rsidRPr="0097444C" w14:paraId="6B54386A" w14:textId="77777777" w:rsidTr="00DE7AC0">
        <w:trPr>
          <w:cantSplit/>
          <w:trHeight w:val="510"/>
        </w:trPr>
        <w:tc>
          <w:tcPr>
            <w:tcW w:w="1606" w:type="dxa"/>
          </w:tcPr>
          <w:p w14:paraId="51A19556" w14:textId="77777777" w:rsidR="00F81D1D" w:rsidRPr="0097444C" w:rsidRDefault="00F81D1D" w:rsidP="00DE7AC0">
            <w:pPr>
              <w:rPr>
                <w:sz w:val="22"/>
              </w:rPr>
            </w:pPr>
            <w:r w:rsidRPr="0097444C">
              <w:rPr>
                <w:b/>
                <w:sz w:val="22"/>
              </w:rPr>
              <w:t>Data</w:t>
            </w:r>
          </w:p>
          <w:p w14:paraId="3EEAD252" w14:textId="77777777" w:rsidR="00F81D1D" w:rsidRPr="0097444C" w:rsidRDefault="00F81D1D" w:rsidP="00DE7AC0">
            <w:pPr>
              <w:rPr>
                <w:sz w:val="22"/>
              </w:rPr>
            </w:pPr>
          </w:p>
        </w:tc>
        <w:tc>
          <w:tcPr>
            <w:tcW w:w="4818" w:type="dxa"/>
          </w:tcPr>
          <w:p w14:paraId="5193689B" w14:textId="77777777" w:rsidR="00F81D1D" w:rsidRPr="0097444C" w:rsidRDefault="00F81D1D" w:rsidP="00DE7AC0">
            <w:pPr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Titularul</w:t>
            </w:r>
            <w:proofErr w:type="spellEnd"/>
            <w:r w:rsidRPr="0097444C">
              <w:rPr>
                <w:b/>
                <w:sz w:val="22"/>
              </w:rPr>
              <w:t xml:space="preserve"> </w:t>
            </w:r>
            <w:proofErr w:type="spellStart"/>
            <w:r w:rsidRPr="0097444C">
              <w:rPr>
                <w:b/>
                <w:sz w:val="22"/>
              </w:rPr>
              <w:t>autorizației</w:t>
            </w:r>
            <w:proofErr w:type="spellEnd"/>
          </w:p>
          <w:p w14:paraId="1F20F3D4" w14:textId="77777777" w:rsidR="00F81D1D" w:rsidRPr="0097444C" w:rsidRDefault="00F81D1D" w:rsidP="00DE7AC0">
            <w:pPr>
              <w:rPr>
                <w:sz w:val="22"/>
              </w:rPr>
            </w:pPr>
          </w:p>
        </w:tc>
        <w:tc>
          <w:tcPr>
            <w:tcW w:w="3212" w:type="dxa"/>
          </w:tcPr>
          <w:p w14:paraId="4E36C69C" w14:textId="77777777" w:rsidR="00F81D1D" w:rsidRPr="0097444C" w:rsidRDefault="00F81D1D" w:rsidP="00DE7AC0">
            <w:pPr>
              <w:rPr>
                <w:sz w:val="22"/>
              </w:rPr>
            </w:pPr>
            <w:proofErr w:type="spellStart"/>
            <w:r w:rsidRPr="0097444C">
              <w:rPr>
                <w:b/>
                <w:sz w:val="22"/>
              </w:rPr>
              <w:t>Semnătura</w:t>
            </w:r>
            <w:proofErr w:type="spellEnd"/>
          </w:p>
          <w:p w14:paraId="266E2A29" w14:textId="77777777" w:rsidR="00F81D1D" w:rsidRPr="0097444C" w:rsidRDefault="00F81D1D" w:rsidP="00DE7AC0">
            <w:pPr>
              <w:rPr>
                <w:sz w:val="22"/>
              </w:rPr>
            </w:pPr>
          </w:p>
        </w:tc>
      </w:tr>
    </w:tbl>
    <w:p w14:paraId="19052C54" w14:textId="77777777" w:rsidR="00F81D1D" w:rsidRPr="0097444C" w:rsidRDefault="00F81D1D" w:rsidP="00F81D1D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7444C" w:rsidRPr="0097444C" w14:paraId="7E4578A2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768242B1" w14:textId="77777777" w:rsidR="00F81D1D" w:rsidRPr="0097444C" w:rsidRDefault="00F81D1D" w:rsidP="00DE7AC0">
            <w:pPr>
              <w:spacing w:line="228" w:lineRule="auto"/>
              <w:rPr>
                <w:sz w:val="22"/>
                <w:lang w:val="fr-FR"/>
              </w:rPr>
            </w:pPr>
            <w:proofErr w:type="spellStart"/>
            <w:r w:rsidRPr="0097444C">
              <w:rPr>
                <w:sz w:val="22"/>
                <w:lang w:val="fr-FR"/>
              </w:rPr>
              <w:t>Formularul</w:t>
            </w:r>
            <w:proofErr w:type="spellEnd"/>
            <w:r w:rsidRPr="0097444C">
              <w:rPr>
                <w:sz w:val="22"/>
                <w:lang w:val="fr-FR"/>
              </w:rPr>
              <w:t xml:space="preserve"> se </w:t>
            </w:r>
            <w:proofErr w:type="spellStart"/>
            <w:r w:rsidRPr="0097444C">
              <w:rPr>
                <w:sz w:val="22"/>
                <w:lang w:val="fr-FR"/>
              </w:rPr>
              <w:t>anexează</w:t>
            </w:r>
            <w:proofErr w:type="spellEnd"/>
            <w:r w:rsidRPr="0097444C">
              <w:rPr>
                <w:sz w:val="22"/>
                <w:lang w:val="fr-FR"/>
              </w:rPr>
              <w:t xml:space="preserve"> la </w:t>
            </w:r>
            <w:proofErr w:type="spellStart"/>
            <w:r w:rsidRPr="0097444C">
              <w:rPr>
                <w:sz w:val="22"/>
                <w:lang w:val="fr-FR"/>
              </w:rPr>
              <w:t>autorizația</w:t>
            </w:r>
            <w:proofErr w:type="spellEnd"/>
            <w:r w:rsidRPr="0097444C">
              <w:rPr>
                <w:sz w:val="22"/>
                <w:lang w:val="fr-FR"/>
              </w:rPr>
              <w:t xml:space="preserve"> de construire / </w:t>
            </w:r>
            <w:proofErr w:type="spellStart"/>
            <w:r w:rsidRPr="0097444C">
              <w:rPr>
                <w:sz w:val="22"/>
                <w:lang w:val="fr-FR"/>
              </w:rPr>
              <w:t>desființare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în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două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exemplare</w:t>
            </w:r>
            <w:proofErr w:type="spellEnd"/>
            <w:r w:rsidRPr="0097444C">
              <w:rPr>
                <w:sz w:val="22"/>
                <w:lang w:val="fr-FR"/>
              </w:rPr>
              <w:t xml:space="preserve">. </w:t>
            </w:r>
            <w:proofErr w:type="spellStart"/>
            <w:r w:rsidRPr="0097444C">
              <w:rPr>
                <w:sz w:val="22"/>
                <w:lang w:val="fr-FR"/>
              </w:rPr>
              <w:t>Titularul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autorizației</w:t>
            </w:r>
            <w:proofErr w:type="spellEnd"/>
            <w:r w:rsidRPr="0097444C">
              <w:rPr>
                <w:sz w:val="22"/>
                <w:lang w:val="fr-FR"/>
              </w:rPr>
              <w:t xml:space="preserve"> este </w:t>
            </w:r>
            <w:proofErr w:type="spellStart"/>
            <w:r w:rsidRPr="0097444C">
              <w:rPr>
                <w:sz w:val="22"/>
                <w:lang w:val="fr-FR"/>
              </w:rPr>
              <w:t>obligat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să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păstreze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pe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șantier</w:t>
            </w:r>
            <w:proofErr w:type="spellEnd"/>
            <w:r w:rsidRPr="0097444C">
              <w:rPr>
                <w:sz w:val="22"/>
                <w:lang w:val="fr-FR"/>
              </w:rPr>
              <w:t xml:space="preserve"> un </w:t>
            </w:r>
            <w:proofErr w:type="spellStart"/>
            <w:r w:rsidRPr="0097444C">
              <w:rPr>
                <w:sz w:val="22"/>
                <w:lang w:val="fr-FR"/>
              </w:rPr>
              <w:t>exemplar</w:t>
            </w:r>
            <w:proofErr w:type="spellEnd"/>
            <w:r w:rsidRPr="0097444C">
              <w:rPr>
                <w:sz w:val="22"/>
                <w:lang w:val="fr-FR"/>
              </w:rPr>
              <w:t xml:space="preserve"> al </w:t>
            </w:r>
            <w:proofErr w:type="spellStart"/>
            <w:r w:rsidRPr="0097444C">
              <w:rPr>
                <w:sz w:val="22"/>
                <w:lang w:val="fr-FR"/>
              </w:rPr>
              <w:t>acestei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înștiințări</w:t>
            </w:r>
            <w:proofErr w:type="spellEnd"/>
            <w:r w:rsidRPr="0097444C">
              <w:rPr>
                <w:sz w:val="22"/>
                <w:lang w:val="fr-FR"/>
              </w:rPr>
              <w:t xml:space="preserve">, </w:t>
            </w:r>
            <w:proofErr w:type="spellStart"/>
            <w:r w:rsidRPr="0097444C">
              <w:rPr>
                <w:sz w:val="22"/>
                <w:lang w:val="fr-FR"/>
              </w:rPr>
              <w:t>cu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numărul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și</w:t>
            </w:r>
            <w:proofErr w:type="spellEnd"/>
            <w:r w:rsidRPr="0097444C">
              <w:rPr>
                <w:sz w:val="22"/>
                <w:lang w:val="fr-FR"/>
              </w:rPr>
              <w:t xml:space="preserve"> data </w:t>
            </w:r>
            <w:proofErr w:type="spellStart"/>
            <w:r w:rsidRPr="0097444C">
              <w:rPr>
                <w:sz w:val="22"/>
                <w:lang w:val="fr-FR"/>
              </w:rPr>
              <w:t>înregistrării</w:t>
            </w:r>
            <w:proofErr w:type="spellEnd"/>
            <w:r w:rsidRPr="0097444C">
              <w:rPr>
                <w:sz w:val="22"/>
                <w:lang w:val="fr-FR"/>
              </w:rPr>
              <w:t xml:space="preserve"> la </w:t>
            </w:r>
            <w:proofErr w:type="spellStart"/>
            <w:r w:rsidRPr="0097444C">
              <w:rPr>
                <w:sz w:val="22"/>
                <w:lang w:val="fr-FR"/>
              </w:rPr>
              <w:t>inspectoratul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teritorial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în</w:t>
            </w:r>
            <w:proofErr w:type="spellEnd"/>
            <w:r w:rsidRPr="0097444C">
              <w:rPr>
                <w:sz w:val="22"/>
                <w:lang w:val="fr-FR"/>
              </w:rPr>
              <w:t xml:space="preserve"> </w:t>
            </w:r>
            <w:proofErr w:type="spellStart"/>
            <w:r w:rsidRPr="0097444C">
              <w:rPr>
                <w:sz w:val="22"/>
                <w:lang w:val="fr-FR"/>
              </w:rPr>
              <w:t>construcții</w:t>
            </w:r>
            <w:proofErr w:type="spellEnd"/>
            <w:r w:rsidRPr="0097444C">
              <w:rPr>
                <w:sz w:val="22"/>
                <w:lang w:val="fr-FR"/>
              </w:rPr>
              <w:t>.</w:t>
            </w:r>
          </w:p>
        </w:tc>
      </w:tr>
    </w:tbl>
    <w:p w14:paraId="1067A431" w14:textId="77777777" w:rsidR="00A11ECC" w:rsidRPr="0097444C" w:rsidRDefault="00A11ECC">
      <w:pPr>
        <w:spacing w:line="168" w:lineRule="auto"/>
        <w:rPr>
          <w:sz w:val="22"/>
          <w:lang w:val="fr-FR"/>
        </w:rPr>
      </w:pPr>
    </w:p>
    <w:sectPr w:rsidR="00A11ECC" w:rsidRPr="0097444C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09491" w14:textId="77777777" w:rsidR="006C3E82" w:rsidRDefault="006C3E82">
      <w:r>
        <w:separator/>
      </w:r>
    </w:p>
  </w:endnote>
  <w:endnote w:type="continuationSeparator" w:id="0">
    <w:p w14:paraId="0566DC8E" w14:textId="77777777" w:rsidR="006C3E82" w:rsidRDefault="006C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FAD8D" w14:textId="7923E1EB" w:rsidR="00A11ECC" w:rsidRDefault="006C3E82">
    <w:pPr>
      <w:pStyle w:val="Footer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7444C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7444C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8D6E2" w14:textId="77777777" w:rsidR="006C3E82" w:rsidRDefault="006C3E82">
      <w:r>
        <w:separator/>
      </w:r>
    </w:p>
  </w:footnote>
  <w:footnote w:type="continuationSeparator" w:id="0">
    <w:p w14:paraId="006283F1" w14:textId="77777777" w:rsidR="006C3E82" w:rsidRDefault="006C3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C70C5" w14:textId="670DCF53" w:rsidR="00B5567D" w:rsidRDefault="00B5567D">
    <w:pPr>
      <w:pStyle w:val="Header"/>
      <w:rPr>
        <w:color w:val="595959"/>
      </w:rPr>
    </w:pPr>
    <w:r>
      <w:rPr>
        <w:color w:val="595959"/>
      </w:rPr>
      <w:t xml:space="preserve">F_A_09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4369B0D9" w14:textId="77777777" w:rsidR="00B5567D" w:rsidRDefault="00B55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3DA8"/>
    <w:rsid w:val="0015074B"/>
    <w:rsid w:val="00271790"/>
    <w:rsid w:val="0029639D"/>
    <w:rsid w:val="002A5ABA"/>
    <w:rsid w:val="00326F90"/>
    <w:rsid w:val="006C3E82"/>
    <w:rsid w:val="006E037C"/>
    <w:rsid w:val="00781DFE"/>
    <w:rsid w:val="0097444C"/>
    <w:rsid w:val="00A11ECC"/>
    <w:rsid w:val="00AA1D8D"/>
    <w:rsid w:val="00B47730"/>
    <w:rsid w:val="00B54A8D"/>
    <w:rsid w:val="00B5567D"/>
    <w:rsid w:val="00C93562"/>
    <w:rsid w:val="00CB0664"/>
    <w:rsid w:val="00E61A6B"/>
    <w:rsid w:val="00E6757A"/>
    <w:rsid w:val="00F74426"/>
    <w:rsid w:val="00F81D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7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B186CD-6F22-4A53-84AB-09F4CE624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NORA</cp:lastModifiedBy>
  <cp:revision>2</cp:revision>
  <dcterms:created xsi:type="dcterms:W3CDTF">2026-08-24T15:14:00Z</dcterms:created>
  <dcterms:modified xsi:type="dcterms:W3CDTF">2026-09-10T08:25:00Z</dcterms:modified>
  <cp:category/>
</cp:coreProperties>
</file>