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C71B1" w14:paraId="582E5CFD" w14:textId="77777777" w:rsidTr="00CC71B1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3E9406A1" w14:textId="726B2073" w:rsidR="00CC71B1" w:rsidRDefault="00CC71B1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41E9BA11" wp14:editId="321BDFF2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4FCF20E9" w14:textId="77777777" w:rsidR="00CC71B1" w:rsidRDefault="00CC71B1">
            <w:pPr>
              <w:keepNext/>
              <w:rPr>
                <w:sz w:val="22"/>
              </w:rPr>
            </w:pPr>
            <w:r>
              <w:rPr>
                <w:sz w:val="22"/>
              </w:rPr>
              <w:t xml:space="preserve">Județul  </w:t>
            </w:r>
            <w:r>
              <w:rPr>
                <w:b/>
                <w:sz w:val="22"/>
              </w:rPr>
              <w:t>TULCEA</w:t>
            </w:r>
          </w:p>
        </w:tc>
      </w:tr>
      <w:tr w:rsidR="00CC71B1" w14:paraId="25FABDBF" w14:textId="77777777" w:rsidTr="00CC71B1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5B247A8" w14:textId="77777777" w:rsidR="00CC71B1" w:rsidRDefault="00CC71B1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2373A12B" w14:textId="77777777" w:rsidR="00CC71B1" w:rsidRDefault="00CC71B1">
            <w:pPr>
              <w:keepNext/>
              <w:rPr>
                <w:sz w:val="22"/>
                <w:lang w:val="ro-RO"/>
              </w:rPr>
            </w:pPr>
            <w:r>
              <w:rPr>
                <w:sz w:val="22"/>
              </w:rPr>
              <w:t xml:space="preserve">Autoritatea administrației publice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CC71B1" w14:paraId="30EFE218" w14:textId="77777777" w:rsidTr="00CC71B1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F4E1B09" w14:textId="77777777" w:rsidR="00CC71B1" w:rsidRDefault="00CC71B1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26FE929" w14:textId="77777777" w:rsidR="00CC71B1" w:rsidRDefault="00CC71B1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>Cod de identificare fiscală (CIF)</w:t>
            </w:r>
          </w:p>
          <w:p w14:paraId="6A5088E8" w14:textId="77777777" w:rsidR="00CC71B1" w:rsidRDefault="00CC71B1">
            <w:pPr>
              <w:keepNext/>
              <w:jc w:val="center"/>
              <w:rPr>
                <w:sz w:val="22"/>
                <w:lang w:val="fr-FR"/>
              </w:rPr>
            </w:pPr>
          </w:p>
          <w:p w14:paraId="2EA12345" w14:textId="77777777" w:rsidR="00CC71B1" w:rsidRDefault="00CC71B1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6D2D29F" w14:textId="77777777" w:rsidR="00CC71B1" w:rsidRDefault="00CC71B1">
            <w:pPr>
              <w:keepNext/>
              <w:rPr>
                <w:sz w:val="22"/>
              </w:rPr>
            </w:pPr>
            <w:r>
              <w:rPr>
                <w:sz w:val="22"/>
              </w:rPr>
              <w:t>Adresa oficială</w:t>
            </w:r>
          </w:p>
          <w:p w14:paraId="10E725AF" w14:textId="77777777" w:rsidR="00CC71B1" w:rsidRDefault="00CC71B1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Str.  1 Decembrie  Nr. 25, Isaccea, județul Tulcea</w:t>
            </w:r>
          </w:p>
          <w:p w14:paraId="0E9D713C" w14:textId="77777777" w:rsidR="00CC71B1" w:rsidRDefault="00CC71B1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490DC949" w14:textId="77777777" w:rsidR="00CC71B1" w:rsidRDefault="00CC71B1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CC71B1" w14:paraId="0DCE3B3C" w14:textId="77777777" w:rsidTr="00CC71B1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DC16DC2" w14:textId="77777777" w:rsidR="00CC71B1" w:rsidRDefault="00CC71B1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09CB0C7" w14:textId="77777777" w:rsidR="00CC71B1" w:rsidRDefault="00CC71B1">
            <w:pPr>
              <w:keepNext/>
              <w:rPr>
                <w:sz w:val="22"/>
              </w:rPr>
            </w:pPr>
            <w:r>
              <w:rPr>
                <w:sz w:val="22"/>
              </w:rPr>
              <w:t>Număr de înregistrare</w:t>
            </w:r>
          </w:p>
          <w:p w14:paraId="16367B2B" w14:textId="77777777" w:rsidR="00CC71B1" w:rsidRDefault="00CC71B1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31FCEEE" w14:textId="77777777" w:rsidR="00CC71B1" w:rsidRDefault="00CC71B1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3652492E" w14:textId="77777777" w:rsidR="00CC71B1" w:rsidRDefault="00CC71B1">
            <w:pPr>
              <w:keepNext/>
              <w:rPr>
                <w:sz w:val="22"/>
              </w:rPr>
            </w:pPr>
          </w:p>
        </w:tc>
      </w:tr>
      <w:tr w:rsidR="00CC71B1" w14:paraId="4B51C5B8" w14:textId="77777777" w:rsidTr="00CC71B1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BC33840" w14:textId="77777777" w:rsidR="00CC71B1" w:rsidRDefault="00CC71B1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58FEB982" w14:textId="77777777" w:rsidR="00AD35FD" w:rsidRPr="005E6036" w:rsidRDefault="00BA231E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Pr="00CC71B1" w:rsidRDefault="00BA231E">
      <w:pPr>
        <w:spacing w:after="120"/>
        <w:jc w:val="center"/>
      </w:pPr>
      <w:r w:rsidRPr="00CC71B1">
        <w:rPr>
          <w:sz w:val="19"/>
        </w:rPr>
        <w:t>privind încheierea execuției lucrărilor</w:t>
      </w:r>
    </w:p>
    <w:p w14:paraId="39CC6B28" w14:textId="77777777" w:rsidR="00AD35FD" w:rsidRPr="00CC71B1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71B1" w:rsidRPr="00CC71B1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Pr="00CC71B1" w:rsidRDefault="00BA231E">
            <w:pPr>
              <w:keepNext/>
            </w:pPr>
            <w:r w:rsidRPr="00CC71B1">
              <w:rPr>
                <w:b/>
                <w:sz w:val="16"/>
              </w:rPr>
              <w:t xml:space="preserve"> 1. </w:t>
            </w:r>
            <w:r w:rsidRPr="00CC71B1">
              <w:rPr>
                <w:b/>
                <w:sz w:val="18"/>
              </w:rPr>
              <w:t>CĂTRE</w:t>
            </w:r>
          </w:p>
        </w:tc>
      </w:tr>
      <w:tr w:rsidR="00CC71B1" w:rsidRPr="00CC71B1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068A11FD" w:rsidR="00AD35FD" w:rsidRPr="007976D4" w:rsidRDefault="007976D4" w:rsidP="007976D4">
            <w:pPr>
              <w:keepNext/>
              <w:jc w:val="center"/>
              <w:rPr>
                <w:sz w:val="24"/>
                <w:szCs w:val="24"/>
                <w:lang w:val="fr-FR"/>
              </w:rPr>
            </w:pPr>
            <w:r w:rsidRPr="007976D4">
              <w:rPr>
                <w:sz w:val="24"/>
                <w:szCs w:val="24"/>
                <w:lang w:val="fr-FR"/>
              </w:rPr>
              <w:t>PRIMARUL ORAȘULUI ISACCEA</w:t>
            </w:r>
            <w:bookmarkStart w:id="0" w:name="_GoBack"/>
            <w:bookmarkEnd w:id="0"/>
          </w:p>
        </w:tc>
      </w:tr>
      <w:tr w:rsidR="00CC71B1" w:rsidRPr="00CC71B1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CC71B1" w:rsidRDefault="00BA231E">
            <w:pPr>
              <w:spacing w:line="228" w:lineRule="auto"/>
            </w:pPr>
            <w:r w:rsidRPr="00CC71B1">
              <w:t>Cererea va fi</w:t>
            </w:r>
            <w:r w:rsidR="007050CD" w:rsidRPr="00CC71B1">
              <w:t xml:space="preserve"> adresată</w:t>
            </w:r>
            <w:r w:rsidRPr="00CC71B1">
              <w:t xml:space="preserve"> către președintele consiliului județean, primarul general, primarul de sector sau primarul municipiului / orașului / comunei, după caz.</w:t>
            </w:r>
          </w:p>
        </w:tc>
      </w:tr>
    </w:tbl>
    <w:p w14:paraId="51D38FA9" w14:textId="77777777" w:rsidR="00AD35FD" w:rsidRPr="00CC71B1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C71B1" w:rsidRPr="00CC71B1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Pr="00CC71B1" w:rsidRDefault="00BA231E">
            <w:pPr>
              <w:keepNext/>
            </w:pPr>
            <w:r w:rsidRPr="00CC71B1">
              <w:rPr>
                <w:b/>
                <w:sz w:val="16"/>
              </w:rPr>
              <w:t xml:space="preserve"> 2. </w:t>
            </w:r>
            <w:r w:rsidRPr="00CC71B1">
              <w:rPr>
                <w:b/>
                <w:sz w:val="18"/>
              </w:rPr>
              <w:t>SOLICITANTUL</w:t>
            </w:r>
          </w:p>
        </w:tc>
      </w:tr>
      <w:tr w:rsidR="00CC71B1" w:rsidRPr="00CC71B1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Nume și prenume</w:t>
            </w:r>
          </w:p>
          <w:p w14:paraId="1460DBA2" w14:textId="77777777" w:rsidR="00AD35FD" w:rsidRPr="00CC71B1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CNP</w:t>
            </w:r>
          </w:p>
          <w:p w14:paraId="5C61E18C" w14:textId="77777777" w:rsidR="00AD35FD" w:rsidRPr="00CC71B1" w:rsidRDefault="00AD35FD">
            <w:pPr>
              <w:keepNext/>
            </w:pPr>
          </w:p>
        </w:tc>
      </w:tr>
      <w:tr w:rsidR="00CC71B1" w:rsidRPr="00CC71B1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Pr="00CC71B1" w:rsidRDefault="00BA231E">
            <w:pPr>
              <w:keepNext/>
            </w:pPr>
            <w:r w:rsidRPr="00CC71B1">
              <w:rPr>
                <w:sz w:val="16"/>
              </w:rPr>
              <w:t xml:space="preserve"> Act de identitate</w:t>
            </w:r>
          </w:p>
        </w:tc>
      </w:tr>
      <w:tr w:rsidR="00CC71B1" w:rsidRPr="00CC71B1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Seria</w:t>
            </w:r>
          </w:p>
          <w:p w14:paraId="304A3F5A" w14:textId="77777777" w:rsidR="00AD35FD" w:rsidRPr="00CC71B1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Numărul</w:t>
            </w:r>
          </w:p>
          <w:p w14:paraId="15B2CC0F" w14:textId="77777777" w:rsidR="00AD35FD" w:rsidRPr="00CC71B1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Eliberat de</w:t>
            </w:r>
          </w:p>
          <w:p w14:paraId="68E9A4D7" w14:textId="77777777" w:rsidR="00AD35FD" w:rsidRPr="00CC71B1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La data</w:t>
            </w:r>
          </w:p>
          <w:p w14:paraId="685EFB42" w14:textId="77777777" w:rsidR="00AD35FD" w:rsidRPr="00CC71B1" w:rsidRDefault="00AD35FD">
            <w:pPr>
              <w:keepNext/>
            </w:pPr>
          </w:p>
        </w:tc>
      </w:tr>
      <w:tr w:rsidR="00CC71B1" w:rsidRPr="00CC71B1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Pr="00CC71B1" w:rsidRDefault="00BA231E">
            <w:pPr>
              <w:keepNext/>
            </w:pPr>
            <w:r w:rsidRPr="00CC71B1">
              <w:rPr>
                <w:sz w:val="16"/>
              </w:rPr>
              <w:t xml:space="preserve"> Domiciliul</w:t>
            </w:r>
          </w:p>
        </w:tc>
      </w:tr>
      <w:tr w:rsidR="00CC71B1" w:rsidRPr="00CC71B1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Județul</w:t>
            </w:r>
          </w:p>
          <w:p w14:paraId="6176509F" w14:textId="77777777" w:rsidR="00AD35FD" w:rsidRPr="00CC71B1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Municipiul / orașul / comuna</w:t>
            </w:r>
          </w:p>
          <w:p w14:paraId="78AF07E4" w14:textId="77777777" w:rsidR="00AD35FD" w:rsidRPr="00CC71B1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Satul / sectorul</w:t>
            </w:r>
          </w:p>
          <w:p w14:paraId="2ABA8A3A" w14:textId="77777777" w:rsidR="00AD35FD" w:rsidRPr="00CC71B1" w:rsidRDefault="00AD35FD">
            <w:pPr>
              <w:keepNext/>
            </w:pPr>
          </w:p>
        </w:tc>
      </w:tr>
      <w:tr w:rsidR="00CC71B1" w:rsidRPr="00CC71B1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Strada</w:t>
            </w:r>
          </w:p>
          <w:p w14:paraId="7BA56E68" w14:textId="77777777" w:rsidR="00AD35FD" w:rsidRPr="00CC71B1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Nr.</w:t>
            </w:r>
          </w:p>
          <w:p w14:paraId="7B4ABA2F" w14:textId="77777777" w:rsidR="00AD35FD" w:rsidRPr="00CC71B1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Sc.</w:t>
            </w:r>
          </w:p>
          <w:p w14:paraId="2B109255" w14:textId="77777777" w:rsidR="00AD35FD" w:rsidRPr="00CC71B1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Et.</w:t>
            </w:r>
          </w:p>
          <w:p w14:paraId="349F3CE7" w14:textId="77777777" w:rsidR="00AD35FD" w:rsidRPr="00CC71B1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Ap.</w:t>
            </w:r>
          </w:p>
          <w:p w14:paraId="2A6186CA" w14:textId="77777777" w:rsidR="00AD35FD" w:rsidRPr="00CC71B1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Cod poștal</w:t>
            </w:r>
          </w:p>
          <w:p w14:paraId="1EDFEC25" w14:textId="77777777" w:rsidR="00AD35FD" w:rsidRPr="00CC71B1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Țara</w:t>
            </w:r>
          </w:p>
          <w:p w14:paraId="487B61C5" w14:textId="77777777" w:rsidR="00AD35FD" w:rsidRPr="00CC71B1" w:rsidRDefault="00AD35FD">
            <w:pPr>
              <w:keepNext/>
            </w:pPr>
          </w:p>
        </w:tc>
      </w:tr>
      <w:tr w:rsidR="00CC71B1" w:rsidRPr="00CC71B1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Pr="00CC71B1" w:rsidRDefault="00BA231E">
            <w:pPr>
              <w:keepNext/>
            </w:pPr>
            <w:r w:rsidRPr="00CC71B1">
              <w:rPr>
                <w:sz w:val="16"/>
              </w:rPr>
              <w:t xml:space="preserve"> Date de contact</w:t>
            </w:r>
          </w:p>
        </w:tc>
      </w:tr>
      <w:tr w:rsidR="00AD35FD" w:rsidRPr="00CC71B1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Pr="00CC71B1" w:rsidRDefault="00BA231E">
            <w:r w:rsidRPr="00CC71B1">
              <w:rPr>
                <w:b/>
              </w:rPr>
              <w:t>Telefon / fax</w:t>
            </w:r>
          </w:p>
          <w:p w14:paraId="39CC712B" w14:textId="77777777" w:rsidR="00AD35FD" w:rsidRPr="00CC71B1" w:rsidRDefault="00AD35FD"/>
        </w:tc>
        <w:tc>
          <w:tcPr>
            <w:tcW w:w="5621" w:type="dxa"/>
            <w:gridSpan w:val="5"/>
          </w:tcPr>
          <w:p w14:paraId="731E3EAF" w14:textId="77777777" w:rsidR="00AD35FD" w:rsidRPr="00CC71B1" w:rsidRDefault="00BA231E">
            <w:r w:rsidRPr="00CC71B1">
              <w:rPr>
                <w:b/>
              </w:rPr>
              <w:t>E-mail</w:t>
            </w:r>
          </w:p>
          <w:p w14:paraId="6A57A506" w14:textId="77777777" w:rsidR="00AD35FD" w:rsidRPr="00CC71B1" w:rsidRDefault="00AD35FD"/>
        </w:tc>
      </w:tr>
    </w:tbl>
    <w:p w14:paraId="4D9D1FE5" w14:textId="77777777" w:rsidR="00AD35FD" w:rsidRPr="00CC71B1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CC71B1" w:rsidRPr="00CC71B1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CC71B1" w:rsidRDefault="00BA231E">
            <w:pPr>
              <w:keepNext/>
              <w:rPr>
                <w:lang w:val="fr-FR"/>
              </w:rPr>
            </w:pPr>
            <w:r w:rsidRPr="00CC71B1">
              <w:rPr>
                <w:b/>
                <w:sz w:val="16"/>
                <w:lang w:val="fr-FR"/>
              </w:rPr>
              <w:t xml:space="preserve"> 3. </w:t>
            </w:r>
            <w:r w:rsidRPr="00CC71B1">
              <w:rPr>
                <w:b/>
                <w:sz w:val="18"/>
                <w:lang w:val="fr-FR"/>
              </w:rPr>
              <w:t>TITULAR AL AUTORIZAȚIEI DE CONSTRUIRE / DESFIINȚARE</w:t>
            </w:r>
          </w:p>
        </w:tc>
      </w:tr>
      <w:tr w:rsidR="00CC71B1" w:rsidRPr="00CC71B1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Nr.</w:t>
            </w:r>
          </w:p>
          <w:p w14:paraId="7D760159" w14:textId="77777777" w:rsidR="00AD35FD" w:rsidRPr="00CC71B1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Din data</w:t>
            </w:r>
          </w:p>
          <w:p w14:paraId="3ACC2CAC" w14:textId="77777777" w:rsidR="00AD35FD" w:rsidRPr="00CC71B1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Emisă de</w:t>
            </w:r>
          </w:p>
          <w:p w14:paraId="7035BC1B" w14:textId="77777777" w:rsidR="00AD35FD" w:rsidRPr="00CC71B1" w:rsidRDefault="00AD35FD">
            <w:pPr>
              <w:keepNext/>
            </w:pPr>
          </w:p>
        </w:tc>
      </w:tr>
      <w:tr w:rsidR="00CC71B1" w:rsidRPr="00CC71B1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Pr="00CC71B1" w:rsidRDefault="00BA231E">
            <w:pPr>
              <w:keepNext/>
            </w:pPr>
            <w:r w:rsidRPr="00CC71B1"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CC71B1" w:rsidRPr="00CC71B1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CC71B1" w:rsidRDefault="00BA231E">
            <w:pPr>
              <w:keepNext/>
              <w:rPr>
                <w:lang w:val="fr-FR"/>
              </w:rPr>
            </w:pPr>
            <w:r w:rsidRPr="00CC71B1">
              <w:rPr>
                <w:b/>
                <w:lang w:val="fr-FR"/>
              </w:rPr>
              <w:t>Denumirea lucrării, capacitatea și categoria de lucrări din autorizație</w:t>
            </w:r>
          </w:p>
          <w:p w14:paraId="5D07F1A8" w14:textId="77777777" w:rsidR="00AD35FD" w:rsidRPr="00CC71B1" w:rsidRDefault="00AD35FD">
            <w:pPr>
              <w:keepNext/>
              <w:rPr>
                <w:lang w:val="fr-FR"/>
              </w:rPr>
            </w:pPr>
          </w:p>
        </w:tc>
      </w:tr>
      <w:tr w:rsidR="00CC71B1" w:rsidRPr="00CC71B1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Pr="00CC71B1" w:rsidRDefault="00BA231E">
            <w:r w:rsidRPr="00CC71B1">
              <w:rPr>
                <w:b/>
              </w:rPr>
              <w:t>în valoare de (lei)</w:t>
            </w:r>
          </w:p>
          <w:p w14:paraId="3EFD05AE" w14:textId="77777777" w:rsidR="00AD35FD" w:rsidRPr="00CC71B1" w:rsidRDefault="00AD35FD"/>
        </w:tc>
      </w:tr>
    </w:tbl>
    <w:p w14:paraId="6F25DA33" w14:textId="48CBC554" w:rsidR="00AD35FD" w:rsidRPr="00CC71B1" w:rsidRDefault="00BA231E" w:rsidP="007050CD">
      <w:pPr>
        <w:spacing w:before="140" w:after="40"/>
        <w:jc w:val="center"/>
        <w:rPr>
          <w:sz w:val="28"/>
          <w:szCs w:val="28"/>
        </w:rPr>
      </w:pPr>
      <w:r w:rsidRPr="00CC71B1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:rsidRPr="00CC71B1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Pr="00CC71B1" w:rsidRDefault="00BA231E">
            <w:r w:rsidRPr="00CC71B1">
              <w:rPr>
                <w:b/>
              </w:rPr>
              <w:t>Că la data de</w:t>
            </w:r>
          </w:p>
          <w:p w14:paraId="5CE18A2B" w14:textId="77777777" w:rsidR="00AD35FD" w:rsidRPr="00CC71B1" w:rsidRDefault="00AD35FD"/>
        </w:tc>
        <w:tc>
          <w:tcPr>
            <w:tcW w:w="1606" w:type="dxa"/>
          </w:tcPr>
          <w:p w14:paraId="537E7015" w14:textId="77777777" w:rsidR="00AD35FD" w:rsidRPr="00CC71B1" w:rsidRDefault="00BA231E">
            <w:r w:rsidRPr="00CC71B1">
              <w:rPr>
                <w:b/>
              </w:rPr>
              <w:t>ora</w:t>
            </w:r>
          </w:p>
          <w:p w14:paraId="349EB503" w14:textId="77777777" w:rsidR="00AD35FD" w:rsidRPr="00CC71B1" w:rsidRDefault="00AD35FD"/>
        </w:tc>
        <w:tc>
          <w:tcPr>
            <w:tcW w:w="5621" w:type="dxa"/>
          </w:tcPr>
          <w:p w14:paraId="479316B2" w14:textId="77777777" w:rsidR="00AD35FD" w:rsidRPr="00CC71B1" w:rsidRDefault="00BA231E">
            <w:pPr>
              <w:rPr>
                <w:lang w:val="fr-FR"/>
              </w:rPr>
            </w:pPr>
            <w:r w:rsidRPr="00CC71B1">
              <w:rPr>
                <w:b/>
                <w:lang w:val="fr-FR"/>
              </w:rPr>
              <w:t>au fost finalizate lucrările de construcții autorizate</w:t>
            </w:r>
          </w:p>
          <w:p w14:paraId="70DA8600" w14:textId="77777777" w:rsidR="00AD35FD" w:rsidRPr="00CC71B1" w:rsidRDefault="00BA231E">
            <w:r w:rsidRPr="00CC71B1">
              <w:rPr>
                <w:i/>
              </w:rPr>
              <w:t>pentru imobilul de mai jos</w:t>
            </w:r>
          </w:p>
          <w:p w14:paraId="0A5397F4" w14:textId="77777777" w:rsidR="00AD35FD" w:rsidRPr="00CC71B1" w:rsidRDefault="00AD35FD"/>
        </w:tc>
      </w:tr>
    </w:tbl>
    <w:p w14:paraId="46459DEB" w14:textId="77777777" w:rsidR="00AD35FD" w:rsidRPr="00CC71B1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CC71B1" w:rsidRPr="00CC71B1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Pr="00CC71B1" w:rsidRDefault="00BA231E">
            <w:pPr>
              <w:keepNext/>
            </w:pPr>
            <w:r w:rsidRPr="00CC71B1">
              <w:rPr>
                <w:b/>
                <w:sz w:val="16"/>
              </w:rPr>
              <w:t xml:space="preserve"> 4. </w:t>
            </w:r>
            <w:r w:rsidRPr="00CC71B1">
              <w:rPr>
                <w:b/>
                <w:sz w:val="18"/>
              </w:rPr>
              <w:t>IMOBILUL</w:t>
            </w:r>
          </w:p>
        </w:tc>
      </w:tr>
      <w:tr w:rsidR="00CC71B1" w:rsidRPr="00CC71B1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Pr="00CC71B1" w:rsidRDefault="00BA231E">
            <w:pPr>
              <w:keepNext/>
            </w:pPr>
            <w:r w:rsidRPr="00CC71B1">
              <w:rPr>
                <w:sz w:val="16"/>
              </w:rPr>
              <w:t xml:space="preserve"> ☐ teren     ☐ construcții</w:t>
            </w:r>
          </w:p>
        </w:tc>
      </w:tr>
      <w:tr w:rsidR="00CC71B1" w:rsidRPr="00CC71B1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Județ</w:t>
            </w:r>
          </w:p>
          <w:p w14:paraId="3613F305" w14:textId="77777777" w:rsidR="00AD35FD" w:rsidRPr="00CC71B1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Municipiu / oraș / comună</w:t>
            </w:r>
          </w:p>
          <w:p w14:paraId="6F56704A" w14:textId="77777777" w:rsidR="00AD35FD" w:rsidRPr="00CC71B1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Sat / sector</w:t>
            </w:r>
          </w:p>
          <w:p w14:paraId="4F784361" w14:textId="77777777" w:rsidR="00AD35FD" w:rsidRPr="00CC71B1" w:rsidRDefault="00AD35FD">
            <w:pPr>
              <w:keepNext/>
            </w:pPr>
          </w:p>
        </w:tc>
      </w:tr>
      <w:tr w:rsidR="00CC71B1" w:rsidRPr="00CC71B1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Cod poștal</w:t>
            </w:r>
          </w:p>
          <w:p w14:paraId="492DB3D9" w14:textId="77777777" w:rsidR="00AD35FD" w:rsidRPr="00CC71B1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Strada</w:t>
            </w:r>
          </w:p>
          <w:p w14:paraId="76B7FC7B" w14:textId="77777777" w:rsidR="00AD35FD" w:rsidRPr="00CC71B1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Nr.</w:t>
            </w:r>
          </w:p>
          <w:p w14:paraId="2C554BE8" w14:textId="77777777" w:rsidR="00AD35FD" w:rsidRPr="00CC71B1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Bl. / sc. / et. / ap.</w:t>
            </w:r>
          </w:p>
          <w:p w14:paraId="481D6BF6" w14:textId="77777777" w:rsidR="00AD35FD" w:rsidRPr="00CC71B1" w:rsidRDefault="00AD35FD">
            <w:pPr>
              <w:keepNext/>
            </w:pPr>
          </w:p>
        </w:tc>
      </w:tr>
      <w:tr w:rsidR="00AD35FD" w:rsidRPr="00CC71B1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CC71B1" w:rsidRDefault="00BA231E">
            <w:pPr>
              <w:keepNext/>
              <w:rPr>
                <w:lang w:val="fr-FR"/>
              </w:rPr>
            </w:pPr>
            <w:r w:rsidRPr="00CC71B1">
              <w:rPr>
                <w:b/>
                <w:lang w:val="fr-FR"/>
              </w:rPr>
              <w:t>Număr cadastral</w:t>
            </w:r>
          </w:p>
          <w:p w14:paraId="75CF10B0" w14:textId="77777777" w:rsidR="00AD35FD" w:rsidRPr="00CC71B1" w:rsidRDefault="00BA231E">
            <w:pPr>
              <w:keepNext/>
              <w:rPr>
                <w:lang w:val="fr-FR"/>
              </w:rPr>
            </w:pPr>
            <w:r w:rsidRPr="00CC71B1">
              <w:rPr>
                <w:i/>
                <w:lang w:val="fr-FR"/>
              </w:rPr>
              <w:t>dacă imobilul e înscris în e-Terra</w:t>
            </w:r>
          </w:p>
          <w:p w14:paraId="23C02068" w14:textId="77777777" w:rsidR="00AD35FD" w:rsidRPr="00CC71B1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Pr="00CC71B1" w:rsidRDefault="00BA231E">
            <w:pPr>
              <w:keepNext/>
            </w:pPr>
            <w:r w:rsidRPr="00CC71B1">
              <w:rPr>
                <w:b/>
              </w:rPr>
              <w:t>Carte funciară nr.</w:t>
            </w:r>
          </w:p>
          <w:p w14:paraId="7460EFF8" w14:textId="77777777" w:rsidR="00AD35FD" w:rsidRPr="00CC71B1" w:rsidRDefault="00AD35FD">
            <w:pPr>
              <w:keepNext/>
            </w:pPr>
          </w:p>
        </w:tc>
      </w:tr>
    </w:tbl>
    <w:p w14:paraId="4310081F" w14:textId="77777777" w:rsidR="00AD35FD" w:rsidRPr="00CC71B1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CC71B1" w:rsidRPr="00CC71B1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Pr="00CC71B1" w:rsidRDefault="00BA231E">
            <w:pPr>
              <w:keepNext/>
            </w:pPr>
            <w:r w:rsidRPr="00CC71B1">
              <w:rPr>
                <w:b/>
                <w:sz w:val="16"/>
              </w:rPr>
              <w:t xml:space="preserve"> 5. </w:t>
            </w:r>
            <w:r w:rsidRPr="00CC71B1">
              <w:rPr>
                <w:b/>
                <w:sz w:val="18"/>
              </w:rPr>
              <w:t>CONVOCAREA COMISIEI DE RECEPȚIE</w:t>
            </w:r>
          </w:p>
        </w:tc>
      </w:tr>
      <w:tr w:rsidR="00AD35FD" w:rsidRPr="00CC71B1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CC71B1" w:rsidRDefault="00BA231E">
            <w:pPr>
              <w:rPr>
                <w:lang w:val="fr-FR"/>
              </w:rPr>
            </w:pPr>
            <w:r w:rsidRPr="00CC71B1">
              <w:rPr>
                <w:b/>
                <w:lang w:val="fr-FR"/>
              </w:rPr>
              <w:t>Se convoacă comisia de recepție la terminarea lucrărilor, la data</w:t>
            </w:r>
          </w:p>
          <w:p w14:paraId="3C5ABEF2" w14:textId="77777777" w:rsidR="00AD35FD" w:rsidRPr="00CC71B1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Pr="00CC71B1" w:rsidRDefault="00BA231E">
            <w:r w:rsidRPr="00CC71B1">
              <w:rPr>
                <w:b/>
              </w:rPr>
              <w:t>ora</w:t>
            </w:r>
          </w:p>
          <w:p w14:paraId="67115499" w14:textId="77777777" w:rsidR="00AD35FD" w:rsidRPr="00CC71B1" w:rsidRDefault="00AD35FD"/>
        </w:tc>
      </w:tr>
    </w:tbl>
    <w:p w14:paraId="2CA6B2E0" w14:textId="77777777" w:rsidR="00AD35FD" w:rsidRPr="00CC71B1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C71B1" w:rsidRPr="00CC71B1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Pr="00CC71B1" w:rsidRDefault="00BA231E">
            <w:pPr>
              <w:keepNext/>
            </w:pPr>
            <w:r w:rsidRPr="00CC71B1">
              <w:rPr>
                <w:b/>
                <w:sz w:val="16"/>
              </w:rPr>
              <w:t xml:space="preserve"> 6. </w:t>
            </w:r>
            <w:r w:rsidRPr="00CC71B1">
              <w:rPr>
                <w:b/>
                <w:sz w:val="18"/>
              </w:rPr>
              <w:t>DATA ȘI SEMNĂTURA</w:t>
            </w:r>
          </w:p>
        </w:tc>
      </w:tr>
      <w:tr w:rsidR="00AD35FD" w:rsidRPr="00CC71B1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Pr="00CC71B1" w:rsidRDefault="00BA231E">
            <w:r w:rsidRPr="00CC71B1">
              <w:rPr>
                <w:b/>
              </w:rPr>
              <w:t>Data</w:t>
            </w:r>
          </w:p>
          <w:p w14:paraId="71990700" w14:textId="77777777" w:rsidR="00AD35FD" w:rsidRPr="00CC71B1" w:rsidRDefault="00AD35FD"/>
        </w:tc>
        <w:tc>
          <w:tcPr>
            <w:tcW w:w="4818" w:type="dxa"/>
          </w:tcPr>
          <w:p w14:paraId="16AE7494" w14:textId="77777777" w:rsidR="00AD35FD" w:rsidRPr="00CC71B1" w:rsidRDefault="00BA231E">
            <w:r w:rsidRPr="00CC71B1">
              <w:rPr>
                <w:b/>
              </w:rPr>
              <w:t>Titularul autorizației</w:t>
            </w:r>
          </w:p>
          <w:p w14:paraId="3DBB02B2" w14:textId="77777777" w:rsidR="00AD35FD" w:rsidRPr="00CC71B1" w:rsidRDefault="00AD35FD"/>
        </w:tc>
        <w:tc>
          <w:tcPr>
            <w:tcW w:w="3212" w:type="dxa"/>
          </w:tcPr>
          <w:p w14:paraId="4A633198" w14:textId="77777777" w:rsidR="00AD35FD" w:rsidRPr="00CC71B1" w:rsidRDefault="00BA231E">
            <w:r w:rsidRPr="00CC71B1">
              <w:rPr>
                <w:b/>
              </w:rPr>
              <w:t>Semnătura</w:t>
            </w:r>
          </w:p>
          <w:p w14:paraId="5A726045" w14:textId="77777777" w:rsidR="00AD35FD" w:rsidRPr="00CC71B1" w:rsidRDefault="00AD35FD"/>
        </w:tc>
      </w:tr>
    </w:tbl>
    <w:p w14:paraId="7A82EDC4" w14:textId="77777777" w:rsidR="00AD35FD" w:rsidRPr="00CC71B1" w:rsidRDefault="00AD35FD">
      <w:pPr>
        <w:spacing w:line="168" w:lineRule="auto"/>
      </w:pPr>
    </w:p>
    <w:sectPr w:rsidR="00AD35FD" w:rsidRPr="00CC71B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DB2EA" w14:textId="77777777" w:rsidR="00BA231E" w:rsidRDefault="00BA231E">
      <w:r>
        <w:separator/>
      </w:r>
    </w:p>
  </w:endnote>
  <w:endnote w:type="continuationSeparator" w:id="0">
    <w:p w14:paraId="27D55174" w14:textId="77777777" w:rsidR="00BA231E" w:rsidRDefault="00BA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F1F6F" w14:textId="7E8CC51A" w:rsidR="00AD35FD" w:rsidRDefault="00BA231E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976D4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976D4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DA3CA" w14:textId="77777777" w:rsidR="00BA231E" w:rsidRDefault="00BA231E">
      <w:r>
        <w:separator/>
      </w:r>
    </w:p>
  </w:footnote>
  <w:footnote w:type="continuationSeparator" w:id="0">
    <w:p w14:paraId="2B2787A5" w14:textId="77777777" w:rsidR="00BA231E" w:rsidRDefault="00BA2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5E6036"/>
    <w:rsid w:val="006C103E"/>
    <w:rsid w:val="007050CD"/>
    <w:rsid w:val="007976D4"/>
    <w:rsid w:val="008E3393"/>
    <w:rsid w:val="00AA1D8D"/>
    <w:rsid w:val="00AD35FD"/>
    <w:rsid w:val="00B47730"/>
    <w:rsid w:val="00B769B5"/>
    <w:rsid w:val="00BA231E"/>
    <w:rsid w:val="00CB0664"/>
    <w:rsid w:val="00CC71B1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6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A1A0B1-5E0B-48D3-94E0-B759D9C93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NORA</cp:lastModifiedBy>
  <cp:revision>3</cp:revision>
  <dcterms:created xsi:type="dcterms:W3CDTF">2013-12-23T23:15:00Z</dcterms:created>
  <dcterms:modified xsi:type="dcterms:W3CDTF">2026-09-14T12:41:00Z</dcterms:modified>
  <cp:category/>
</cp:coreProperties>
</file>