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D77AD8" w14:paraId="33E0935D" w14:textId="77777777" w:rsidTr="00D77AD8">
        <w:trPr>
          <w:cantSplit/>
          <w:trHeight w:val="232"/>
        </w:trPr>
        <w:tc>
          <w:tcPr>
            <w:tcW w:w="1606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20A3537A" w14:textId="6B48D1D9" w:rsidR="00D77AD8" w:rsidRDefault="00D77AD8">
            <w:pPr>
              <w:keepNext/>
              <w:jc w:val="center"/>
              <w:rPr>
                <w:sz w:val="22"/>
              </w:rPr>
            </w:pPr>
            <w:r>
              <w:rPr>
                <w:noProof/>
                <w:sz w:val="22"/>
              </w:rPr>
              <w:drawing>
                <wp:inline distT="0" distB="0" distL="0" distR="0" wp14:anchorId="33FD89FC" wp14:editId="5AA0F0F5">
                  <wp:extent cx="723900" cy="10287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34C63B60" w14:textId="77777777" w:rsidR="00D77AD8" w:rsidRDefault="00D77AD8">
            <w:pPr>
              <w:keepNext/>
              <w:rPr>
                <w:sz w:val="22"/>
              </w:rPr>
            </w:pPr>
            <w:proofErr w:type="spellStart"/>
            <w:r>
              <w:rPr>
                <w:sz w:val="22"/>
              </w:rPr>
              <w:t>Județul</w:t>
            </w:r>
            <w:proofErr w:type="spellEnd"/>
            <w:r>
              <w:rPr>
                <w:sz w:val="22"/>
              </w:rPr>
              <w:t xml:space="preserve">  </w:t>
            </w:r>
            <w:r>
              <w:rPr>
                <w:b/>
                <w:sz w:val="22"/>
              </w:rPr>
              <w:t>TULCEA</w:t>
            </w:r>
          </w:p>
        </w:tc>
      </w:tr>
      <w:tr w:rsidR="00D77AD8" w14:paraId="4BAABC46" w14:textId="77777777" w:rsidTr="00D77AD8">
        <w:trPr>
          <w:cantSplit/>
          <w:trHeight w:val="277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4982272F" w14:textId="77777777" w:rsidR="00D77AD8" w:rsidRDefault="00D77AD8">
            <w:pPr>
              <w:rPr>
                <w:sz w:val="22"/>
              </w:rPr>
            </w:pPr>
          </w:p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21260C18" w14:textId="77777777" w:rsidR="00D77AD8" w:rsidRDefault="00D77AD8">
            <w:pPr>
              <w:keepNext/>
              <w:rPr>
                <w:sz w:val="22"/>
                <w:lang w:val="ro-RO"/>
              </w:rPr>
            </w:pPr>
            <w:proofErr w:type="spellStart"/>
            <w:r>
              <w:rPr>
                <w:sz w:val="22"/>
              </w:rPr>
              <w:t>Autoritatea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administrației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publice</w:t>
            </w:r>
            <w:proofErr w:type="spellEnd"/>
            <w:r>
              <w:rPr>
                <w:sz w:val="22"/>
              </w:rPr>
              <w:t xml:space="preserve">   </w:t>
            </w:r>
            <w:r>
              <w:rPr>
                <w:b/>
                <w:sz w:val="22"/>
              </w:rPr>
              <w:t>ORA</w:t>
            </w:r>
            <w:r>
              <w:rPr>
                <w:b/>
                <w:sz w:val="22"/>
                <w:lang w:val="ro-RO"/>
              </w:rPr>
              <w:t>ȘUL ISACCEA</w:t>
            </w:r>
          </w:p>
        </w:tc>
      </w:tr>
      <w:tr w:rsidR="00D77AD8" w14:paraId="57B1C896" w14:textId="77777777" w:rsidTr="00D77AD8">
        <w:trPr>
          <w:cantSplit/>
          <w:trHeight w:val="623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7005B52D" w14:textId="77777777" w:rsidR="00D77AD8" w:rsidRDefault="00D77AD8">
            <w:pPr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260460D5" w14:textId="77777777" w:rsidR="00D77AD8" w:rsidRDefault="00D77AD8">
            <w:pPr>
              <w:keepNext/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 xml:space="preserve">Cod de </w:t>
            </w:r>
            <w:proofErr w:type="spellStart"/>
            <w:r>
              <w:rPr>
                <w:sz w:val="22"/>
                <w:lang w:val="fr-FR"/>
              </w:rPr>
              <w:t>identificare</w:t>
            </w:r>
            <w:proofErr w:type="spellEnd"/>
            <w:r>
              <w:rPr>
                <w:sz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lang w:val="fr-FR"/>
              </w:rPr>
              <w:t>fiscală</w:t>
            </w:r>
            <w:proofErr w:type="spellEnd"/>
            <w:r>
              <w:rPr>
                <w:sz w:val="22"/>
                <w:lang w:val="fr-FR"/>
              </w:rPr>
              <w:t xml:space="preserve"> (CIF)</w:t>
            </w:r>
          </w:p>
          <w:p w14:paraId="11038AFF" w14:textId="77777777" w:rsidR="00D77AD8" w:rsidRDefault="00D77AD8">
            <w:pPr>
              <w:keepNext/>
              <w:jc w:val="center"/>
              <w:rPr>
                <w:sz w:val="22"/>
                <w:lang w:val="fr-FR"/>
              </w:rPr>
            </w:pPr>
          </w:p>
          <w:p w14:paraId="4FF81447" w14:textId="77777777" w:rsidR="00D77AD8" w:rsidRDefault="00D77AD8">
            <w:pPr>
              <w:keepNext/>
              <w:jc w:val="center"/>
              <w:rPr>
                <w:b/>
                <w:sz w:val="22"/>
                <w:lang w:val="fr-FR"/>
              </w:rPr>
            </w:pPr>
            <w:r>
              <w:rPr>
                <w:b/>
                <w:sz w:val="22"/>
                <w:lang w:val="fr-FR"/>
              </w:rPr>
              <w:t>3721907</w:t>
            </w:r>
          </w:p>
        </w:tc>
        <w:tc>
          <w:tcPr>
            <w:tcW w:w="562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7B2ED81B" w14:textId="77777777" w:rsidR="00D77AD8" w:rsidRDefault="00D77AD8">
            <w:pPr>
              <w:keepNext/>
              <w:rPr>
                <w:sz w:val="22"/>
              </w:rPr>
            </w:pPr>
            <w:proofErr w:type="spellStart"/>
            <w:r>
              <w:rPr>
                <w:sz w:val="22"/>
              </w:rPr>
              <w:t>Adresa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oficială</w:t>
            </w:r>
            <w:proofErr w:type="spellEnd"/>
          </w:p>
          <w:p w14:paraId="4F258EBA" w14:textId="77777777" w:rsidR="00D77AD8" w:rsidRDefault="00D77AD8">
            <w:pPr>
              <w:keepNext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 xml:space="preserve">Str.  1 </w:t>
            </w:r>
            <w:proofErr w:type="spellStart"/>
            <w:r>
              <w:rPr>
                <w:bCs/>
                <w:iCs/>
                <w:sz w:val="22"/>
              </w:rPr>
              <w:t>Decembrie</w:t>
            </w:r>
            <w:proofErr w:type="spellEnd"/>
            <w:r>
              <w:rPr>
                <w:bCs/>
                <w:iCs/>
                <w:sz w:val="22"/>
              </w:rPr>
              <w:t xml:space="preserve">  Nr. 25, Isaccea, </w:t>
            </w:r>
            <w:proofErr w:type="spellStart"/>
            <w:r>
              <w:rPr>
                <w:bCs/>
                <w:iCs/>
                <w:sz w:val="22"/>
              </w:rPr>
              <w:t>județul</w:t>
            </w:r>
            <w:proofErr w:type="spellEnd"/>
            <w:r>
              <w:rPr>
                <w:bCs/>
                <w:iCs/>
                <w:sz w:val="22"/>
              </w:rPr>
              <w:t xml:space="preserve"> </w:t>
            </w:r>
            <w:proofErr w:type="spellStart"/>
            <w:r>
              <w:rPr>
                <w:bCs/>
                <w:iCs/>
                <w:sz w:val="22"/>
              </w:rPr>
              <w:t>Tulcea</w:t>
            </w:r>
            <w:proofErr w:type="spellEnd"/>
          </w:p>
          <w:p w14:paraId="6EE1466A" w14:textId="77777777" w:rsidR="00D77AD8" w:rsidRDefault="00D77AD8">
            <w:pPr>
              <w:keepNext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 xml:space="preserve">Tel.  0240/506.600, Fax 0240/506.623 </w:t>
            </w:r>
          </w:p>
          <w:p w14:paraId="53575056" w14:textId="77777777" w:rsidR="00D77AD8" w:rsidRDefault="00D77AD8">
            <w:pPr>
              <w:keepNext/>
              <w:jc w:val="both"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E-mail: secretariatisaccea@gmail.com</w:t>
            </w:r>
          </w:p>
        </w:tc>
      </w:tr>
      <w:tr w:rsidR="00D77AD8" w14:paraId="21DD1608" w14:textId="77777777" w:rsidTr="00D77AD8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5A68F80F" w14:textId="77777777" w:rsidR="00D77AD8" w:rsidRDefault="00D77AD8">
            <w:pPr>
              <w:rPr>
                <w:sz w:val="22"/>
              </w:rPr>
            </w:pPr>
          </w:p>
        </w:tc>
        <w:tc>
          <w:tcPr>
            <w:tcW w:w="481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080141ED" w14:textId="77777777" w:rsidR="00D77AD8" w:rsidRDefault="00D77AD8">
            <w:pPr>
              <w:keepNext/>
              <w:rPr>
                <w:sz w:val="22"/>
              </w:rPr>
            </w:pPr>
            <w:proofErr w:type="spellStart"/>
            <w:r>
              <w:rPr>
                <w:sz w:val="22"/>
              </w:rPr>
              <w:t>Număr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înregistrare</w:t>
            </w:r>
            <w:proofErr w:type="spellEnd"/>
          </w:p>
          <w:p w14:paraId="334AD8D8" w14:textId="77777777" w:rsidR="00D77AD8" w:rsidRDefault="00D77AD8">
            <w:pPr>
              <w:keepNext/>
              <w:rPr>
                <w:sz w:val="22"/>
              </w:rPr>
            </w:pPr>
          </w:p>
        </w:tc>
        <w:tc>
          <w:tcPr>
            <w:tcW w:w="321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596DB5B4" w14:textId="77777777" w:rsidR="00D77AD8" w:rsidRDefault="00D77AD8">
            <w:pPr>
              <w:keepNext/>
              <w:rPr>
                <w:sz w:val="22"/>
              </w:rPr>
            </w:pPr>
            <w:r>
              <w:rPr>
                <w:sz w:val="22"/>
              </w:rPr>
              <w:t>Data</w:t>
            </w:r>
          </w:p>
          <w:p w14:paraId="60E08F0F" w14:textId="77777777" w:rsidR="00D77AD8" w:rsidRDefault="00D77AD8">
            <w:pPr>
              <w:keepNext/>
              <w:rPr>
                <w:sz w:val="22"/>
              </w:rPr>
            </w:pPr>
          </w:p>
        </w:tc>
      </w:tr>
      <w:tr w:rsidR="00D77AD8" w14:paraId="3B6D9AC3" w14:textId="77777777" w:rsidTr="00D77AD8">
        <w:trPr>
          <w:cantSplit/>
        </w:trPr>
        <w:tc>
          <w:tcPr>
            <w:tcW w:w="963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39A2F3BE" w14:textId="77777777" w:rsidR="00D77AD8" w:rsidRDefault="00D77AD8">
            <w:pPr>
              <w:rPr>
                <w:sz w:val="22"/>
                <w:lang w:val="fr-FR"/>
              </w:rPr>
            </w:pPr>
            <w:r>
              <w:rPr>
                <w:i/>
                <w:sz w:val="22"/>
                <w:lang w:val="fr-FR"/>
              </w:rPr>
              <w:t xml:space="preserve"> se </w:t>
            </w:r>
            <w:proofErr w:type="spellStart"/>
            <w:r>
              <w:rPr>
                <w:i/>
                <w:sz w:val="22"/>
                <w:lang w:val="fr-FR"/>
              </w:rPr>
              <w:t>completează</w:t>
            </w:r>
            <w:proofErr w:type="spellEnd"/>
            <w:r>
              <w:rPr>
                <w:i/>
                <w:sz w:val="22"/>
                <w:lang w:val="fr-FR"/>
              </w:rPr>
              <w:t xml:space="preserve"> de </w:t>
            </w:r>
            <w:proofErr w:type="spellStart"/>
            <w:r>
              <w:rPr>
                <w:i/>
                <w:sz w:val="22"/>
                <w:lang w:val="fr-FR"/>
              </w:rPr>
              <w:t>autoritate</w:t>
            </w:r>
            <w:proofErr w:type="spellEnd"/>
            <w:r>
              <w:rPr>
                <w:i/>
                <w:sz w:val="22"/>
                <w:lang w:val="fr-FR"/>
              </w:rPr>
              <w:t xml:space="preserve"> — </w:t>
            </w:r>
            <w:proofErr w:type="spellStart"/>
            <w:r>
              <w:rPr>
                <w:i/>
                <w:sz w:val="22"/>
                <w:lang w:val="fr-FR"/>
              </w:rPr>
              <w:t>solicitantul</w:t>
            </w:r>
            <w:proofErr w:type="spellEnd"/>
            <w:r>
              <w:rPr>
                <w:i/>
                <w:sz w:val="22"/>
                <w:lang w:val="fr-FR"/>
              </w:rPr>
              <w:t xml:space="preserve"> nu </w:t>
            </w:r>
            <w:proofErr w:type="spellStart"/>
            <w:r>
              <w:rPr>
                <w:i/>
                <w:sz w:val="22"/>
                <w:lang w:val="fr-FR"/>
              </w:rPr>
              <w:t>scrie</w:t>
            </w:r>
            <w:proofErr w:type="spellEnd"/>
            <w:r>
              <w:rPr>
                <w:i/>
                <w:sz w:val="22"/>
                <w:lang w:val="fr-FR"/>
              </w:rPr>
              <w:t xml:space="preserve"> în </w:t>
            </w:r>
            <w:proofErr w:type="spellStart"/>
            <w:r>
              <w:rPr>
                <w:i/>
                <w:sz w:val="22"/>
                <w:lang w:val="fr-FR"/>
              </w:rPr>
              <w:t>această</w:t>
            </w:r>
            <w:proofErr w:type="spellEnd"/>
            <w:r>
              <w:rPr>
                <w:i/>
                <w:sz w:val="22"/>
                <w:lang w:val="fr-FR"/>
              </w:rPr>
              <w:t xml:space="preserve"> zonă</w:t>
            </w:r>
          </w:p>
        </w:tc>
      </w:tr>
    </w:tbl>
    <w:p w14:paraId="1FB5BB70" w14:textId="77777777" w:rsidR="00E25052" w:rsidRPr="00F801F2" w:rsidRDefault="00E25052">
      <w:pPr>
        <w:spacing w:line="168" w:lineRule="auto"/>
        <w:rPr>
          <w:lang w:val="fr-FR"/>
        </w:rPr>
      </w:pPr>
    </w:p>
    <w:p w14:paraId="19E46984" w14:textId="77777777" w:rsidR="00E25052" w:rsidRPr="00D77AD8" w:rsidRDefault="00D77AD8">
      <w:pPr>
        <w:spacing w:before="140" w:after="40"/>
        <w:jc w:val="center"/>
        <w:rPr>
          <w:sz w:val="18"/>
          <w:szCs w:val="18"/>
        </w:rPr>
      </w:pPr>
      <w:r w:rsidRPr="00D77AD8">
        <w:rPr>
          <w:b/>
          <w:sz w:val="18"/>
          <w:szCs w:val="18"/>
        </w:rPr>
        <w:t>CERERE</w:t>
      </w:r>
    </w:p>
    <w:p w14:paraId="6AB0BEC6" w14:textId="77777777" w:rsidR="00E25052" w:rsidRPr="00D77AD8" w:rsidRDefault="00E25052">
      <w:pPr>
        <w:spacing w:after="60" w:line="168" w:lineRule="auto"/>
        <w:rPr>
          <w:sz w:val="18"/>
          <w:szCs w:val="18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77AD8" w:rsidRPr="00D77AD8" w14:paraId="4E6B3EF6" w14:textId="77777777">
        <w:trPr>
          <w:cantSplit/>
        </w:trPr>
        <w:tc>
          <w:tcPr>
            <w:tcW w:w="9636" w:type="dxa"/>
            <w:shd w:val="clear" w:color="auto" w:fill="F4F4F4"/>
          </w:tcPr>
          <w:p w14:paraId="19939942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r w:rsidRPr="00D77AD8">
              <w:rPr>
                <w:b/>
                <w:sz w:val="18"/>
                <w:szCs w:val="18"/>
              </w:rPr>
              <w:t xml:space="preserve"> 1. </w:t>
            </w:r>
            <w:r w:rsidRPr="00D77AD8">
              <w:rPr>
                <w:b/>
                <w:sz w:val="18"/>
                <w:szCs w:val="18"/>
              </w:rPr>
              <w:t>CĂTRE</w:t>
            </w:r>
          </w:p>
        </w:tc>
      </w:tr>
      <w:tr w:rsidR="00D77AD8" w:rsidRPr="00D77AD8" w14:paraId="5266118B" w14:textId="77777777" w:rsidTr="00D77AD8">
        <w:trPr>
          <w:cantSplit/>
          <w:trHeight w:val="349"/>
        </w:trPr>
        <w:tc>
          <w:tcPr>
            <w:tcW w:w="9636" w:type="dxa"/>
          </w:tcPr>
          <w:p w14:paraId="035B2FDF" w14:textId="77777777" w:rsidR="00E25052" w:rsidRPr="00D77AD8" w:rsidRDefault="00D77AD8">
            <w:pPr>
              <w:keepNext/>
              <w:rPr>
                <w:sz w:val="18"/>
                <w:szCs w:val="18"/>
                <w:lang w:val="fr-FR"/>
              </w:rPr>
            </w:pPr>
            <w:proofErr w:type="spellStart"/>
            <w:r w:rsidRPr="00D77AD8">
              <w:rPr>
                <w:b/>
                <w:sz w:val="18"/>
                <w:szCs w:val="18"/>
                <w:lang w:val="fr-FR"/>
              </w:rPr>
              <w:t>Instituția</w:t>
            </w:r>
            <w:proofErr w:type="spellEnd"/>
          </w:p>
          <w:p w14:paraId="5B3D1BF3" w14:textId="14A1F684" w:rsidR="00E25052" w:rsidRPr="00D77AD8" w:rsidRDefault="00D77AD8" w:rsidP="00D77AD8">
            <w:pPr>
              <w:keepNext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D77AD8">
              <w:rPr>
                <w:b/>
                <w:bCs/>
                <w:i/>
                <w:sz w:val="18"/>
                <w:szCs w:val="18"/>
                <w:lang w:val="fr-FR"/>
              </w:rPr>
              <w:t>PRIMĂRIA ORAȘULUI ISACCEA</w:t>
            </w:r>
          </w:p>
        </w:tc>
      </w:tr>
      <w:tr w:rsidR="00D77AD8" w:rsidRPr="00D77AD8" w14:paraId="31B205BA" w14:textId="77777777">
        <w:trPr>
          <w:cantSplit/>
        </w:trPr>
        <w:tc>
          <w:tcPr>
            <w:tcW w:w="9636" w:type="dxa"/>
            <w:shd w:val="clear" w:color="auto" w:fill="F4F4F4"/>
          </w:tcPr>
          <w:p w14:paraId="30BBDA4A" w14:textId="77777777" w:rsidR="00E25052" w:rsidRPr="00D77AD8" w:rsidRDefault="00D77AD8">
            <w:pPr>
              <w:spacing w:line="228" w:lineRule="auto"/>
              <w:rPr>
                <w:sz w:val="18"/>
                <w:szCs w:val="18"/>
                <w:lang w:val="fr-FR"/>
              </w:rPr>
            </w:pPr>
            <w:proofErr w:type="spellStart"/>
            <w:r w:rsidRPr="00D77AD8">
              <w:rPr>
                <w:sz w:val="18"/>
                <w:szCs w:val="18"/>
                <w:lang w:val="fr-FR"/>
              </w:rPr>
              <w:t>Cererea</w:t>
            </w:r>
            <w:proofErr w:type="spellEnd"/>
            <w:r w:rsidRPr="00D77AD8">
              <w:rPr>
                <w:sz w:val="18"/>
                <w:szCs w:val="18"/>
                <w:lang w:val="fr-FR"/>
              </w:rPr>
              <w:t xml:space="preserve"> va fi </w:t>
            </w:r>
            <w:proofErr w:type="spellStart"/>
            <w:r w:rsidRPr="00D77AD8">
              <w:rPr>
                <w:sz w:val="18"/>
                <w:szCs w:val="18"/>
                <w:lang w:val="fr-FR"/>
              </w:rPr>
              <w:t>transmisă</w:t>
            </w:r>
            <w:proofErr w:type="spellEnd"/>
            <w:r w:rsidRPr="00D77AD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77AD8">
              <w:rPr>
                <w:sz w:val="18"/>
                <w:szCs w:val="18"/>
                <w:lang w:val="fr-FR"/>
              </w:rPr>
              <w:t>către</w:t>
            </w:r>
            <w:proofErr w:type="spellEnd"/>
            <w:r w:rsidRPr="00D77AD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77AD8">
              <w:rPr>
                <w:sz w:val="18"/>
                <w:szCs w:val="18"/>
                <w:lang w:val="fr-FR"/>
              </w:rPr>
              <w:t>președintele</w:t>
            </w:r>
            <w:proofErr w:type="spellEnd"/>
            <w:r w:rsidRPr="00D77AD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77AD8">
              <w:rPr>
                <w:sz w:val="18"/>
                <w:szCs w:val="18"/>
                <w:lang w:val="fr-FR"/>
              </w:rPr>
              <w:t>consiliului</w:t>
            </w:r>
            <w:proofErr w:type="spellEnd"/>
            <w:r w:rsidRPr="00D77AD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77AD8">
              <w:rPr>
                <w:sz w:val="18"/>
                <w:szCs w:val="18"/>
                <w:lang w:val="fr-FR"/>
              </w:rPr>
              <w:t>județean</w:t>
            </w:r>
            <w:proofErr w:type="spellEnd"/>
            <w:r w:rsidRPr="00D77AD8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D77AD8">
              <w:rPr>
                <w:sz w:val="18"/>
                <w:szCs w:val="18"/>
                <w:lang w:val="fr-FR"/>
              </w:rPr>
              <w:t>primarul</w:t>
            </w:r>
            <w:proofErr w:type="spellEnd"/>
            <w:r w:rsidRPr="00D77AD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77AD8">
              <w:rPr>
                <w:sz w:val="18"/>
                <w:szCs w:val="18"/>
                <w:lang w:val="fr-FR"/>
              </w:rPr>
              <w:t>general</w:t>
            </w:r>
            <w:proofErr w:type="spellEnd"/>
            <w:r w:rsidRPr="00D77AD8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D77AD8">
              <w:rPr>
                <w:sz w:val="18"/>
                <w:szCs w:val="18"/>
                <w:lang w:val="fr-FR"/>
              </w:rPr>
              <w:t>primarul</w:t>
            </w:r>
            <w:proofErr w:type="spellEnd"/>
            <w:r w:rsidRPr="00D77AD8">
              <w:rPr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D77AD8">
              <w:rPr>
                <w:sz w:val="18"/>
                <w:szCs w:val="18"/>
                <w:lang w:val="fr-FR"/>
              </w:rPr>
              <w:t>sector</w:t>
            </w:r>
            <w:proofErr w:type="spellEnd"/>
            <w:r w:rsidRPr="00D77AD8">
              <w:rPr>
                <w:sz w:val="18"/>
                <w:szCs w:val="18"/>
                <w:lang w:val="fr-FR"/>
              </w:rPr>
              <w:t xml:space="preserve"> sau </w:t>
            </w:r>
            <w:proofErr w:type="spellStart"/>
            <w:r w:rsidRPr="00D77AD8">
              <w:rPr>
                <w:sz w:val="18"/>
                <w:szCs w:val="18"/>
                <w:lang w:val="fr-FR"/>
              </w:rPr>
              <w:t>primarul</w:t>
            </w:r>
            <w:proofErr w:type="spellEnd"/>
            <w:r w:rsidRPr="00D77AD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77AD8">
              <w:rPr>
                <w:sz w:val="18"/>
                <w:szCs w:val="18"/>
                <w:lang w:val="fr-FR"/>
              </w:rPr>
              <w:t>municipiului</w:t>
            </w:r>
            <w:proofErr w:type="spellEnd"/>
            <w:r w:rsidRPr="00D77AD8">
              <w:rPr>
                <w:sz w:val="18"/>
                <w:szCs w:val="18"/>
                <w:lang w:val="fr-FR"/>
              </w:rPr>
              <w:t xml:space="preserve"> / orașului / </w:t>
            </w:r>
            <w:proofErr w:type="spellStart"/>
            <w:r w:rsidRPr="00D77AD8">
              <w:rPr>
                <w:sz w:val="18"/>
                <w:szCs w:val="18"/>
                <w:lang w:val="fr-FR"/>
              </w:rPr>
              <w:t>comunei</w:t>
            </w:r>
            <w:proofErr w:type="spellEnd"/>
            <w:r w:rsidRPr="00D77AD8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D77AD8">
              <w:rPr>
                <w:sz w:val="18"/>
                <w:szCs w:val="18"/>
                <w:lang w:val="fr-FR"/>
              </w:rPr>
              <w:t>după</w:t>
            </w:r>
            <w:proofErr w:type="spellEnd"/>
            <w:r w:rsidRPr="00D77AD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77AD8">
              <w:rPr>
                <w:sz w:val="18"/>
                <w:szCs w:val="18"/>
                <w:lang w:val="fr-FR"/>
              </w:rPr>
              <w:t>caz</w:t>
            </w:r>
            <w:proofErr w:type="spellEnd"/>
            <w:r w:rsidRPr="00D77AD8">
              <w:rPr>
                <w:sz w:val="18"/>
                <w:szCs w:val="18"/>
                <w:lang w:val="fr-FR"/>
              </w:rPr>
              <w:t>.</w:t>
            </w:r>
          </w:p>
        </w:tc>
      </w:tr>
    </w:tbl>
    <w:p w14:paraId="159276EE" w14:textId="77777777" w:rsidR="00E25052" w:rsidRPr="00D77AD8" w:rsidRDefault="00E25052">
      <w:pPr>
        <w:spacing w:line="168" w:lineRule="auto"/>
        <w:rPr>
          <w:sz w:val="18"/>
          <w:szCs w:val="18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D77AD8" w:rsidRPr="00D77AD8" w14:paraId="47E632B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E95171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r w:rsidRPr="00D77AD8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D77AD8">
              <w:rPr>
                <w:b/>
                <w:sz w:val="18"/>
                <w:szCs w:val="18"/>
              </w:rPr>
              <w:t xml:space="preserve">2. </w:t>
            </w:r>
            <w:r w:rsidRPr="00D77AD8">
              <w:rPr>
                <w:b/>
                <w:sz w:val="18"/>
                <w:szCs w:val="18"/>
              </w:rPr>
              <w:t>SOLICITANTUL</w:t>
            </w:r>
          </w:p>
        </w:tc>
      </w:tr>
      <w:tr w:rsidR="00D77AD8" w:rsidRPr="00D77AD8" w14:paraId="21404F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53582EE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proofErr w:type="spellStart"/>
            <w:r w:rsidRPr="00D77AD8">
              <w:rPr>
                <w:b/>
                <w:sz w:val="18"/>
                <w:szCs w:val="18"/>
              </w:rPr>
              <w:t>Nume</w:t>
            </w:r>
            <w:proofErr w:type="spellEnd"/>
            <w:r w:rsidRPr="00D77AD8">
              <w:rPr>
                <w:b/>
                <w:sz w:val="18"/>
                <w:szCs w:val="18"/>
              </w:rPr>
              <w:t xml:space="preserve"> și </w:t>
            </w:r>
            <w:proofErr w:type="spellStart"/>
            <w:r w:rsidRPr="00D77AD8">
              <w:rPr>
                <w:b/>
                <w:sz w:val="18"/>
                <w:szCs w:val="18"/>
              </w:rPr>
              <w:t>prenume</w:t>
            </w:r>
            <w:proofErr w:type="spellEnd"/>
          </w:p>
          <w:p w14:paraId="50ECD17B" w14:textId="77777777" w:rsidR="00E25052" w:rsidRPr="00D77AD8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015" w:type="dxa"/>
            <w:gridSpan w:val="3"/>
          </w:tcPr>
          <w:p w14:paraId="282D408A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r w:rsidRPr="00D77AD8">
              <w:rPr>
                <w:b/>
                <w:sz w:val="18"/>
                <w:szCs w:val="18"/>
              </w:rPr>
              <w:t>CNP</w:t>
            </w:r>
          </w:p>
          <w:p w14:paraId="6B11B457" w14:textId="77777777" w:rsidR="00E25052" w:rsidRPr="00D77AD8" w:rsidRDefault="00E25052">
            <w:pPr>
              <w:keepNext/>
              <w:rPr>
                <w:sz w:val="18"/>
                <w:szCs w:val="18"/>
              </w:rPr>
            </w:pPr>
          </w:p>
        </w:tc>
      </w:tr>
      <w:tr w:rsidR="00D77AD8" w:rsidRPr="00D77AD8" w14:paraId="6FE196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240506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r w:rsidRPr="00D77AD8">
              <w:rPr>
                <w:sz w:val="18"/>
                <w:szCs w:val="18"/>
              </w:rPr>
              <w:t xml:space="preserve"> Act de identitate</w:t>
            </w:r>
          </w:p>
        </w:tc>
      </w:tr>
      <w:tr w:rsidR="00D77AD8" w:rsidRPr="00D77AD8" w14:paraId="1CFA562A" w14:textId="77777777">
        <w:trPr>
          <w:cantSplit/>
          <w:trHeight w:val="510"/>
        </w:trPr>
        <w:tc>
          <w:tcPr>
            <w:tcW w:w="1606" w:type="dxa"/>
          </w:tcPr>
          <w:p w14:paraId="3C51554F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proofErr w:type="spellStart"/>
            <w:r w:rsidRPr="00D77AD8">
              <w:rPr>
                <w:b/>
                <w:sz w:val="18"/>
                <w:szCs w:val="18"/>
              </w:rPr>
              <w:t>Seria</w:t>
            </w:r>
            <w:proofErr w:type="spellEnd"/>
          </w:p>
          <w:p w14:paraId="1742791D" w14:textId="77777777" w:rsidR="00E25052" w:rsidRPr="00D77AD8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6C2D16F6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r w:rsidRPr="00D77AD8">
              <w:rPr>
                <w:b/>
                <w:sz w:val="18"/>
                <w:szCs w:val="18"/>
              </w:rPr>
              <w:t>Numărul</w:t>
            </w:r>
          </w:p>
          <w:p w14:paraId="18D6DBDF" w14:textId="77777777" w:rsidR="00E25052" w:rsidRPr="00D77AD8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5"/>
          </w:tcPr>
          <w:p w14:paraId="05BDC146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r w:rsidRPr="00D77AD8">
              <w:rPr>
                <w:b/>
                <w:sz w:val="18"/>
                <w:szCs w:val="18"/>
              </w:rPr>
              <w:t>Eliberat de</w:t>
            </w:r>
          </w:p>
          <w:p w14:paraId="5BAC43F0" w14:textId="77777777" w:rsidR="00E25052" w:rsidRPr="00D77AD8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7AB74026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r w:rsidRPr="00D77AD8">
              <w:rPr>
                <w:b/>
                <w:sz w:val="18"/>
                <w:szCs w:val="18"/>
              </w:rPr>
              <w:t>La data</w:t>
            </w:r>
          </w:p>
          <w:p w14:paraId="6324FC92" w14:textId="77777777" w:rsidR="00E25052" w:rsidRPr="00D77AD8" w:rsidRDefault="00E25052">
            <w:pPr>
              <w:keepNext/>
              <w:rPr>
                <w:sz w:val="18"/>
                <w:szCs w:val="18"/>
              </w:rPr>
            </w:pPr>
          </w:p>
        </w:tc>
      </w:tr>
      <w:tr w:rsidR="00D77AD8" w:rsidRPr="00D77AD8" w14:paraId="03A5B23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C85D07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r w:rsidRPr="00D77AD8">
              <w:rPr>
                <w:sz w:val="18"/>
                <w:szCs w:val="18"/>
              </w:rPr>
              <w:t xml:space="preserve"> Domiciliul</w:t>
            </w:r>
          </w:p>
        </w:tc>
      </w:tr>
      <w:tr w:rsidR="00D77AD8" w:rsidRPr="00D77AD8" w14:paraId="3D40E3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6B34F5D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proofErr w:type="spellStart"/>
            <w:r w:rsidRPr="00D77AD8">
              <w:rPr>
                <w:b/>
                <w:sz w:val="18"/>
                <w:szCs w:val="18"/>
              </w:rPr>
              <w:t>Județul</w:t>
            </w:r>
            <w:proofErr w:type="spellEnd"/>
          </w:p>
          <w:p w14:paraId="27F852AB" w14:textId="77777777" w:rsidR="00E25052" w:rsidRPr="00D77AD8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4"/>
          </w:tcPr>
          <w:p w14:paraId="7C882037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r w:rsidRPr="00D77AD8">
              <w:rPr>
                <w:b/>
                <w:sz w:val="18"/>
                <w:szCs w:val="18"/>
              </w:rPr>
              <w:t>Municipiul / orașul / comuna</w:t>
            </w:r>
          </w:p>
          <w:p w14:paraId="0D48E3BB" w14:textId="77777777" w:rsidR="00E25052" w:rsidRPr="00D77AD8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2"/>
          </w:tcPr>
          <w:p w14:paraId="40553940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r w:rsidRPr="00D77AD8">
              <w:rPr>
                <w:b/>
                <w:sz w:val="18"/>
                <w:szCs w:val="18"/>
              </w:rPr>
              <w:t>Satul / sectorul</w:t>
            </w:r>
          </w:p>
          <w:p w14:paraId="20822E8F" w14:textId="77777777" w:rsidR="00E25052" w:rsidRPr="00D77AD8" w:rsidRDefault="00E25052">
            <w:pPr>
              <w:keepNext/>
              <w:rPr>
                <w:sz w:val="18"/>
                <w:szCs w:val="18"/>
              </w:rPr>
            </w:pPr>
          </w:p>
        </w:tc>
      </w:tr>
      <w:tr w:rsidR="00D77AD8" w:rsidRPr="00D77AD8" w14:paraId="5609577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612D93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r w:rsidRPr="00D77AD8">
              <w:rPr>
                <w:b/>
                <w:sz w:val="18"/>
                <w:szCs w:val="18"/>
              </w:rPr>
              <w:t>Strada</w:t>
            </w:r>
          </w:p>
          <w:p w14:paraId="141E58F7" w14:textId="77777777" w:rsidR="00E25052" w:rsidRPr="00D77AD8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6B47B93F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r w:rsidRPr="00D77AD8">
              <w:rPr>
                <w:b/>
                <w:sz w:val="18"/>
                <w:szCs w:val="18"/>
              </w:rPr>
              <w:t>Nr.</w:t>
            </w:r>
          </w:p>
          <w:p w14:paraId="399A8499" w14:textId="77777777" w:rsidR="00E25052" w:rsidRPr="00D77AD8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77DDABD5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r w:rsidRPr="00D77AD8">
              <w:rPr>
                <w:b/>
                <w:sz w:val="18"/>
                <w:szCs w:val="18"/>
              </w:rPr>
              <w:t>Sc.</w:t>
            </w:r>
          </w:p>
          <w:p w14:paraId="0E160ACF" w14:textId="77777777" w:rsidR="00E25052" w:rsidRPr="00D77AD8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7EA9678F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r w:rsidRPr="00D77AD8">
              <w:rPr>
                <w:b/>
                <w:sz w:val="18"/>
                <w:szCs w:val="18"/>
              </w:rPr>
              <w:t>Et.</w:t>
            </w:r>
          </w:p>
          <w:p w14:paraId="43F6DA47" w14:textId="77777777" w:rsidR="00E25052" w:rsidRPr="00D77AD8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70209D0C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r w:rsidRPr="00D77AD8">
              <w:rPr>
                <w:b/>
                <w:sz w:val="18"/>
                <w:szCs w:val="18"/>
              </w:rPr>
              <w:t>Ap.</w:t>
            </w:r>
          </w:p>
          <w:p w14:paraId="2E35CB99" w14:textId="77777777" w:rsidR="00E25052" w:rsidRPr="00D77AD8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60D07855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r w:rsidRPr="00D77AD8">
              <w:rPr>
                <w:b/>
                <w:sz w:val="18"/>
                <w:szCs w:val="18"/>
              </w:rPr>
              <w:t>Cod poștal</w:t>
            </w:r>
          </w:p>
          <w:p w14:paraId="38A54738" w14:textId="77777777" w:rsidR="00E25052" w:rsidRPr="00D77AD8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37AA103A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r w:rsidRPr="00D77AD8">
              <w:rPr>
                <w:b/>
                <w:sz w:val="18"/>
                <w:szCs w:val="18"/>
              </w:rPr>
              <w:t>Ț</w:t>
            </w:r>
            <w:r w:rsidRPr="00D77AD8">
              <w:rPr>
                <w:b/>
                <w:sz w:val="18"/>
                <w:szCs w:val="18"/>
              </w:rPr>
              <w:t>ara</w:t>
            </w:r>
          </w:p>
          <w:p w14:paraId="123D5598" w14:textId="77777777" w:rsidR="00E25052" w:rsidRPr="00D77AD8" w:rsidRDefault="00E25052">
            <w:pPr>
              <w:keepNext/>
              <w:rPr>
                <w:sz w:val="18"/>
                <w:szCs w:val="18"/>
              </w:rPr>
            </w:pPr>
          </w:p>
        </w:tc>
      </w:tr>
      <w:tr w:rsidR="00D77AD8" w:rsidRPr="00D77AD8" w14:paraId="1046CBC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F6E9494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r w:rsidRPr="00D77AD8">
              <w:rPr>
                <w:sz w:val="18"/>
                <w:szCs w:val="18"/>
              </w:rPr>
              <w:t xml:space="preserve"> Date de contact</w:t>
            </w:r>
          </w:p>
        </w:tc>
      </w:tr>
      <w:tr w:rsidR="00D77AD8" w:rsidRPr="00D77AD8" w14:paraId="3B92CD5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7038ABA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proofErr w:type="spellStart"/>
            <w:r w:rsidRPr="00D77AD8">
              <w:rPr>
                <w:b/>
                <w:sz w:val="18"/>
                <w:szCs w:val="18"/>
              </w:rPr>
              <w:t>Telefon</w:t>
            </w:r>
            <w:proofErr w:type="spellEnd"/>
            <w:r w:rsidRPr="00D77AD8">
              <w:rPr>
                <w:b/>
                <w:sz w:val="18"/>
                <w:szCs w:val="18"/>
              </w:rPr>
              <w:t xml:space="preserve"> / fax</w:t>
            </w:r>
          </w:p>
          <w:p w14:paraId="2DEDAC5B" w14:textId="77777777" w:rsidR="00E25052" w:rsidRPr="00D77AD8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5621" w:type="dxa"/>
            <w:gridSpan w:val="5"/>
          </w:tcPr>
          <w:p w14:paraId="11F9EE09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r w:rsidRPr="00D77AD8">
              <w:rPr>
                <w:b/>
                <w:sz w:val="18"/>
                <w:szCs w:val="18"/>
              </w:rPr>
              <w:t>E-mail</w:t>
            </w:r>
          </w:p>
          <w:p w14:paraId="3C2D93FB" w14:textId="77777777" w:rsidR="00E25052" w:rsidRPr="00D77AD8" w:rsidRDefault="00E25052">
            <w:pPr>
              <w:keepNext/>
              <w:rPr>
                <w:sz w:val="18"/>
                <w:szCs w:val="18"/>
              </w:rPr>
            </w:pPr>
          </w:p>
        </w:tc>
      </w:tr>
      <w:tr w:rsidR="00D77AD8" w:rsidRPr="00D77AD8" w14:paraId="3F330FF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9DB5AB2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r w:rsidRPr="00D77AD8">
              <w:rPr>
                <w:sz w:val="18"/>
                <w:szCs w:val="18"/>
              </w:rPr>
              <w:t xml:space="preserve"> Reprezentare</w:t>
            </w:r>
          </w:p>
        </w:tc>
      </w:tr>
      <w:tr w:rsidR="00E25052" w:rsidRPr="00D77AD8" w14:paraId="25D89C0C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24F86481" w14:textId="77777777" w:rsidR="00E25052" w:rsidRPr="00D77AD8" w:rsidRDefault="00D77AD8">
            <w:pPr>
              <w:rPr>
                <w:sz w:val="18"/>
                <w:szCs w:val="18"/>
              </w:rPr>
            </w:pPr>
            <w:r w:rsidRPr="00D77AD8">
              <w:rPr>
                <w:b/>
                <w:sz w:val="18"/>
                <w:szCs w:val="18"/>
              </w:rPr>
              <w:t xml:space="preserve">În </w:t>
            </w:r>
            <w:proofErr w:type="spellStart"/>
            <w:r w:rsidRPr="00D77AD8">
              <w:rPr>
                <w:b/>
                <w:sz w:val="18"/>
                <w:szCs w:val="18"/>
              </w:rPr>
              <w:t>calitate</w:t>
            </w:r>
            <w:proofErr w:type="spellEnd"/>
            <w:r w:rsidRPr="00D77AD8">
              <w:rPr>
                <w:b/>
                <w:sz w:val="18"/>
                <w:szCs w:val="18"/>
              </w:rPr>
              <w:t xml:space="preserve"> de </w:t>
            </w:r>
            <w:proofErr w:type="spellStart"/>
            <w:r w:rsidRPr="00D77AD8">
              <w:rPr>
                <w:b/>
                <w:sz w:val="18"/>
                <w:szCs w:val="18"/>
              </w:rPr>
              <w:t>reprezentant</w:t>
            </w:r>
            <w:proofErr w:type="spellEnd"/>
            <w:r w:rsidRPr="00D77AD8">
              <w:rPr>
                <w:b/>
                <w:sz w:val="18"/>
                <w:szCs w:val="18"/>
              </w:rPr>
              <w:t xml:space="preserve"> al</w:t>
            </w:r>
          </w:p>
          <w:p w14:paraId="6834604F" w14:textId="77777777" w:rsidR="00E25052" w:rsidRPr="00D77AD8" w:rsidRDefault="00E25052">
            <w:pPr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2"/>
          </w:tcPr>
          <w:p w14:paraId="3C5FA06C" w14:textId="77777777" w:rsidR="00E25052" w:rsidRPr="00D77AD8" w:rsidRDefault="00D77AD8">
            <w:pPr>
              <w:rPr>
                <w:sz w:val="18"/>
                <w:szCs w:val="18"/>
              </w:rPr>
            </w:pPr>
            <w:r w:rsidRPr="00D77AD8">
              <w:rPr>
                <w:b/>
                <w:sz w:val="18"/>
                <w:szCs w:val="18"/>
              </w:rPr>
              <w:t>CUI / CIF</w:t>
            </w:r>
          </w:p>
          <w:p w14:paraId="3B9A3463" w14:textId="77777777" w:rsidR="00E25052" w:rsidRPr="00D77AD8" w:rsidRDefault="00E25052">
            <w:pPr>
              <w:rPr>
                <w:sz w:val="18"/>
                <w:szCs w:val="18"/>
              </w:rPr>
            </w:pPr>
          </w:p>
        </w:tc>
      </w:tr>
    </w:tbl>
    <w:p w14:paraId="01E74949" w14:textId="77777777" w:rsidR="00E25052" w:rsidRPr="00D77AD8" w:rsidRDefault="00E25052">
      <w:pPr>
        <w:spacing w:line="168" w:lineRule="auto"/>
        <w:rPr>
          <w:sz w:val="18"/>
          <w:szCs w:val="18"/>
        </w:rPr>
      </w:pPr>
    </w:p>
    <w:p w14:paraId="20F32F97" w14:textId="77777777" w:rsidR="00E25052" w:rsidRPr="00D77AD8" w:rsidRDefault="00D77AD8">
      <w:pPr>
        <w:spacing w:before="80" w:after="60"/>
        <w:jc w:val="center"/>
        <w:rPr>
          <w:sz w:val="18"/>
          <w:szCs w:val="18"/>
        </w:rPr>
      </w:pPr>
      <w:r w:rsidRPr="00D77AD8">
        <w:rPr>
          <w:sz w:val="18"/>
          <w:szCs w:val="18"/>
        </w:rPr>
        <w:t>în conformitate cu prevederile Legii nr. 169/2026 privind Codul amenajării teritoriului, urbanismului și construcțiilor,</w:t>
      </w:r>
    </w:p>
    <w:p w14:paraId="2C7584EF" w14:textId="77777777" w:rsidR="00E25052" w:rsidRPr="00D77AD8" w:rsidRDefault="00D77AD8">
      <w:pPr>
        <w:spacing w:before="80" w:after="60"/>
        <w:jc w:val="center"/>
        <w:rPr>
          <w:sz w:val="18"/>
          <w:szCs w:val="18"/>
        </w:rPr>
      </w:pPr>
      <w:r w:rsidRPr="00D77AD8">
        <w:rPr>
          <w:sz w:val="18"/>
          <w:szCs w:val="18"/>
        </w:rPr>
        <w:t>solicit emiterea</w:t>
      </w:r>
    </w:p>
    <w:p w14:paraId="33797D79" w14:textId="77777777" w:rsidR="00E25052" w:rsidRPr="00D77AD8" w:rsidRDefault="00D77AD8">
      <w:pPr>
        <w:spacing w:after="160"/>
        <w:jc w:val="center"/>
        <w:rPr>
          <w:sz w:val="18"/>
          <w:szCs w:val="18"/>
          <w:lang w:val="fr-FR"/>
        </w:rPr>
      </w:pPr>
      <w:r w:rsidRPr="00D77AD8">
        <w:rPr>
          <w:b/>
          <w:sz w:val="18"/>
          <w:szCs w:val="18"/>
          <w:lang w:val="fr-FR"/>
        </w:rPr>
        <w:t>CERTIFICATULUI DE URBANISM DE INFORMARE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D77AD8" w:rsidRPr="00D77AD8" w14:paraId="697264C9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56CF4AB8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r w:rsidRPr="00D77AD8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D77AD8">
              <w:rPr>
                <w:b/>
                <w:sz w:val="18"/>
                <w:szCs w:val="18"/>
              </w:rPr>
              <w:t xml:space="preserve">3. </w:t>
            </w:r>
            <w:r w:rsidRPr="00D77AD8">
              <w:rPr>
                <w:b/>
                <w:sz w:val="18"/>
                <w:szCs w:val="18"/>
              </w:rPr>
              <w:t>IMOBILUL</w:t>
            </w:r>
          </w:p>
        </w:tc>
      </w:tr>
      <w:tr w:rsidR="00D77AD8" w:rsidRPr="00D77AD8" w14:paraId="37608D06" w14:textId="77777777">
        <w:trPr>
          <w:cantSplit/>
        </w:trPr>
        <w:tc>
          <w:tcPr>
            <w:tcW w:w="9636" w:type="dxa"/>
            <w:gridSpan w:val="6"/>
          </w:tcPr>
          <w:p w14:paraId="64915B18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r w:rsidRPr="00D77AD8">
              <w:rPr>
                <w:sz w:val="18"/>
                <w:szCs w:val="18"/>
              </w:rPr>
              <w:t xml:space="preserve"> ☐ teren     ☐ construcții</w:t>
            </w:r>
          </w:p>
        </w:tc>
      </w:tr>
      <w:tr w:rsidR="00D77AD8" w:rsidRPr="00D77AD8" w14:paraId="3B00AF9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proofErr w:type="spellStart"/>
            <w:r w:rsidRPr="00D77AD8">
              <w:rPr>
                <w:b/>
                <w:sz w:val="18"/>
                <w:szCs w:val="18"/>
              </w:rPr>
              <w:t>Județ</w:t>
            </w:r>
            <w:proofErr w:type="spellEnd"/>
          </w:p>
          <w:p w14:paraId="6D07226C" w14:textId="77777777" w:rsidR="00E25052" w:rsidRPr="00D77AD8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2"/>
          </w:tcPr>
          <w:p w14:paraId="45C06A6B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r w:rsidRPr="00D77AD8">
              <w:rPr>
                <w:b/>
                <w:sz w:val="18"/>
                <w:szCs w:val="18"/>
              </w:rPr>
              <w:t>Municipiu / oraș / comună</w:t>
            </w:r>
          </w:p>
          <w:p w14:paraId="01BF54FB" w14:textId="77777777" w:rsidR="00E25052" w:rsidRPr="00D77AD8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2"/>
          </w:tcPr>
          <w:p w14:paraId="242BC6F3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r w:rsidRPr="00D77AD8">
              <w:rPr>
                <w:b/>
                <w:sz w:val="18"/>
                <w:szCs w:val="18"/>
              </w:rPr>
              <w:t>Sat / sector</w:t>
            </w:r>
          </w:p>
          <w:p w14:paraId="3E7C20BC" w14:textId="77777777" w:rsidR="00E25052" w:rsidRPr="00D77AD8" w:rsidRDefault="00E25052">
            <w:pPr>
              <w:keepNext/>
              <w:rPr>
                <w:sz w:val="18"/>
                <w:szCs w:val="18"/>
              </w:rPr>
            </w:pPr>
          </w:p>
        </w:tc>
      </w:tr>
      <w:tr w:rsidR="00D77AD8" w:rsidRPr="00D77AD8" w14:paraId="0F03DFAC" w14:textId="77777777">
        <w:trPr>
          <w:cantSplit/>
          <w:trHeight w:val="510"/>
        </w:trPr>
        <w:tc>
          <w:tcPr>
            <w:tcW w:w="1606" w:type="dxa"/>
          </w:tcPr>
          <w:p w14:paraId="245C8E18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r w:rsidRPr="00D77AD8">
              <w:rPr>
                <w:b/>
                <w:sz w:val="18"/>
                <w:szCs w:val="18"/>
              </w:rPr>
              <w:t xml:space="preserve">Cod </w:t>
            </w:r>
            <w:proofErr w:type="spellStart"/>
            <w:r w:rsidRPr="00D77AD8">
              <w:rPr>
                <w:b/>
                <w:sz w:val="18"/>
                <w:szCs w:val="18"/>
              </w:rPr>
              <w:t>poștal</w:t>
            </w:r>
            <w:proofErr w:type="spellEnd"/>
          </w:p>
          <w:p w14:paraId="0DC3F395" w14:textId="77777777" w:rsidR="00E25052" w:rsidRPr="00D77AD8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3"/>
          </w:tcPr>
          <w:p w14:paraId="31644BD5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r w:rsidRPr="00D77AD8">
              <w:rPr>
                <w:b/>
                <w:sz w:val="18"/>
                <w:szCs w:val="18"/>
              </w:rPr>
              <w:t>Strada</w:t>
            </w:r>
          </w:p>
          <w:p w14:paraId="6FBE06C3" w14:textId="77777777" w:rsidR="00E25052" w:rsidRPr="00D77AD8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6816659E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r w:rsidRPr="00D77AD8">
              <w:rPr>
                <w:b/>
                <w:sz w:val="18"/>
                <w:szCs w:val="18"/>
              </w:rPr>
              <w:t>Nr.</w:t>
            </w:r>
          </w:p>
          <w:p w14:paraId="3E454520" w14:textId="77777777" w:rsidR="00E25052" w:rsidRPr="00D77AD8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409" w:type="dxa"/>
          </w:tcPr>
          <w:p w14:paraId="0279B798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r w:rsidRPr="00D77AD8">
              <w:rPr>
                <w:b/>
                <w:sz w:val="18"/>
                <w:szCs w:val="18"/>
              </w:rPr>
              <w:t>Bl. / sc. / et. / ap.</w:t>
            </w:r>
          </w:p>
          <w:p w14:paraId="1284E2F7" w14:textId="77777777" w:rsidR="00E25052" w:rsidRPr="00D77AD8" w:rsidRDefault="00E25052">
            <w:pPr>
              <w:keepNext/>
              <w:rPr>
                <w:sz w:val="18"/>
                <w:szCs w:val="18"/>
              </w:rPr>
            </w:pPr>
          </w:p>
        </w:tc>
      </w:tr>
      <w:tr w:rsidR="00D77AD8" w:rsidRPr="00D77AD8" w14:paraId="425A2D34" w14:textId="77777777">
        <w:trPr>
          <w:cantSplit/>
          <w:trHeight w:val="510"/>
        </w:trPr>
        <w:tc>
          <w:tcPr>
            <w:tcW w:w="9636" w:type="dxa"/>
            <w:gridSpan w:val="6"/>
          </w:tcPr>
          <w:p w14:paraId="22A88DF9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proofErr w:type="spellStart"/>
            <w:r w:rsidRPr="00D77AD8">
              <w:rPr>
                <w:b/>
                <w:sz w:val="18"/>
                <w:szCs w:val="18"/>
              </w:rPr>
              <w:t>Suprafața</w:t>
            </w:r>
            <w:proofErr w:type="spellEnd"/>
            <w:r w:rsidRPr="00D77AD8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D77AD8">
              <w:rPr>
                <w:b/>
                <w:sz w:val="18"/>
                <w:szCs w:val="18"/>
              </w:rPr>
              <w:t>terenului</w:t>
            </w:r>
            <w:proofErr w:type="spellEnd"/>
            <w:r w:rsidRPr="00D77AD8">
              <w:rPr>
                <w:b/>
                <w:sz w:val="18"/>
                <w:szCs w:val="18"/>
              </w:rPr>
              <w:t xml:space="preserve"> (m²)</w:t>
            </w:r>
          </w:p>
          <w:p w14:paraId="375B3DAF" w14:textId="77777777" w:rsidR="00E25052" w:rsidRPr="00D77AD8" w:rsidRDefault="00E25052">
            <w:pPr>
              <w:keepNext/>
              <w:rPr>
                <w:sz w:val="18"/>
                <w:szCs w:val="18"/>
              </w:rPr>
            </w:pPr>
          </w:p>
        </w:tc>
      </w:tr>
      <w:tr w:rsidR="00D77AD8" w:rsidRPr="00D77AD8" w14:paraId="3956AF3E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D77AD8" w:rsidRDefault="00D77AD8">
            <w:pPr>
              <w:keepNext/>
              <w:rPr>
                <w:sz w:val="18"/>
                <w:szCs w:val="18"/>
                <w:lang w:val="fr-FR"/>
              </w:rPr>
            </w:pPr>
            <w:proofErr w:type="spellStart"/>
            <w:r w:rsidRPr="00D77AD8">
              <w:rPr>
                <w:b/>
                <w:sz w:val="18"/>
                <w:szCs w:val="18"/>
                <w:lang w:val="fr-FR"/>
              </w:rPr>
              <w:t>Număr</w:t>
            </w:r>
            <w:proofErr w:type="spellEnd"/>
            <w:r w:rsidRPr="00D77AD8">
              <w:rPr>
                <w:b/>
                <w:sz w:val="18"/>
                <w:szCs w:val="18"/>
                <w:lang w:val="fr-FR"/>
              </w:rPr>
              <w:t xml:space="preserve"> cadastral</w:t>
            </w:r>
          </w:p>
          <w:p w14:paraId="4088464C" w14:textId="77777777" w:rsidR="00E25052" w:rsidRPr="00D77AD8" w:rsidRDefault="00D77AD8">
            <w:pPr>
              <w:keepNext/>
              <w:rPr>
                <w:sz w:val="18"/>
                <w:szCs w:val="18"/>
                <w:lang w:val="fr-FR"/>
              </w:rPr>
            </w:pPr>
            <w:proofErr w:type="spellStart"/>
            <w:r w:rsidRPr="00D77AD8">
              <w:rPr>
                <w:i/>
                <w:sz w:val="18"/>
                <w:szCs w:val="18"/>
                <w:lang w:val="fr-FR"/>
              </w:rPr>
              <w:t>dacă</w:t>
            </w:r>
            <w:proofErr w:type="spellEnd"/>
            <w:r w:rsidRPr="00D77AD8">
              <w:rPr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77AD8">
              <w:rPr>
                <w:i/>
                <w:sz w:val="18"/>
                <w:szCs w:val="18"/>
                <w:lang w:val="fr-FR"/>
              </w:rPr>
              <w:t>imobilul</w:t>
            </w:r>
            <w:proofErr w:type="spellEnd"/>
            <w:r w:rsidRPr="00D77AD8">
              <w:rPr>
                <w:i/>
                <w:sz w:val="18"/>
                <w:szCs w:val="18"/>
                <w:lang w:val="fr-FR"/>
              </w:rPr>
              <w:t xml:space="preserve"> e </w:t>
            </w:r>
            <w:proofErr w:type="spellStart"/>
            <w:r w:rsidRPr="00D77AD8">
              <w:rPr>
                <w:i/>
                <w:sz w:val="18"/>
                <w:szCs w:val="18"/>
                <w:lang w:val="fr-FR"/>
              </w:rPr>
              <w:t>înscris</w:t>
            </w:r>
            <w:proofErr w:type="spellEnd"/>
            <w:r w:rsidRPr="00D77AD8">
              <w:rPr>
                <w:i/>
                <w:sz w:val="18"/>
                <w:szCs w:val="18"/>
                <w:lang w:val="fr-FR"/>
              </w:rPr>
              <w:t xml:space="preserve"> în e-Terra</w:t>
            </w:r>
          </w:p>
          <w:p w14:paraId="46FDA082" w14:textId="77777777" w:rsidR="00E25052" w:rsidRPr="00D77AD8" w:rsidRDefault="00E25052">
            <w:pPr>
              <w:keepNext/>
              <w:rPr>
                <w:sz w:val="18"/>
                <w:szCs w:val="18"/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0B037F56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r w:rsidRPr="00D77AD8">
              <w:rPr>
                <w:b/>
                <w:sz w:val="18"/>
                <w:szCs w:val="18"/>
              </w:rPr>
              <w:t xml:space="preserve">Carte </w:t>
            </w:r>
            <w:proofErr w:type="spellStart"/>
            <w:r w:rsidRPr="00D77AD8">
              <w:rPr>
                <w:b/>
                <w:sz w:val="18"/>
                <w:szCs w:val="18"/>
              </w:rPr>
              <w:t>funciară</w:t>
            </w:r>
            <w:proofErr w:type="spellEnd"/>
            <w:r w:rsidRPr="00D77AD8">
              <w:rPr>
                <w:b/>
                <w:sz w:val="18"/>
                <w:szCs w:val="18"/>
              </w:rPr>
              <w:t xml:space="preserve"> nr.</w:t>
            </w:r>
          </w:p>
          <w:p w14:paraId="2038AD22" w14:textId="77777777" w:rsidR="00E25052" w:rsidRPr="00D77AD8" w:rsidRDefault="00E25052">
            <w:pPr>
              <w:keepNext/>
              <w:rPr>
                <w:sz w:val="18"/>
                <w:szCs w:val="18"/>
              </w:rPr>
            </w:pPr>
          </w:p>
        </w:tc>
      </w:tr>
      <w:tr w:rsidR="00E25052" w:rsidRPr="00D77AD8" w14:paraId="50F3FA21" w14:textId="77777777">
        <w:trPr>
          <w:cantSplit/>
        </w:trPr>
        <w:tc>
          <w:tcPr>
            <w:tcW w:w="9636" w:type="dxa"/>
            <w:gridSpan w:val="6"/>
          </w:tcPr>
          <w:p w14:paraId="656FF020" w14:textId="77777777" w:rsidR="00F8517F" w:rsidRPr="00D77AD8" w:rsidRDefault="00D77AD8">
            <w:pPr>
              <w:rPr>
                <w:sz w:val="18"/>
                <w:szCs w:val="18"/>
                <w:lang w:val="fr-FR"/>
              </w:rPr>
            </w:pPr>
            <w:r w:rsidRPr="00D77AD8">
              <w:rPr>
                <w:sz w:val="18"/>
                <w:szCs w:val="18"/>
                <w:lang w:val="fr-FR"/>
              </w:rPr>
              <w:t xml:space="preserve"> ☐ extras de carte </w:t>
            </w:r>
            <w:proofErr w:type="spellStart"/>
            <w:r w:rsidRPr="00D77AD8">
              <w:rPr>
                <w:sz w:val="18"/>
                <w:szCs w:val="18"/>
                <w:lang w:val="fr-FR"/>
              </w:rPr>
              <w:t>funciară</w:t>
            </w:r>
            <w:proofErr w:type="spellEnd"/>
            <w:r w:rsidRPr="00D77AD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77AD8">
              <w:rPr>
                <w:sz w:val="18"/>
                <w:szCs w:val="18"/>
                <w:lang w:val="fr-FR"/>
              </w:rPr>
              <w:t>actualizat</w:t>
            </w:r>
            <w:proofErr w:type="spellEnd"/>
            <w:r w:rsidRPr="00D77AD8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D77AD8">
              <w:rPr>
                <w:sz w:val="18"/>
                <w:szCs w:val="18"/>
                <w:lang w:val="fr-FR"/>
              </w:rPr>
              <w:t>anexat</w:t>
            </w:r>
            <w:proofErr w:type="spellEnd"/>
            <w:r w:rsidRPr="00D77AD8">
              <w:rPr>
                <w:sz w:val="18"/>
                <w:szCs w:val="18"/>
                <w:lang w:val="fr-FR"/>
              </w:rPr>
              <w:t xml:space="preserve">     </w:t>
            </w:r>
          </w:p>
          <w:p w14:paraId="4D8DB8B6" w14:textId="6B074625" w:rsidR="00E25052" w:rsidRPr="00D77AD8" w:rsidRDefault="00D77AD8">
            <w:pPr>
              <w:rPr>
                <w:sz w:val="18"/>
                <w:szCs w:val="18"/>
                <w:lang w:val="fr-FR"/>
              </w:rPr>
            </w:pPr>
            <w:r w:rsidRPr="00D77AD8">
              <w:rPr>
                <w:sz w:val="18"/>
                <w:szCs w:val="18"/>
                <w:lang w:val="fr-FR"/>
              </w:rPr>
              <w:t>☐</w:t>
            </w:r>
            <w:r w:rsidRPr="00D77AD8">
              <w:rPr>
                <w:sz w:val="18"/>
                <w:szCs w:val="18"/>
                <w:lang w:val="fr-FR"/>
              </w:rPr>
              <w:t xml:space="preserve"> plan de </w:t>
            </w:r>
            <w:proofErr w:type="spellStart"/>
            <w:r w:rsidRPr="00D77AD8">
              <w:rPr>
                <w:sz w:val="18"/>
                <w:szCs w:val="18"/>
                <w:lang w:val="fr-FR"/>
              </w:rPr>
              <w:t>încadrare</w:t>
            </w:r>
            <w:proofErr w:type="spellEnd"/>
            <w:r w:rsidRPr="00D77AD8">
              <w:rPr>
                <w:sz w:val="18"/>
                <w:szCs w:val="18"/>
                <w:lang w:val="fr-FR"/>
              </w:rPr>
              <w:t xml:space="preserve"> în zonă în </w:t>
            </w:r>
            <w:proofErr w:type="spellStart"/>
            <w:r w:rsidRPr="00D77AD8">
              <w:rPr>
                <w:sz w:val="18"/>
                <w:szCs w:val="18"/>
                <w:lang w:val="fr-FR"/>
              </w:rPr>
              <w:t>sistem</w:t>
            </w:r>
            <w:proofErr w:type="spellEnd"/>
            <w:r w:rsidRPr="00D77AD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77AD8">
              <w:rPr>
                <w:sz w:val="18"/>
                <w:szCs w:val="18"/>
                <w:lang w:val="fr-FR"/>
              </w:rPr>
              <w:t>Stereo</w:t>
            </w:r>
            <w:proofErr w:type="spellEnd"/>
            <w:r w:rsidRPr="00D77AD8">
              <w:rPr>
                <w:sz w:val="18"/>
                <w:szCs w:val="18"/>
                <w:lang w:val="fr-FR"/>
              </w:rPr>
              <w:t xml:space="preserve"> 70, </w:t>
            </w:r>
            <w:proofErr w:type="spellStart"/>
            <w:r w:rsidRPr="00D77AD8">
              <w:rPr>
                <w:sz w:val="18"/>
                <w:szCs w:val="18"/>
                <w:lang w:val="fr-FR"/>
              </w:rPr>
              <w:t>anexat</w:t>
            </w:r>
            <w:proofErr w:type="spellEnd"/>
            <w:r w:rsidR="00F8517F" w:rsidRPr="00D77AD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F8517F" w:rsidRPr="00D77AD8">
              <w:rPr>
                <w:sz w:val="18"/>
                <w:szCs w:val="18"/>
                <w:lang w:val="fr-FR"/>
              </w:rPr>
              <w:t>eliberat</w:t>
            </w:r>
            <w:proofErr w:type="spellEnd"/>
            <w:r w:rsidR="00F8517F" w:rsidRPr="00D77AD8">
              <w:rPr>
                <w:sz w:val="18"/>
                <w:szCs w:val="18"/>
                <w:lang w:val="fr-FR"/>
              </w:rPr>
              <w:t xml:space="preserve">, la </w:t>
            </w:r>
            <w:proofErr w:type="spellStart"/>
            <w:r w:rsidR="00F8517F" w:rsidRPr="00D77AD8">
              <w:rPr>
                <w:sz w:val="18"/>
                <w:szCs w:val="18"/>
                <w:lang w:val="fr-FR"/>
              </w:rPr>
              <w:t>cerere</w:t>
            </w:r>
            <w:proofErr w:type="spellEnd"/>
            <w:r w:rsidR="00F8517F" w:rsidRPr="00D77AD8">
              <w:rPr>
                <w:sz w:val="18"/>
                <w:szCs w:val="18"/>
                <w:lang w:val="fr-FR"/>
              </w:rPr>
              <w:t xml:space="preserve">, de </w:t>
            </w:r>
            <w:proofErr w:type="spellStart"/>
            <w:r w:rsidR="00F8517F" w:rsidRPr="00D77AD8">
              <w:rPr>
                <w:sz w:val="18"/>
                <w:szCs w:val="18"/>
                <w:lang w:val="fr-FR"/>
              </w:rPr>
              <w:t>către</w:t>
            </w:r>
            <w:proofErr w:type="spellEnd"/>
            <w:r w:rsidR="00F8517F" w:rsidRPr="00D77AD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F8517F" w:rsidRPr="00D77AD8">
              <w:rPr>
                <w:sz w:val="18"/>
                <w:szCs w:val="18"/>
                <w:lang w:val="fr-FR"/>
              </w:rPr>
              <w:t>Agenția</w:t>
            </w:r>
            <w:proofErr w:type="spellEnd"/>
            <w:r w:rsidR="00F8517F" w:rsidRPr="00D77AD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F8517F" w:rsidRPr="00D77AD8">
              <w:rPr>
                <w:sz w:val="18"/>
                <w:szCs w:val="18"/>
                <w:lang w:val="fr-FR"/>
              </w:rPr>
              <w:t>Națională</w:t>
            </w:r>
            <w:proofErr w:type="spellEnd"/>
            <w:r w:rsidR="00F8517F" w:rsidRPr="00D77AD8">
              <w:rPr>
                <w:sz w:val="18"/>
                <w:szCs w:val="18"/>
                <w:lang w:val="fr-FR"/>
              </w:rPr>
              <w:t xml:space="preserve"> de </w:t>
            </w:r>
            <w:proofErr w:type="spellStart"/>
            <w:r w:rsidR="00F8517F" w:rsidRPr="00D77AD8">
              <w:rPr>
                <w:sz w:val="18"/>
                <w:szCs w:val="18"/>
                <w:lang w:val="fr-FR"/>
              </w:rPr>
              <w:t>Cadastru</w:t>
            </w:r>
            <w:proofErr w:type="spellEnd"/>
            <w:r w:rsidR="00F8517F" w:rsidRPr="00D77AD8">
              <w:rPr>
                <w:sz w:val="18"/>
                <w:szCs w:val="18"/>
                <w:lang w:val="fr-FR"/>
              </w:rPr>
              <w:t xml:space="preserve"> și </w:t>
            </w:r>
            <w:proofErr w:type="spellStart"/>
            <w:r w:rsidR="00F8517F" w:rsidRPr="00D77AD8">
              <w:rPr>
                <w:sz w:val="18"/>
                <w:szCs w:val="18"/>
                <w:lang w:val="fr-FR"/>
              </w:rPr>
              <w:t>Publicitate</w:t>
            </w:r>
            <w:proofErr w:type="spellEnd"/>
            <w:r w:rsidR="00F8517F" w:rsidRPr="00D77AD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F8517F" w:rsidRPr="00D77AD8">
              <w:rPr>
                <w:sz w:val="18"/>
                <w:szCs w:val="18"/>
                <w:lang w:val="fr-FR"/>
              </w:rPr>
              <w:t>Imobiliară</w:t>
            </w:r>
            <w:proofErr w:type="spellEnd"/>
          </w:p>
        </w:tc>
      </w:tr>
    </w:tbl>
    <w:p w14:paraId="3ACF9FED" w14:textId="77777777" w:rsidR="00E25052" w:rsidRPr="00D77AD8" w:rsidRDefault="00E25052">
      <w:pPr>
        <w:spacing w:line="168" w:lineRule="auto"/>
        <w:rPr>
          <w:sz w:val="18"/>
          <w:szCs w:val="18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77AD8" w:rsidRPr="00D77AD8" w14:paraId="3F3C9144" w14:textId="77777777">
        <w:trPr>
          <w:cantSplit/>
        </w:trPr>
        <w:tc>
          <w:tcPr>
            <w:tcW w:w="9636" w:type="dxa"/>
            <w:shd w:val="clear" w:color="auto" w:fill="F4F4F4"/>
          </w:tcPr>
          <w:p w14:paraId="4A371C11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r w:rsidRPr="00D77AD8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D77AD8">
              <w:rPr>
                <w:b/>
                <w:sz w:val="18"/>
                <w:szCs w:val="18"/>
              </w:rPr>
              <w:t xml:space="preserve">4. </w:t>
            </w:r>
            <w:r w:rsidRPr="00D77AD8">
              <w:rPr>
                <w:b/>
                <w:sz w:val="18"/>
                <w:szCs w:val="18"/>
              </w:rPr>
              <w:t>COMUNICAREA RĂSPUNSULUI</w:t>
            </w:r>
          </w:p>
        </w:tc>
      </w:tr>
      <w:tr w:rsidR="00E25052" w:rsidRPr="00D77AD8" w14:paraId="6A6C031B" w14:textId="77777777">
        <w:trPr>
          <w:cantSplit/>
        </w:trPr>
        <w:tc>
          <w:tcPr>
            <w:tcW w:w="9636" w:type="dxa"/>
          </w:tcPr>
          <w:p w14:paraId="119DB66C" w14:textId="77777777" w:rsidR="00E25052" w:rsidRPr="00D77AD8" w:rsidRDefault="00D77AD8">
            <w:pPr>
              <w:rPr>
                <w:sz w:val="18"/>
                <w:szCs w:val="18"/>
                <w:lang w:val="fr-FR"/>
              </w:rPr>
            </w:pPr>
            <w:r w:rsidRPr="00D77AD8">
              <w:rPr>
                <w:sz w:val="18"/>
                <w:szCs w:val="18"/>
                <w:lang w:val="fr-FR"/>
              </w:rPr>
              <w:t xml:space="preserve"> ☐ în format </w:t>
            </w:r>
            <w:proofErr w:type="spellStart"/>
            <w:r w:rsidRPr="00D77AD8">
              <w:rPr>
                <w:sz w:val="18"/>
                <w:szCs w:val="18"/>
                <w:lang w:val="fr-FR"/>
              </w:rPr>
              <w:t>scris</w:t>
            </w:r>
            <w:proofErr w:type="spellEnd"/>
            <w:r w:rsidRPr="00D77AD8">
              <w:rPr>
                <w:sz w:val="18"/>
                <w:szCs w:val="18"/>
                <w:lang w:val="fr-FR"/>
              </w:rPr>
              <w:t xml:space="preserve">, prin </w:t>
            </w:r>
            <w:proofErr w:type="spellStart"/>
            <w:r w:rsidRPr="00D77AD8">
              <w:rPr>
                <w:sz w:val="18"/>
                <w:szCs w:val="18"/>
                <w:lang w:val="fr-FR"/>
              </w:rPr>
              <w:t>poștă</w:t>
            </w:r>
            <w:proofErr w:type="spellEnd"/>
            <w:r w:rsidRPr="00D77AD8">
              <w:rPr>
                <w:sz w:val="18"/>
                <w:szCs w:val="18"/>
                <w:lang w:val="fr-FR"/>
              </w:rPr>
              <w:t xml:space="preserve">     ☐ în format digital, la </w:t>
            </w:r>
            <w:proofErr w:type="spellStart"/>
            <w:r w:rsidRPr="00D77AD8">
              <w:rPr>
                <w:sz w:val="18"/>
                <w:szCs w:val="18"/>
                <w:lang w:val="fr-FR"/>
              </w:rPr>
              <w:t>adresa</w:t>
            </w:r>
            <w:proofErr w:type="spellEnd"/>
            <w:r w:rsidRPr="00D77AD8">
              <w:rPr>
                <w:sz w:val="18"/>
                <w:szCs w:val="18"/>
                <w:lang w:val="fr-FR"/>
              </w:rPr>
              <w:t xml:space="preserve"> de e-mail </w:t>
            </w:r>
            <w:proofErr w:type="spellStart"/>
            <w:r w:rsidRPr="00D77AD8">
              <w:rPr>
                <w:sz w:val="18"/>
                <w:szCs w:val="18"/>
                <w:lang w:val="fr-FR"/>
              </w:rPr>
              <w:t>indicată</w:t>
            </w:r>
            <w:proofErr w:type="spellEnd"/>
            <w:r w:rsidRPr="00D77AD8">
              <w:rPr>
                <w:sz w:val="18"/>
                <w:szCs w:val="18"/>
                <w:lang w:val="fr-FR"/>
              </w:rPr>
              <w:t xml:space="preserve">     ☐ </w:t>
            </w:r>
            <w:proofErr w:type="spellStart"/>
            <w:r w:rsidRPr="00D77AD8">
              <w:rPr>
                <w:sz w:val="18"/>
                <w:szCs w:val="18"/>
                <w:lang w:val="fr-FR"/>
              </w:rPr>
              <w:t>ridicare</w:t>
            </w:r>
            <w:proofErr w:type="spellEnd"/>
            <w:r w:rsidRPr="00D77AD8">
              <w:rPr>
                <w:sz w:val="18"/>
                <w:szCs w:val="18"/>
                <w:lang w:val="fr-FR"/>
              </w:rPr>
              <w:t xml:space="preserve"> de la </w:t>
            </w:r>
            <w:proofErr w:type="spellStart"/>
            <w:r w:rsidRPr="00D77AD8">
              <w:rPr>
                <w:sz w:val="18"/>
                <w:szCs w:val="18"/>
                <w:lang w:val="fr-FR"/>
              </w:rPr>
              <w:t>sediul</w:t>
            </w:r>
            <w:proofErr w:type="spellEnd"/>
            <w:r w:rsidRPr="00D77AD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77AD8">
              <w:rPr>
                <w:sz w:val="18"/>
                <w:szCs w:val="18"/>
                <w:lang w:val="fr-FR"/>
              </w:rPr>
              <w:t>autorității</w:t>
            </w:r>
            <w:proofErr w:type="spellEnd"/>
          </w:p>
        </w:tc>
      </w:tr>
    </w:tbl>
    <w:p w14:paraId="4CC013A6" w14:textId="77777777" w:rsidR="00E25052" w:rsidRPr="00D77AD8" w:rsidRDefault="00E25052">
      <w:pPr>
        <w:spacing w:line="168" w:lineRule="auto"/>
        <w:rPr>
          <w:sz w:val="18"/>
          <w:szCs w:val="18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D77AD8" w:rsidRPr="00D77AD8" w14:paraId="526375A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BEB645" w14:textId="77777777" w:rsidR="00E25052" w:rsidRPr="00D77AD8" w:rsidRDefault="00D77AD8">
            <w:pPr>
              <w:keepNext/>
              <w:rPr>
                <w:sz w:val="18"/>
                <w:szCs w:val="18"/>
              </w:rPr>
            </w:pPr>
            <w:r w:rsidRPr="00D77AD8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D77AD8">
              <w:rPr>
                <w:b/>
                <w:sz w:val="18"/>
                <w:szCs w:val="18"/>
              </w:rPr>
              <w:t xml:space="preserve">5. </w:t>
            </w:r>
            <w:r w:rsidRPr="00D77AD8">
              <w:rPr>
                <w:b/>
                <w:sz w:val="18"/>
                <w:szCs w:val="18"/>
              </w:rPr>
              <w:t>DATA ȘI SEMNĂTURA</w:t>
            </w:r>
          </w:p>
        </w:tc>
      </w:tr>
      <w:tr w:rsidR="00E25052" w:rsidRPr="00D77AD8" w14:paraId="7763C7E2" w14:textId="77777777">
        <w:trPr>
          <w:cantSplit/>
          <w:trHeight w:val="510"/>
        </w:trPr>
        <w:tc>
          <w:tcPr>
            <w:tcW w:w="1606" w:type="dxa"/>
          </w:tcPr>
          <w:p w14:paraId="4CA50917" w14:textId="77777777" w:rsidR="00E25052" w:rsidRPr="00D77AD8" w:rsidRDefault="00D77AD8">
            <w:pPr>
              <w:rPr>
                <w:sz w:val="18"/>
                <w:szCs w:val="18"/>
              </w:rPr>
            </w:pPr>
            <w:r w:rsidRPr="00D77AD8">
              <w:rPr>
                <w:b/>
                <w:sz w:val="18"/>
                <w:szCs w:val="18"/>
              </w:rPr>
              <w:t>Data</w:t>
            </w:r>
          </w:p>
          <w:p w14:paraId="725AA280" w14:textId="77777777" w:rsidR="00E25052" w:rsidRPr="00D77AD8" w:rsidRDefault="00E25052">
            <w:pPr>
              <w:rPr>
                <w:sz w:val="18"/>
                <w:szCs w:val="18"/>
              </w:rPr>
            </w:pPr>
          </w:p>
        </w:tc>
        <w:tc>
          <w:tcPr>
            <w:tcW w:w="4818" w:type="dxa"/>
          </w:tcPr>
          <w:p w14:paraId="1A18FEF7" w14:textId="77777777" w:rsidR="00E25052" w:rsidRPr="00D77AD8" w:rsidRDefault="00D77AD8">
            <w:pPr>
              <w:rPr>
                <w:sz w:val="18"/>
                <w:szCs w:val="18"/>
              </w:rPr>
            </w:pPr>
            <w:r w:rsidRPr="00D77AD8">
              <w:rPr>
                <w:b/>
                <w:sz w:val="18"/>
                <w:szCs w:val="18"/>
              </w:rPr>
              <w:t>Solicitantul</w:t>
            </w:r>
          </w:p>
          <w:p w14:paraId="4BFA03F3" w14:textId="77777777" w:rsidR="00E25052" w:rsidRPr="00D77AD8" w:rsidRDefault="00E25052">
            <w:pPr>
              <w:rPr>
                <w:sz w:val="18"/>
                <w:szCs w:val="18"/>
              </w:rPr>
            </w:pPr>
          </w:p>
        </w:tc>
        <w:tc>
          <w:tcPr>
            <w:tcW w:w="3212" w:type="dxa"/>
          </w:tcPr>
          <w:p w14:paraId="51766049" w14:textId="77777777" w:rsidR="00E25052" w:rsidRPr="00D77AD8" w:rsidRDefault="00D77AD8">
            <w:pPr>
              <w:rPr>
                <w:sz w:val="18"/>
                <w:szCs w:val="18"/>
              </w:rPr>
            </w:pPr>
            <w:r w:rsidRPr="00D77AD8">
              <w:rPr>
                <w:b/>
                <w:sz w:val="18"/>
                <w:szCs w:val="18"/>
              </w:rPr>
              <w:t>Semnătura</w:t>
            </w:r>
          </w:p>
          <w:p w14:paraId="4558B6A6" w14:textId="77777777" w:rsidR="00E25052" w:rsidRPr="00D77AD8" w:rsidRDefault="00E25052">
            <w:pPr>
              <w:rPr>
                <w:sz w:val="18"/>
                <w:szCs w:val="18"/>
              </w:rPr>
            </w:pPr>
          </w:p>
        </w:tc>
      </w:tr>
    </w:tbl>
    <w:p w14:paraId="49F8112D" w14:textId="77777777" w:rsidR="00E25052" w:rsidRPr="00D77AD8" w:rsidRDefault="00E25052">
      <w:pPr>
        <w:spacing w:line="168" w:lineRule="auto"/>
        <w:rPr>
          <w:sz w:val="18"/>
          <w:szCs w:val="18"/>
        </w:rPr>
      </w:pPr>
    </w:p>
    <w:p w14:paraId="242D1965" w14:textId="77777777" w:rsidR="00F8517F" w:rsidRPr="00D77AD8" w:rsidRDefault="00F8517F" w:rsidP="00F8517F">
      <w:pPr>
        <w:rPr>
          <w:sz w:val="18"/>
          <w:szCs w:val="18"/>
        </w:rPr>
      </w:pPr>
    </w:p>
    <w:p w14:paraId="7E180354" w14:textId="7A449F41" w:rsidR="00F8517F" w:rsidRPr="00D77AD8" w:rsidRDefault="00F8517F" w:rsidP="00F8517F">
      <w:pPr>
        <w:tabs>
          <w:tab w:val="left" w:pos="3005"/>
        </w:tabs>
        <w:rPr>
          <w:sz w:val="18"/>
          <w:szCs w:val="18"/>
        </w:rPr>
      </w:pPr>
      <w:r w:rsidRPr="00D77AD8">
        <w:rPr>
          <w:sz w:val="18"/>
          <w:szCs w:val="18"/>
        </w:rPr>
        <w:tab/>
      </w:r>
    </w:p>
    <w:sectPr w:rsidR="00F8517F" w:rsidRPr="00D77AD8" w:rsidSect="00034616">
      <w:headerReference w:type="default" r:id="rId9"/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B1CA5" w14:textId="77777777" w:rsidR="00861954" w:rsidRDefault="00861954">
      <w:r>
        <w:separator/>
      </w:r>
    </w:p>
  </w:endnote>
  <w:endnote w:type="continuationSeparator" w:id="0">
    <w:p w14:paraId="2800FE9A" w14:textId="77777777" w:rsidR="00861954" w:rsidRDefault="00861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71E53" w14:textId="180E0261" w:rsidR="00E25052" w:rsidRDefault="00F801F2">
    <w:pPr>
      <w:pStyle w:val="Footer"/>
      <w:tabs>
        <w:tab w:val="right" w:pos="9639"/>
      </w:tabs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E3B0E" w14:textId="77777777" w:rsidR="00861954" w:rsidRDefault="00861954">
      <w:r>
        <w:separator/>
      </w:r>
    </w:p>
  </w:footnote>
  <w:footnote w:type="continuationSeparator" w:id="0">
    <w:p w14:paraId="025008F2" w14:textId="77777777" w:rsidR="00861954" w:rsidRDefault="00861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67F69" w14:textId="77777777" w:rsidR="00F8517F" w:rsidRPr="00F8517F" w:rsidRDefault="00F8517F" w:rsidP="00F8517F">
    <w:pPr>
      <w:pStyle w:val="Header"/>
      <w:rPr>
        <w:b/>
        <w:bCs/>
        <w:i/>
        <w:iCs/>
        <w:color w:val="595959"/>
        <w:sz w:val="24"/>
        <w:szCs w:val="24"/>
        <w:u w:val="single"/>
      </w:rPr>
    </w:pPr>
    <w:proofErr w:type="spellStart"/>
    <w:r w:rsidRPr="00F8517F">
      <w:rPr>
        <w:b/>
        <w:bCs/>
        <w:i/>
        <w:iCs/>
        <w:color w:val="595959"/>
        <w:sz w:val="24"/>
        <w:szCs w:val="24"/>
        <w:u w:val="single"/>
      </w:rPr>
      <w:t>Anexa</w:t>
    </w:r>
    <w:proofErr w:type="spellEnd"/>
    <w:r w:rsidRPr="00F8517F">
      <w:rPr>
        <w:b/>
        <w:bCs/>
        <w:i/>
        <w:iCs/>
        <w:color w:val="595959"/>
        <w:sz w:val="24"/>
        <w:szCs w:val="24"/>
        <w:u w:val="single"/>
      </w:rPr>
      <w:t xml:space="preserve"> nr.1  </w:t>
    </w:r>
  </w:p>
  <w:p w14:paraId="30A11B91" w14:textId="654108AB" w:rsidR="00F8517F" w:rsidRPr="00F8517F" w:rsidRDefault="00F8517F" w:rsidP="00F8517F">
    <w:pPr>
      <w:pStyle w:val="Header"/>
      <w:rPr>
        <w:b/>
        <w:bCs/>
        <w:color w:val="595959"/>
      </w:rPr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55B4"/>
    <w:rsid w:val="0015074B"/>
    <w:rsid w:val="0021562A"/>
    <w:rsid w:val="0029639D"/>
    <w:rsid w:val="00326F90"/>
    <w:rsid w:val="006C103E"/>
    <w:rsid w:val="00763A7C"/>
    <w:rsid w:val="00861954"/>
    <w:rsid w:val="009B5021"/>
    <w:rsid w:val="00AA1D8D"/>
    <w:rsid w:val="00B16250"/>
    <w:rsid w:val="00B47730"/>
    <w:rsid w:val="00CB0664"/>
    <w:rsid w:val="00D77AD8"/>
    <w:rsid w:val="00E25052"/>
    <w:rsid w:val="00E61A6B"/>
    <w:rsid w:val="00F801F2"/>
    <w:rsid w:val="00F85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53986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8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USSER</cp:lastModifiedBy>
  <cp:revision>2</cp:revision>
  <dcterms:created xsi:type="dcterms:W3CDTF">2013-12-23T23:15:00Z</dcterms:created>
  <dcterms:modified xsi:type="dcterms:W3CDTF">2026-09-14T14:35:00Z</dcterms:modified>
  <cp:category/>
</cp:coreProperties>
</file>