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030E30" w14:paraId="29E6A9FB" w14:textId="77777777" w:rsidTr="00030E30">
        <w:trPr>
          <w:cantSplit/>
          <w:trHeight w:val="232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74F8A723" w14:textId="634DE854" w:rsidR="00030E30" w:rsidRDefault="00030E30">
            <w:pPr>
              <w:keepNext/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inline distT="0" distB="0" distL="0" distR="0" wp14:anchorId="64ADA750" wp14:editId="708CC426">
                  <wp:extent cx="723900" cy="1028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0230EC52" w14:textId="77777777" w:rsidR="00030E30" w:rsidRDefault="00030E30">
            <w:pPr>
              <w:keepNext/>
              <w:rPr>
                <w:sz w:val="22"/>
              </w:rPr>
            </w:pPr>
            <w:r>
              <w:rPr>
                <w:sz w:val="22"/>
              </w:rPr>
              <w:t xml:space="preserve">Județul  </w:t>
            </w:r>
            <w:r>
              <w:rPr>
                <w:b/>
                <w:sz w:val="22"/>
              </w:rPr>
              <w:t>TULCEA</w:t>
            </w:r>
          </w:p>
        </w:tc>
      </w:tr>
      <w:tr w:rsidR="00030E30" w14:paraId="2E1A88DD" w14:textId="77777777" w:rsidTr="00030E30">
        <w:trPr>
          <w:cantSplit/>
          <w:trHeight w:val="277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1113D1C3" w14:textId="77777777" w:rsidR="00030E30" w:rsidRDefault="00030E30">
            <w:pPr>
              <w:rPr>
                <w:sz w:val="22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4062EC93" w14:textId="77777777" w:rsidR="00030E30" w:rsidRDefault="00030E30">
            <w:pPr>
              <w:keepNext/>
              <w:rPr>
                <w:sz w:val="22"/>
                <w:lang w:val="ro-RO"/>
              </w:rPr>
            </w:pPr>
            <w:r>
              <w:rPr>
                <w:sz w:val="22"/>
              </w:rPr>
              <w:t xml:space="preserve">Autoritatea administrației publice   </w:t>
            </w:r>
            <w:r>
              <w:rPr>
                <w:b/>
                <w:sz w:val="22"/>
              </w:rPr>
              <w:t>ORA</w:t>
            </w:r>
            <w:r>
              <w:rPr>
                <w:b/>
                <w:sz w:val="22"/>
                <w:lang w:val="ro-RO"/>
              </w:rPr>
              <w:t>ȘUL ISACCEA</w:t>
            </w:r>
          </w:p>
        </w:tc>
      </w:tr>
      <w:tr w:rsidR="00030E30" w14:paraId="631AAAA3" w14:textId="77777777" w:rsidTr="00030E30">
        <w:trPr>
          <w:cantSplit/>
          <w:trHeight w:val="623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4B01485F" w14:textId="77777777" w:rsidR="00030E30" w:rsidRDefault="00030E30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0B42464C" w14:textId="77777777" w:rsidR="00030E30" w:rsidRDefault="00030E30">
            <w:pPr>
              <w:keepNext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>Cod de identificare fiscală (CIF)</w:t>
            </w:r>
          </w:p>
          <w:p w14:paraId="088F86AA" w14:textId="77777777" w:rsidR="00030E30" w:rsidRDefault="00030E30">
            <w:pPr>
              <w:keepNext/>
              <w:jc w:val="center"/>
              <w:rPr>
                <w:sz w:val="22"/>
                <w:lang w:val="fr-FR"/>
              </w:rPr>
            </w:pPr>
          </w:p>
          <w:p w14:paraId="052DCBF4" w14:textId="77777777" w:rsidR="00030E30" w:rsidRDefault="00030E30">
            <w:pPr>
              <w:keepNext/>
              <w:jc w:val="center"/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>3721907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48F5F8DA" w14:textId="77777777" w:rsidR="00030E30" w:rsidRDefault="00030E30">
            <w:pPr>
              <w:keepNext/>
              <w:rPr>
                <w:sz w:val="22"/>
              </w:rPr>
            </w:pPr>
            <w:r>
              <w:rPr>
                <w:sz w:val="22"/>
              </w:rPr>
              <w:t>Adresa oficială</w:t>
            </w:r>
          </w:p>
          <w:p w14:paraId="1F58994A" w14:textId="77777777" w:rsidR="00030E30" w:rsidRDefault="00030E30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Str.  1 Decembrie  Nr. 25, Isaccea, județul Tulcea</w:t>
            </w:r>
          </w:p>
          <w:p w14:paraId="24FD7A69" w14:textId="77777777" w:rsidR="00030E30" w:rsidRDefault="00030E30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 xml:space="preserve">Tel.  0240/506.600, Fax 0240/506.623 </w:t>
            </w:r>
          </w:p>
          <w:p w14:paraId="2B4DCF69" w14:textId="77777777" w:rsidR="00030E30" w:rsidRDefault="00030E30">
            <w:pPr>
              <w:keepNext/>
              <w:jc w:val="both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E-mail: secretariatisaccea@gmail.com</w:t>
            </w:r>
          </w:p>
        </w:tc>
      </w:tr>
      <w:tr w:rsidR="00030E30" w14:paraId="1FDB2A0B" w14:textId="77777777" w:rsidTr="00030E30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11111199" w14:textId="77777777" w:rsidR="00030E30" w:rsidRDefault="00030E30">
            <w:pPr>
              <w:rPr>
                <w:sz w:val="22"/>
              </w:rPr>
            </w:pPr>
          </w:p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56DCE103" w14:textId="77777777" w:rsidR="00030E30" w:rsidRDefault="00030E30">
            <w:pPr>
              <w:keepNext/>
              <w:rPr>
                <w:sz w:val="22"/>
              </w:rPr>
            </w:pPr>
            <w:r>
              <w:rPr>
                <w:sz w:val="22"/>
              </w:rPr>
              <w:t>Număr de înregistrare</w:t>
            </w:r>
          </w:p>
          <w:p w14:paraId="72B12666" w14:textId="77777777" w:rsidR="00030E30" w:rsidRDefault="00030E30">
            <w:pPr>
              <w:keepNext/>
              <w:rPr>
                <w:sz w:val="22"/>
              </w:rPr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111B0FFE" w14:textId="77777777" w:rsidR="00030E30" w:rsidRDefault="00030E30">
            <w:pPr>
              <w:keepNext/>
              <w:rPr>
                <w:sz w:val="22"/>
              </w:rPr>
            </w:pPr>
            <w:r>
              <w:rPr>
                <w:sz w:val="22"/>
              </w:rPr>
              <w:t>Data</w:t>
            </w:r>
          </w:p>
          <w:p w14:paraId="56413D58" w14:textId="77777777" w:rsidR="00030E30" w:rsidRDefault="00030E30">
            <w:pPr>
              <w:keepNext/>
              <w:rPr>
                <w:sz w:val="22"/>
              </w:rPr>
            </w:pPr>
          </w:p>
        </w:tc>
      </w:tr>
      <w:tr w:rsidR="00030E30" w14:paraId="3AB4DF32" w14:textId="77777777" w:rsidTr="00030E30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35E8B001" w14:textId="77777777" w:rsidR="00030E30" w:rsidRDefault="00030E30">
            <w:pPr>
              <w:rPr>
                <w:sz w:val="22"/>
                <w:lang w:val="fr-FR"/>
              </w:rPr>
            </w:pPr>
            <w:r>
              <w:rPr>
                <w:i/>
                <w:sz w:val="22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030E30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30E30" w:rsidRPr="00030E30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 xml:space="preserve"> 1. </w:t>
            </w:r>
            <w:r w:rsidRPr="00030E30">
              <w:rPr>
                <w:b/>
                <w:sz w:val="20"/>
                <w:szCs w:val="20"/>
              </w:rPr>
              <w:t>CĂTRE</w:t>
            </w:r>
          </w:p>
        </w:tc>
      </w:tr>
      <w:tr w:rsidR="00030E30" w:rsidRPr="00030E30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030E30" w:rsidRDefault="00030E30">
            <w:pPr>
              <w:keepNext/>
              <w:rPr>
                <w:sz w:val="20"/>
                <w:szCs w:val="20"/>
                <w:lang w:val="fr-FR"/>
              </w:rPr>
            </w:pPr>
            <w:r w:rsidRPr="00030E30">
              <w:rPr>
                <w:b/>
                <w:sz w:val="20"/>
                <w:szCs w:val="20"/>
                <w:lang w:val="fr-FR"/>
              </w:rPr>
              <w:t>Instituția</w:t>
            </w:r>
          </w:p>
          <w:p w14:paraId="1C7F07C7" w14:textId="0A2982A7" w:rsidR="00377113" w:rsidRPr="00030E30" w:rsidRDefault="00030E30" w:rsidP="00030E30">
            <w:pPr>
              <w:keepNext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030E30">
              <w:rPr>
                <w:b/>
                <w:bCs/>
                <w:i/>
                <w:sz w:val="20"/>
                <w:szCs w:val="20"/>
                <w:lang w:val="fr-FR"/>
              </w:rPr>
              <w:t>PRIMĂRIA ORAȘULUI ISACCEA</w:t>
            </w:r>
          </w:p>
        </w:tc>
      </w:tr>
      <w:tr w:rsidR="00030E30" w:rsidRPr="00030E30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030E30" w:rsidRDefault="00030E30">
            <w:pPr>
              <w:spacing w:line="228" w:lineRule="auto"/>
              <w:rPr>
                <w:sz w:val="20"/>
                <w:szCs w:val="20"/>
                <w:lang w:val="fr-FR"/>
              </w:rPr>
            </w:pPr>
            <w:r w:rsidRPr="00030E30">
              <w:rPr>
                <w:sz w:val="20"/>
                <w:szCs w:val="20"/>
                <w:lang w:val="fr-FR"/>
              </w:rPr>
              <w:t xml:space="preserve">Cererea va fi transmisă către președintele consiliului </w:t>
            </w:r>
            <w:r w:rsidRPr="00030E30">
              <w:rPr>
                <w:sz w:val="20"/>
                <w:szCs w:val="20"/>
                <w:lang w:val="fr-FR"/>
              </w:rPr>
              <w:t>județean, primarul general, primarul de sector sau primarul municipiului / orașului / comunei, după caz.</w:t>
            </w:r>
          </w:p>
        </w:tc>
      </w:tr>
    </w:tbl>
    <w:p w14:paraId="20841BEE" w14:textId="77777777" w:rsidR="00377113" w:rsidRPr="00030E30" w:rsidRDefault="00377113">
      <w:pPr>
        <w:spacing w:line="168" w:lineRule="auto"/>
        <w:rPr>
          <w:sz w:val="20"/>
          <w:szCs w:val="20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030E30" w:rsidRPr="00030E30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030E30">
              <w:rPr>
                <w:b/>
                <w:sz w:val="20"/>
                <w:szCs w:val="20"/>
              </w:rPr>
              <w:t xml:space="preserve">2. </w:t>
            </w:r>
            <w:r w:rsidRPr="00030E30">
              <w:rPr>
                <w:b/>
                <w:sz w:val="20"/>
                <w:szCs w:val="20"/>
              </w:rPr>
              <w:t>SOLICITANTUL</w:t>
            </w:r>
          </w:p>
        </w:tc>
      </w:tr>
      <w:tr w:rsidR="00030E30" w:rsidRPr="00030E30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Nume și prenume</w:t>
            </w:r>
          </w:p>
          <w:p w14:paraId="492F91CD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15" w:type="dxa"/>
            <w:gridSpan w:val="3"/>
          </w:tcPr>
          <w:p w14:paraId="40F931FA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CNP</w:t>
            </w:r>
          </w:p>
          <w:p w14:paraId="32FF08C1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</w:tr>
      <w:tr w:rsidR="00030E30" w:rsidRPr="00030E30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sz w:val="20"/>
                <w:szCs w:val="20"/>
              </w:rPr>
              <w:t xml:space="preserve"> Act de identitate</w:t>
            </w:r>
          </w:p>
        </w:tc>
      </w:tr>
      <w:tr w:rsidR="00030E30" w:rsidRPr="00030E30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Seria</w:t>
            </w:r>
          </w:p>
          <w:p w14:paraId="744D4F37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54E4DCF4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Numărul</w:t>
            </w:r>
          </w:p>
          <w:p w14:paraId="6AFD4CBD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  <w:gridSpan w:val="5"/>
          </w:tcPr>
          <w:p w14:paraId="1275CF2C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Eliberat de</w:t>
            </w:r>
          </w:p>
          <w:p w14:paraId="4C997CA9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375049A5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La data</w:t>
            </w:r>
          </w:p>
          <w:p w14:paraId="1E260826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</w:tr>
      <w:tr w:rsidR="00030E30" w:rsidRPr="00030E30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sz w:val="20"/>
                <w:szCs w:val="20"/>
              </w:rPr>
              <w:t xml:space="preserve"> Domiciliul</w:t>
            </w:r>
          </w:p>
        </w:tc>
      </w:tr>
      <w:tr w:rsidR="00030E30" w:rsidRPr="00030E30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Județul</w:t>
            </w:r>
          </w:p>
          <w:p w14:paraId="1815C0EF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1597517E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 xml:space="preserve">Municipiul / orașul / </w:t>
            </w:r>
            <w:r w:rsidRPr="00030E30">
              <w:rPr>
                <w:b/>
                <w:sz w:val="20"/>
                <w:szCs w:val="20"/>
              </w:rPr>
              <w:t>comuna</w:t>
            </w:r>
          </w:p>
          <w:p w14:paraId="691DF8E2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3DE1D317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Satul / sectorul</w:t>
            </w:r>
          </w:p>
          <w:p w14:paraId="1B6BDCCB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</w:tr>
      <w:tr w:rsidR="00030E30" w:rsidRPr="00030E30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Strada</w:t>
            </w:r>
          </w:p>
          <w:p w14:paraId="255C5EF4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63B36D30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Nr.</w:t>
            </w:r>
          </w:p>
          <w:p w14:paraId="7570AD44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7EB3F9F1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Sc.</w:t>
            </w:r>
          </w:p>
          <w:p w14:paraId="598896A6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68084122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Et.</w:t>
            </w:r>
          </w:p>
          <w:p w14:paraId="1FB7A599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635895CD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Ap.</w:t>
            </w:r>
          </w:p>
          <w:p w14:paraId="5877D4A7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0825FC30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Cod poștal</w:t>
            </w:r>
          </w:p>
          <w:p w14:paraId="34487808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5B31A664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Ț</w:t>
            </w:r>
            <w:r w:rsidRPr="00030E30">
              <w:rPr>
                <w:b/>
                <w:sz w:val="20"/>
                <w:szCs w:val="20"/>
              </w:rPr>
              <w:t>ara</w:t>
            </w:r>
          </w:p>
          <w:p w14:paraId="1AC94237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</w:tr>
      <w:tr w:rsidR="00030E30" w:rsidRPr="00030E30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sz w:val="20"/>
                <w:szCs w:val="20"/>
              </w:rPr>
              <w:t xml:space="preserve"> Date de contact</w:t>
            </w:r>
          </w:p>
        </w:tc>
      </w:tr>
      <w:tr w:rsidR="00377113" w:rsidRPr="00030E30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Pr="00030E30" w:rsidRDefault="00030E30">
            <w:pPr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Telefon / fax</w:t>
            </w:r>
          </w:p>
          <w:p w14:paraId="488DB23E" w14:textId="77777777" w:rsidR="00377113" w:rsidRPr="00030E30" w:rsidRDefault="00377113">
            <w:pPr>
              <w:rPr>
                <w:sz w:val="20"/>
                <w:szCs w:val="20"/>
              </w:rPr>
            </w:pPr>
          </w:p>
        </w:tc>
        <w:tc>
          <w:tcPr>
            <w:tcW w:w="5621" w:type="dxa"/>
            <w:gridSpan w:val="5"/>
          </w:tcPr>
          <w:p w14:paraId="7EFBC837" w14:textId="77777777" w:rsidR="00377113" w:rsidRPr="00030E30" w:rsidRDefault="00030E30">
            <w:pPr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E-mail</w:t>
            </w:r>
          </w:p>
          <w:p w14:paraId="1C3CE210" w14:textId="77777777" w:rsidR="00377113" w:rsidRPr="00030E30" w:rsidRDefault="00377113">
            <w:pPr>
              <w:rPr>
                <w:sz w:val="20"/>
                <w:szCs w:val="20"/>
              </w:rPr>
            </w:pPr>
          </w:p>
        </w:tc>
      </w:tr>
    </w:tbl>
    <w:p w14:paraId="6E863ACA" w14:textId="77777777" w:rsidR="00377113" w:rsidRPr="00030E30" w:rsidRDefault="00377113">
      <w:pPr>
        <w:spacing w:line="168" w:lineRule="auto"/>
        <w:rPr>
          <w:sz w:val="20"/>
          <w:szCs w:val="20"/>
        </w:rPr>
      </w:pPr>
    </w:p>
    <w:p w14:paraId="2E8A375E" w14:textId="77777777" w:rsidR="00377113" w:rsidRPr="00030E30" w:rsidRDefault="00030E30">
      <w:pPr>
        <w:spacing w:before="80" w:after="60"/>
        <w:jc w:val="center"/>
        <w:rPr>
          <w:sz w:val="20"/>
          <w:szCs w:val="20"/>
        </w:rPr>
      </w:pPr>
      <w:r w:rsidRPr="00030E30">
        <w:rPr>
          <w:sz w:val="20"/>
          <w:szCs w:val="20"/>
        </w:rPr>
        <w:t>în temeiul art. 257 alin. (17) din Legea nr. 169/2026 privind Codul amenajării teritoriului, urbanismului și construcțiilor,</w:t>
      </w:r>
    </w:p>
    <w:p w14:paraId="21143514" w14:textId="77777777" w:rsidR="00004412" w:rsidRPr="00030E30" w:rsidRDefault="00030E30">
      <w:pPr>
        <w:spacing w:before="80" w:after="60"/>
        <w:jc w:val="center"/>
        <w:rPr>
          <w:b/>
          <w:sz w:val="20"/>
          <w:szCs w:val="20"/>
          <w:lang w:val="fr-FR"/>
        </w:rPr>
      </w:pPr>
      <w:r w:rsidRPr="00030E30">
        <w:rPr>
          <w:sz w:val="20"/>
          <w:szCs w:val="20"/>
          <w:lang w:val="fr-FR"/>
        </w:rPr>
        <w:t xml:space="preserve">solicit </w:t>
      </w:r>
      <w:r w:rsidRPr="00030E30">
        <w:rPr>
          <w:sz w:val="20"/>
          <w:szCs w:val="20"/>
          <w:lang w:val="fr-FR"/>
        </w:rPr>
        <w:t>prelungirea valabilității</w:t>
      </w:r>
      <w:r w:rsidR="00004412" w:rsidRPr="00030E30">
        <w:rPr>
          <w:b/>
          <w:sz w:val="20"/>
          <w:szCs w:val="20"/>
          <w:lang w:val="fr-FR"/>
        </w:rPr>
        <w:t xml:space="preserve"> </w:t>
      </w:r>
    </w:p>
    <w:p w14:paraId="077ADEDA" w14:textId="5045CE9D" w:rsidR="00377113" w:rsidRPr="00030E30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30E30">
        <w:rPr>
          <w:b/>
          <w:sz w:val="20"/>
          <w:szCs w:val="20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030E30" w:rsidRPr="00030E30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Nr.</w:t>
            </w:r>
          </w:p>
          <w:p w14:paraId="1491A8A0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2FEB634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Din data</w:t>
            </w:r>
          </w:p>
          <w:p w14:paraId="70A0A594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5621" w:type="dxa"/>
            <w:gridSpan w:val="2"/>
          </w:tcPr>
          <w:p w14:paraId="5DFD23E9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Emis de</w:t>
            </w:r>
          </w:p>
          <w:p w14:paraId="5357994E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</w:tr>
      <w:tr w:rsidR="00377113" w:rsidRPr="00030E30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Pr="00030E30" w:rsidRDefault="00030E30">
            <w:pPr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Prelungirea solicitată — de la data</w:t>
            </w:r>
          </w:p>
          <w:p w14:paraId="073435BA" w14:textId="77777777" w:rsidR="00377113" w:rsidRPr="00030E30" w:rsidRDefault="00377113">
            <w:pPr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78FDD7CA" w14:textId="77777777" w:rsidR="00377113" w:rsidRPr="00030E30" w:rsidRDefault="00030E30">
            <w:pPr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până la data</w:t>
            </w:r>
          </w:p>
          <w:p w14:paraId="3D4C5B91" w14:textId="77777777" w:rsidR="00377113" w:rsidRPr="00030E30" w:rsidRDefault="00377113">
            <w:pPr>
              <w:rPr>
                <w:sz w:val="20"/>
                <w:szCs w:val="20"/>
              </w:rPr>
            </w:pPr>
          </w:p>
        </w:tc>
      </w:tr>
    </w:tbl>
    <w:p w14:paraId="7B9769F8" w14:textId="77777777" w:rsidR="00377113" w:rsidRPr="00030E30" w:rsidRDefault="00377113">
      <w:pPr>
        <w:spacing w:line="168" w:lineRule="auto"/>
        <w:rPr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030E30" w:rsidRPr="00030E30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 xml:space="preserve"> 4. </w:t>
            </w:r>
            <w:r w:rsidRPr="00030E30">
              <w:rPr>
                <w:b/>
                <w:sz w:val="20"/>
                <w:szCs w:val="20"/>
              </w:rPr>
              <w:t>IMOBILUL</w:t>
            </w:r>
          </w:p>
        </w:tc>
      </w:tr>
      <w:tr w:rsidR="00030E30" w:rsidRPr="00030E30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sz w:val="20"/>
                <w:szCs w:val="20"/>
              </w:rPr>
              <w:t xml:space="preserve"> ☐ teren     ☐ construcții</w:t>
            </w:r>
          </w:p>
        </w:tc>
      </w:tr>
      <w:tr w:rsidR="00030E30" w:rsidRPr="00030E30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Județ</w:t>
            </w:r>
          </w:p>
          <w:p w14:paraId="545515E0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5F352457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Municipiu / oraș / comună</w:t>
            </w:r>
          </w:p>
          <w:p w14:paraId="14C00203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2519EFDA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Sat / sector</w:t>
            </w:r>
          </w:p>
          <w:p w14:paraId="6F1351F6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</w:tr>
      <w:tr w:rsidR="00030E30" w:rsidRPr="00030E30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Cod poștal</w:t>
            </w:r>
          </w:p>
          <w:p w14:paraId="0E9D7B3A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  <w:gridSpan w:val="3"/>
          </w:tcPr>
          <w:p w14:paraId="4A8D120C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Strada</w:t>
            </w:r>
          </w:p>
          <w:p w14:paraId="20FA361F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39FAFBFC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Nr.</w:t>
            </w:r>
          </w:p>
          <w:p w14:paraId="6CA1B947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34DC49E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 xml:space="preserve">Bl. / </w:t>
            </w:r>
            <w:r w:rsidRPr="00030E30">
              <w:rPr>
                <w:b/>
                <w:sz w:val="20"/>
                <w:szCs w:val="20"/>
              </w:rPr>
              <w:t>sc. / et. / ap.</w:t>
            </w:r>
          </w:p>
          <w:p w14:paraId="297CA390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</w:tr>
      <w:tr w:rsidR="00377113" w:rsidRPr="00030E30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030E30" w:rsidRDefault="00030E30">
            <w:pPr>
              <w:keepNext/>
              <w:rPr>
                <w:sz w:val="20"/>
                <w:szCs w:val="20"/>
                <w:lang w:val="fr-FR"/>
              </w:rPr>
            </w:pPr>
            <w:r w:rsidRPr="00030E30">
              <w:rPr>
                <w:b/>
                <w:sz w:val="20"/>
                <w:szCs w:val="20"/>
                <w:lang w:val="fr-FR"/>
              </w:rPr>
              <w:t>Număr cadastral</w:t>
            </w:r>
          </w:p>
          <w:p w14:paraId="34F88BB8" w14:textId="77777777" w:rsidR="00377113" w:rsidRPr="00030E30" w:rsidRDefault="00030E30">
            <w:pPr>
              <w:keepNext/>
              <w:rPr>
                <w:sz w:val="20"/>
                <w:szCs w:val="20"/>
                <w:lang w:val="fr-FR"/>
              </w:rPr>
            </w:pPr>
            <w:r w:rsidRPr="00030E30">
              <w:rPr>
                <w:i/>
                <w:sz w:val="20"/>
                <w:szCs w:val="20"/>
                <w:lang w:val="fr-FR"/>
              </w:rPr>
              <w:t>dacă imobilul e înscris în e-Terra</w:t>
            </w:r>
          </w:p>
          <w:p w14:paraId="3E14DDE5" w14:textId="77777777" w:rsidR="00377113" w:rsidRPr="00030E30" w:rsidRDefault="00377113">
            <w:pPr>
              <w:keepNext/>
              <w:rPr>
                <w:sz w:val="20"/>
                <w:szCs w:val="20"/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Carte funciară nr.</w:t>
            </w:r>
          </w:p>
          <w:p w14:paraId="0636B066" w14:textId="77777777" w:rsidR="00377113" w:rsidRPr="00030E30" w:rsidRDefault="00377113">
            <w:pPr>
              <w:keepNext/>
              <w:rPr>
                <w:sz w:val="20"/>
                <w:szCs w:val="20"/>
              </w:rPr>
            </w:pPr>
          </w:p>
        </w:tc>
      </w:tr>
    </w:tbl>
    <w:p w14:paraId="2A5FFFCA" w14:textId="77777777" w:rsidR="00377113" w:rsidRPr="00030E30" w:rsidRDefault="00377113">
      <w:pPr>
        <w:spacing w:line="168" w:lineRule="auto"/>
        <w:rPr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30E30" w:rsidRPr="00030E30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 xml:space="preserve"> 5. </w:t>
            </w:r>
            <w:r w:rsidRPr="00030E30">
              <w:rPr>
                <w:b/>
                <w:sz w:val="20"/>
                <w:szCs w:val="20"/>
              </w:rPr>
              <w:t>SE ANEXEAZĂ</w:t>
            </w:r>
          </w:p>
        </w:tc>
      </w:tr>
      <w:tr w:rsidR="00377113" w:rsidRPr="00030E30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030E30" w:rsidRDefault="00030E30">
            <w:pPr>
              <w:rPr>
                <w:sz w:val="20"/>
                <w:szCs w:val="20"/>
                <w:lang w:val="fr-FR"/>
              </w:rPr>
            </w:pPr>
            <w:r w:rsidRPr="00030E30">
              <w:rPr>
                <w:sz w:val="20"/>
                <w:szCs w:val="20"/>
                <w:lang w:val="fr-FR"/>
              </w:rPr>
              <w:t xml:space="preserve"> ☐ certificatul de urbanism (în original)     ☐ documentul privind achitarea taxei (copie)</w:t>
            </w:r>
          </w:p>
        </w:tc>
      </w:tr>
    </w:tbl>
    <w:p w14:paraId="0CC63E6D" w14:textId="77777777" w:rsidR="00377113" w:rsidRPr="00030E30" w:rsidRDefault="00377113">
      <w:pPr>
        <w:spacing w:line="168" w:lineRule="auto"/>
        <w:rPr>
          <w:sz w:val="20"/>
          <w:szCs w:val="20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030E30" w:rsidRPr="00030E30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Pr="00030E30" w:rsidRDefault="00030E30">
            <w:pPr>
              <w:keepNext/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030E30">
              <w:rPr>
                <w:b/>
                <w:sz w:val="20"/>
                <w:szCs w:val="20"/>
              </w:rPr>
              <w:t xml:space="preserve">6. </w:t>
            </w:r>
            <w:r w:rsidRPr="00030E30">
              <w:rPr>
                <w:b/>
                <w:sz w:val="20"/>
                <w:szCs w:val="20"/>
              </w:rPr>
              <w:t>DATA ȘI SEMNĂTURA</w:t>
            </w:r>
          </w:p>
        </w:tc>
      </w:tr>
      <w:tr w:rsidR="00377113" w:rsidRPr="00030E30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Pr="00030E30" w:rsidRDefault="00030E30">
            <w:pPr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Data</w:t>
            </w:r>
          </w:p>
          <w:p w14:paraId="6A45905A" w14:textId="77777777" w:rsidR="00377113" w:rsidRPr="00030E30" w:rsidRDefault="00377113">
            <w:pPr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09BFB97F" w14:textId="77777777" w:rsidR="00377113" w:rsidRPr="00030E30" w:rsidRDefault="00030E30">
            <w:pPr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Solicitantul</w:t>
            </w:r>
          </w:p>
          <w:p w14:paraId="1B3BE6B9" w14:textId="77777777" w:rsidR="00377113" w:rsidRPr="00030E30" w:rsidRDefault="00377113">
            <w:pPr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640F19C7" w14:textId="77777777" w:rsidR="00377113" w:rsidRPr="00030E30" w:rsidRDefault="00030E30">
            <w:pPr>
              <w:rPr>
                <w:sz w:val="20"/>
                <w:szCs w:val="20"/>
              </w:rPr>
            </w:pPr>
            <w:r w:rsidRPr="00030E30">
              <w:rPr>
                <w:b/>
                <w:sz w:val="20"/>
                <w:szCs w:val="20"/>
              </w:rPr>
              <w:t>Semnătura</w:t>
            </w:r>
          </w:p>
          <w:p w14:paraId="325CC794" w14:textId="77777777" w:rsidR="00377113" w:rsidRPr="00030E30" w:rsidRDefault="00377113">
            <w:pPr>
              <w:rPr>
                <w:sz w:val="20"/>
                <w:szCs w:val="20"/>
              </w:rPr>
            </w:pPr>
          </w:p>
        </w:tc>
      </w:tr>
    </w:tbl>
    <w:p w14:paraId="2943DD2B" w14:textId="77777777" w:rsidR="00377113" w:rsidRPr="00030E30" w:rsidRDefault="00377113">
      <w:pPr>
        <w:spacing w:line="168" w:lineRule="auto"/>
        <w:rPr>
          <w:sz w:val="20"/>
          <w:szCs w:val="20"/>
        </w:rPr>
      </w:pPr>
    </w:p>
    <w:sectPr w:rsidR="00377113" w:rsidRPr="00030E30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E11E0" w14:textId="77777777" w:rsidR="00200236" w:rsidRDefault="00200236">
      <w:r>
        <w:separator/>
      </w:r>
    </w:p>
  </w:endnote>
  <w:endnote w:type="continuationSeparator" w:id="0">
    <w:p w14:paraId="37969877" w14:textId="77777777" w:rsidR="00200236" w:rsidRDefault="00200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A959F" w14:textId="77777777" w:rsidR="00377113" w:rsidRDefault="00030E30">
    <w:pPr>
      <w:pStyle w:val="Footer"/>
      <w:tabs>
        <w:tab w:val="right" w:pos="9639"/>
      </w:tabs>
    </w:pPr>
    <w:r>
      <w:rPr>
        <w:color w:val="595959"/>
      </w:rPr>
      <w:t>F_CU_03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68540" w14:textId="77777777" w:rsidR="00200236" w:rsidRDefault="00200236">
      <w:r>
        <w:separator/>
      </w:r>
    </w:p>
  </w:footnote>
  <w:footnote w:type="continuationSeparator" w:id="0">
    <w:p w14:paraId="4B24AD8C" w14:textId="77777777" w:rsidR="00200236" w:rsidRDefault="00200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0E30"/>
    <w:rsid w:val="00034616"/>
    <w:rsid w:val="0006063C"/>
    <w:rsid w:val="0015074B"/>
    <w:rsid w:val="00200236"/>
    <w:rsid w:val="0029639D"/>
    <w:rsid w:val="00326F90"/>
    <w:rsid w:val="00343BBA"/>
    <w:rsid w:val="00377113"/>
    <w:rsid w:val="006C103E"/>
    <w:rsid w:val="00AA1D8D"/>
    <w:rsid w:val="00B47730"/>
    <w:rsid w:val="00CB0664"/>
    <w:rsid w:val="00CD60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9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USSER</cp:lastModifiedBy>
  <cp:revision>2</cp:revision>
  <dcterms:created xsi:type="dcterms:W3CDTF">2013-12-23T23:15:00Z</dcterms:created>
  <dcterms:modified xsi:type="dcterms:W3CDTF">2026-09-14T14:39:00Z</dcterms:modified>
  <cp:category/>
</cp:coreProperties>
</file>