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74B8D" w14:paraId="47CD1B57" w14:textId="77777777" w:rsidTr="00974B8D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E66FB3D" w14:textId="0E8A659D" w:rsidR="00974B8D" w:rsidRDefault="00974B8D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7D06869C" wp14:editId="7DF72D1B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FC15B01" w14:textId="77777777" w:rsidR="00974B8D" w:rsidRDefault="00974B8D">
            <w:pPr>
              <w:keepNext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Județul</w:t>
            </w:r>
            <w:proofErr w:type="spellEnd"/>
            <w:r>
              <w:rPr>
                <w:sz w:val="22"/>
              </w:rPr>
              <w:t xml:space="preserve">  </w:t>
            </w:r>
            <w:r>
              <w:rPr>
                <w:b/>
                <w:sz w:val="22"/>
              </w:rPr>
              <w:t>TULCEA</w:t>
            </w:r>
            <w:proofErr w:type="gramEnd"/>
          </w:p>
        </w:tc>
      </w:tr>
      <w:tr w:rsidR="00974B8D" w14:paraId="7F35E876" w14:textId="77777777" w:rsidTr="00974B8D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29EBA9D" w14:textId="77777777" w:rsidR="00974B8D" w:rsidRDefault="00974B8D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E69E2FD" w14:textId="77777777" w:rsidR="00974B8D" w:rsidRDefault="00974B8D">
            <w:pPr>
              <w:keepNext/>
              <w:rPr>
                <w:sz w:val="22"/>
                <w:lang w:val="ro-RO"/>
              </w:rPr>
            </w:pPr>
            <w:proofErr w:type="spellStart"/>
            <w:r>
              <w:rPr>
                <w:sz w:val="22"/>
              </w:rPr>
              <w:t>Autoritatea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administrației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publice</w:t>
            </w:r>
            <w:proofErr w:type="spellEnd"/>
            <w:r>
              <w:rPr>
                <w:sz w:val="22"/>
              </w:rPr>
              <w:t xml:space="preserve">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974B8D" w14:paraId="312C8055" w14:textId="77777777" w:rsidTr="00974B8D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223EDED" w14:textId="77777777" w:rsidR="00974B8D" w:rsidRDefault="00974B8D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76B8F10" w14:textId="77777777" w:rsidR="00974B8D" w:rsidRDefault="00974B8D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Cod de </w:t>
            </w:r>
            <w:proofErr w:type="spellStart"/>
            <w:r>
              <w:rPr>
                <w:sz w:val="22"/>
                <w:lang w:val="fr-FR"/>
              </w:rPr>
              <w:t>identificare</w:t>
            </w:r>
            <w:proofErr w:type="spellEnd"/>
            <w:r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fiscală</w:t>
            </w:r>
            <w:proofErr w:type="spellEnd"/>
            <w:r>
              <w:rPr>
                <w:sz w:val="22"/>
                <w:lang w:val="fr-FR"/>
              </w:rPr>
              <w:t xml:space="preserve"> (CIF)</w:t>
            </w:r>
          </w:p>
          <w:p w14:paraId="045C3D38" w14:textId="77777777" w:rsidR="00974B8D" w:rsidRDefault="00974B8D">
            <w:pPr>
              <w:keepNext/>
              <w:jc w:val="center"/>
              <w:rPr>
                <w:sz w:val="22"/>
                <w:lang w:val="fr-FR"/>
              </w:rPr>
            </w:pPr>
          </w:p>
          <w:p w14:paraId="61A5501A" w14:textId="77777777" w:rsidR="00974B8D" w:rsidRDefault="00974B8D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DFEEF95" w14:textId="77777777" w:rsidR="00974B8D" w:rsidRDefault="00974B8D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Adresa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oficială</w:t>
            </w:r>
            <w:proofErr w:type="spellEnd"/>
          </w:p>
          <w:p w14:paraId="5839DD73" w14:textId="77777777" w:rsidR="00974B8D" w:rsidRDefault="00974B8D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Str.  1 </w:t>
            </w:r>
            <w:proofErr w:type="spellStart"/>
            <w:proofErr w:type="gramStart"/>
            <w:r>
              <w:rPr>
                <w:bCs/>
                <w:iCs/>
                <w:sz w:val="22"/>
              </w:rPr>
              <w:t>Decembrie</w:t>
            </w:r>
            <w:proofErr w:type="spellEnd"/>
            <w:r>
              <w:rPr>
                <w:bCs/>
                <w:iCs/>
                <w:sz w:val="22"/>
              </w:rPr>
              <w:t xml:space="preserve">  Nr</w:t>
            </w:r>
            <w:proofErr w:type="gramEnd"/>
            <w:r>
              <w:rPr>
                <w:bCs/>
                <w:iCs/>
                <w:sz w:val="22"/>
              </w:rPr>
              <w:t xml:space="preserve">. 25, Isaccea, </w:t>
            </w:r>
            <w:proofErr w:type="spellStart"/>
            <w:r>
              <w:rPr>
                <w:bCs/>
                <w:iCs/>
                <w:sz w:val="22"/>
              </w:rPr>
              <w:t>județul</w:t>
            </w:r>
            <w:proofErr w:type="spellEnd"/>
            <w:r>
              <w:rPr>
                <w:bCs/>
                <w:iCs/>
                <w:sz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</w:rPr>
              <w:t>Tulcea</w:t>
            </w:r>
            <w:proofErr w:type="spellEnd"/>
          </w:p>
          <w:p w14:paraId="3EF17911" w14:textId="77777777" w:rsidR="00974B8D" w:rsidRDefault="00974B8D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50BE576B" w14:textId="77777777" w:rsidR="00974B8D" w:rsidRDefault="00974B8D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974B8D" w14:paraId="4AB3746D" w14:textId="77777777" w:rsidTr="00974B8D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3441C44" w14:textId="77777777" w:rsidR="00974B8D" w:rsidRDefault="00974B8D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36FD18F2" w14:textId="77777777" w:rsidR="00974B8D" w:rsidRDefault="00974B8D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Număr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înregistrare</w:t>
            </w:r>
            <w:proofErr w:type="spellEnd"/>
          </w:p>
          <w:p w14:paraId="26B2D741" w14:textId="77777777" w:rsidR="00974B8D" w:rsidRDefault="00974B8D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35F89C33" w14:textId="77777777" w:rsidR="00974B8D" w:rsidRDefault="00974B8D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1D8D243A" w14:textId="77777777" w:rsidR="00974B8D" w:rsidRDefault="00974B8D">
            <w:pPr>
              <w:keepNext/>
              <w:rPr>
                <w:sz w:val="22"/>
              </w:rPr>
            </w:pPr>
          </w:p>
        </w:tc>
      </w:tr>
      <w:tr w:rsidR="00974B8D" w14:paraId="7810CECE" w14:textId="77777777" w:rsidTr="00974B8D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1864BA4" w14:textId="77777777" w:rsidR="00974B8D" w:rsidRDefault="00974B8D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</w:t>
            </w:r>
            <w:proofErr w:type="gramStart"/>
            <w:r>
              <w:rPr>
                <w:i/>
                <w:sz w:val="22"/>
                <w:lang w:val="fr-FR"/>
              </w:rPr>
              <w:t>se</w:t>
            </w:r>
            <w:proofErr w:type="gramEnd"/>
            <w:r>
              <w:rPr>
                <w:i/>
                <w:sz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lang w:val="fr-FR"/>
              </w:rPr>
              <w:t>completează</w:t>
            </w:r>
            <w:proofErr w:type="spellEnd"/>
            <w:r>
              <w:rPr>
                <w:i/>
                <w:sz w:val="22"/>
                <w:lang w:val="fr-FR"/>
              </w:rPr>
              <w:t xml:space="preserve"> de </w:t>
            </w:r>
            <w:proofErr w:type="spellStart"/>
            <w:r>
              <w:rPr>
                <w:i/>
                <w:sz w:val="22"/>
                <w:lang w:val="fr-FR"/>
              </w:rPr>
              <w:t>autoritate</w:t>
            </w:r>
            <w:proofErr w:type="spellEnd"/>
            <w:r>
              <w:rPr>
                <w:i/>
                <w:sz w:val="22"/>
                <w:lang w:val="fr-FR"/>
              </w:rPr>
              <w:t xml:space="preserve"> — </w:t>
            </w:r>
            <w:proofErr w:type="spellStart"/>
            <w:r>
              <w:rPr>
                <w:i/>
                <w:sz w:val="22"/>
                <w:lang w:val="fr-FR"/>
              </w:rPr>
              <w:t>solicitantul</w:t>
            </w:r>
            <w:proofErr w:type="spellEnd"/>
            <w:r>
              <w:rPr>
                <w:i/>
                <w:sz w:val="22"/>
                <w:lang w:val="fr-FR"/>
              </w:rPr>
              <w:t xml:space="preserve"> nu </w:t>
            </w:r>
            <w:proofErr w:type="spellStart"/>
            <w:r>
              <w:rPr>
                <w:i/>
                <w:sz w:val="22"/>
                <w:lang w:val="fr-FR"/>
              </w:rPr>
              <w:t>scrie</w:t>
            </w:r>
            <w:proofErr w:type="spellEnd"/>
            <w:r>
              <w:rPr>
                <w:i/>
                <w:sz w:val="22"/>
                <w:lang w:val="fr-FR"/>
              </w:rPr>
              <w:t xml:space="preserve"> în </w:t>
            </w:r>
            <w:proofErr w:type="spellStart"/>
            <w:r>
              <w:rPr>
                <w:i/>
                <w:sz w:val="22"/>
                <w:lang w:val="fr-FR"/>
              </w:rPr>
              <w:t>această</w:t>
            </w:r>
            <w:proofErr w:type="spellEnd"/>
            <w:r>
              <w:rPr>
                <w:i/>
                <w:sz w:val="22"/>
                <w:lang w:val="fr-FR"/>
              </w:rPr>
              <w:t xml:space="preserve"> zonă</w:t>
            </w:r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974B8D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4B8D" w:rsidRPr="00974B8D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 xml:space="preserve"> 1. </w:t>
            </w:r>
            <w:r w:rsidRPr="00974B8D">
              <w:rPr>
                <w:b/>
                <w:sz w:val="18"/>
                <w:szCs w:val="18"/>
              </w:rPr>
              <w:t>CĂTRE</w:t>
            </w:r>
          </w:p>
        </w:tc>
      </w:tr>
      <w:tr w:rsidR="00974B8D" w:rsidRPr="00974B8D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974B8D" w:rsidRDefault="00974B8D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974B8D">
              <w:rPr>
                <w:b/>
                <w:sz w:val="18"/>
                <w:szCs w:val="18"/>
                <w:lang w:val="fr-FR"/>
              </w:rPr>
              <w:t>Instituția</w:t>
            </w:r>
            <w:proofErr w:type="spellEnd"/>
          </w:p>
          <w:p w14:paraId="1CA5657F" w14:textId="5A92790B" w:rsidR="00BD4241" w:rsidRPr="00974B8D" w:rsidRDefault="00974B8D" w:rsidP="00974B8D">
            <w:pPr>
              <w:keepNext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974B8D">
              <w:rPr>
                <w:b/>
                <w:bCs/>
                <w:i/>
                <w:sz w:val="18"/>
                <w:szCs w:val="18"/>
                <w:lang w:val="fr-FR"/>
              </w:rPr>
              <w:t>PRIMĂRIA ORAȘULUI ISACCEA</w:t>
            </w:r>
          </w:p>
          <w:p w14:paraId="10337CF3" w14:textId="77777777" w:rsidR="00BD4241" w:rsidRPr="00974B8D" w:rsidRDefault="00BD4241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974B8D" w:rsidRPr="00974B8D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974B8D" w:rsidRDefault="00974B8D">
            <w:pPr>
              <w:spacing w:line="228" w:lineRule="auto"/>
              <w:rPr>
                <w:sz w:val="18"/>
                <w:szCs w:val="18"/>
                <w:lang w:val="fr-FR"/>
              </w:rPr>
            </w:pPr>
            <w:proofErr w:type="spellStart"/>
            <w:r w:rsidRPr="00974B8D">
              <w:rPr>
                <w:sz w:val="18"/>
                <w:szCs w:val="18"/>
                <w:lang w:val="fr-FR"/>
              </w:rPr>
              <w:t>Cererea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va fi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transmisă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către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președintele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consiliului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județean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primarul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general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primarul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sector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sau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primarul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municipiului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/ </w:t>
            </w:r>
            <w:r w:rsidRPr="00974B8D">
              <w:rPr>
                <w:sz w:val="18"/>
                <w:szCs w:val="18"/>
                <w:lang w:val="fr-FR"/>
              </w:rPr>
              <w:t xml:space="preserve">orașului /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comunei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după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caz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>.</w:t>
            </w:r>
          </w:p>
        </w:tc>
      </w:tr>
    </w:tbl>
    <w:p w14:paraId="4A1A8C50" w14:textId="77777777" w:rsidR="00BD4241" w:rsidRPr="00974B8D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74B8D" w:rsidRPr="00974B8D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974B8D">
              <w:rPr>
                <w:b/>
                <w:sz w:val="18"/>
                <w:szCs w:val="18"/>
              </w:rPr>
              <w:t xml:space="preserve">2. </w:t>
            </w:r>
            <w:r w:rsidRPr="00974B8D">
              <w:rPr>
                <w:b/>
                <w:sz w:val="18"/>
                <w:szCs w:val="18"/>
              </w:rPr>
              <w:t>SOLICITANTUL</w:t>
            </w:r>
          </w:p>
        </w:tc>
      </w:tr>
      <w:tr w:rsidR="00974B8D" w:rsidRPr="00974B8D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proofErr w:type="spellStart"/>
            <w:r w:rsidRPr="00974B8D">
              <w:rPr>
                <w:b/>
                <w:sz w:val="18"/>
                <w:szCs w:val="18"/>
              </w:rPr>
              <w:t>Nume</w:t>
            </w:r>
            <w:proofErr w:type="spellEnd"/>
            <w:r w:rsidRPr="00974B8D">
              <w:rPr>
                <w:b/>
                <w:sz w:val="18"/>
                <w:szCs w:val="18"/>
              </w:rPr>
              <w:t xml:space="preserve"> și </w:t>
            </w:r>
            <w:proofErr w:type="spellStart"/>
            <w:r w:rsidRPr="00974B8D">
              <w:rPr>
                <w:b/>
                <w:sz w:val="18"/>
                <w:szCs w:val="18"/>
              </w:rPr>
              <w:t>prenume</w:t>
            </w:r>
            <w:proofErr w:type="spellEnd"/>
          </w:p>
          <w:p w14:paraId="06BA1AF7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015" w:type="dxa"/>
            <w:gridSpan w:val="3"/>
          </w:tcPr>
          <w:p w14:paraId="2CA91F04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>CNP</w:t>
            </w:r>
          </w:p>
          <w:p w14:paraId="6F17B983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974B8D" w:rsidRPr="00974B8D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sz w:val="18"/>
                <w:szCs w:val="18"/>
              </w:rPr>
              <w:t xml:space="preserve"> Act de </w:t>
            </w:r>
            <w:proofErr w:type="spellStart"/>
            <w:r w:rsidRPr="00974B8D">
              <w:rPr>
                <w:sz w:val="18"/>
                <w:szCs w:val="18"/>
              </w:rPr>
              <w:t>identitate</w:t>
            </w:r>
            <w:proofErr w:type="spellEnd"/>
          </w:p>
        </w:tc>
      </w:tr>
      <w:tr w:rsidR="00974B8D" w:rsidRPr="00974B8D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proofErr w:type="spellStart"/>
            <w:r w:rsidRPr="00974B8D">
              <w:rPr>
                <w:b/>
                <w:sz w:val="18"/>
                <w:szCs w:val="18"/>
              </w:rPr>
              <w:t>Seria</w:t>
            </w:r>
            <w:proofErr w:type="spellEnd"/>
          </w:p>
          <w:p w14:paraId="2CE8C383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78A133C8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proofErr w:type="spellStart"/>
            <w:r w:rsidRPr="00974B8D">
              <w:rPr>
                <w:b/>
                <w:sz w:val="18"/>
                <w:szCs w:val="18"/>
              </w:rPr>
              <w:t>Numărul</w:t>
            </w:r>
            <w:proofErr w:type="spellEnd"/>
          </w:p>
          <w:p w14:paraId="5B4C6C87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proofErr w:type="spellStart"/>
            <w:r w:rsidRPr="00974B8D">
              <w:rPr>
                <w:b/>
                <w:sz w:val="18"/>
                <w:szCs w:val="18"/>
              </w:rPr>
              <w:t>Eliberat</w:t>
            </w:r>
            <w:proofErr w:type="spellEnd"/>
            <w:r w:rsidRPr="00974B8D">
              <w:rPr>
                <w:b/>
                <w:sz w:val="18"/>
                <w:szCs w:val="18"/>
              </w:rPr>
              <w:t xml:space="preserve"> de</w:t>
            </w:r>
          </w:p>
          <w:p w14:paraId="0D7A84B1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3041307A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>La data</w:t>
            </w:r>
          </w:p>
          <w:p w14:paraId="4FED784F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974B8D" w:rsidRPr="00974B8D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sz w:val="18"/>
                <w:szCs w:val="18"/>
              </w:rPr>
              <w:t xml:space="preserve"> </w:t>
            </w:r>
            <w:proofErr w:type="spellStart"/>
            <w:r w:rsidRPr="00974B8D">
              <w:rPr>
                <w:sz w:val="18"/>
                <w:szCs w:val="18"/>
              </w:rPr>
              <w:t>Domiciliul</w:t>
            </w:r>
            <w:proofErr w:type="spellEnd"/>
          </w:p>
        </w:tc>
      </w:tr>
      <w:tr w:rsidR="00974B8D" w:rsidRPr="00974B8D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proofErr w:type="spellStart"/>
            <w:r w:rsidRPr="00974B8D">
              <w:rPr>
                <w:b/>
                <w:sz w:val="18"/>
                <w:szCs w:val="18"/>
              </w:rPr>
              <w:t>Județul</w:t>
            </w:r>
            <w:proofErr w:type="spellEnd"/>
          </w:p>
          <w:p w14:paraId="02B03665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proofErr w:type="spellStart"/>
            <w:r w:rsidRPr="00974B8D">
              <w:rPr>
                <w:b/>
                <w:sz w:val="18"/>
                <w:szCs w:val="18"/>
              </w:rPr>
              <w:t>Municipiul</w:t>
            </w:r>
            <w:proofErr w:type="spellEnd"/>
            <w:r w:rsidRPr="00974B8D">
              <w:rPr>
                <w:b/>
                <w:sz w:val="18"/>
                <w:szCs w:val="18"/>
              </w:rPr>
              <w:t xml:space="preserve"> / orașul / </w:t>
            </w:r>
            <w:proofErr w:type="spellStart"/>
            <w:r w:rsidRPr="00974B8D">
              <w:rPr>
                <w:b/>
                <w:sz w:val="18"/>
                <w:szCs w:val="18"/>
              </w:rPr>
              <w:t>comuna</w:t>
            </w:r>
            <w:proofErr w:type="spellEnd"/>
          </w:p>
          <w:p w14:paraId="12749B16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1E6E4F5F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proofErr w:type="spellStart"/>
            <w:r w:rsidRPr="00974B8D">
              <w:rPr>
                <w:b/>
                <w:sz w:val="18"/>
                <w:szCs w:val="18"/>
              </w:rPr>
              <w:t>Satul</w:t>
            </w:r>
            <w:proofErr w:type="spellEnd"/>
            <w:r w:rsidRPr="00974B8D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974B8D">
              <w:rPr>
                <w:b/>
                <w:sz w:val="18"/>
                <w:szCs w:val="18"/>
              </w:rPr>
              <w:t>sectorul</w:t>
            </w:r>
            <w:proofErr w:type="spellEnd"/>
          </w:p>
          <w:p w14:paraId="08E7A1B8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974B8D" w:rsidRPr="00974B8D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>Strada</w:t>
            </w:r>
          </w:p>
          <w:p w14:paraId="747EBF17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D75DCFA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>Nr.</w:t>
            </w:r>
          </w:p>
          <w:p w14:paraId="6DAB33F7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BF58011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>Sc.</w:t>
            </w:r>
          </w:p>
          <w:p w14:paraId="743EF765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2EA5DB1F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>Et.</w:t>
            </w:r>
          </w:p>
          <w:p w14:paraId="2BD410CD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01954877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>Ap.</w:t>
            </w:r>
          </w:p>
          <w:p w14:paraId="5709B55A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2A7F1969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 xml:space="preserve">Cod </w:t>
            </w:r>
            <w:proofErr w:type="spellStart"/>
            <w:r w:rsidRPr="00974B8D">
              <w:rPr>
                <w:b/>
                <w:sz w:val="18"/>
                <w:szCs w:val="18"/>
              </w:rPr>
              <w:t>poștal</w:t>
            </w:r>
            <w:proofErr w:type="spellEnd"/>
          </w:p>
          <w:p w14:paraId="68FE9CAC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0ACD4FEC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proofErr w:type="spellStart"/>
            <w:r w:rsidRPr="00974B8D">
              <w:rPr>
                <w:b/>
                <w:sz w:val="18"/>
                <w:szCs w:val="18"/>
              </w:rPr>
              <w:t>Ț</w:t>
            </w:r>
            <w:r w:rsidRPr="00974B8D">
              <w:rPr>
                <w:b/>
                <w:sz w:val="18"/>
                <w:szCs w:val="18"/>
              </w:rPr>
              <w:t>ara</w:t>
            </w:r>
            <w:proofErr w:type="spellEnd"/>
          </w:p>
          <w:p w14:paraId="017FD79F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974B8D" w:rsidRPr="00974B8D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sz w:val="18"/>
                <w:szCs w:val="18"/>
              </w:rPr>
              <w:t xml:space="preserve"> Date de contact</w:t>
            </w:r>
          </w:p>
        </w:tc>
      </w:tr>
      <w:tr w:rsidR="00974B8D" w:rsidRPr="00974B8D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proofErr w:type="spellStart"/>
            <w:r w:rsidRPr="00974B8D">
              <w:rPr>
                <w:b/>
                <w:sz w:val="18"/>
                <w:szCs w:val="18"/>
              </w:rPr>
              <w:t>Telefon</w:t>
            </w:r>
            <w:proofErr w:type="spellEnd"/>
            <w:r w:rsidRPr="00974B8D">
              <w:rPr>
                <w:b/>
                <w:sz w:val="18"/>
                <w:szCs w:val="18"/>
              </w:rPr>
              <w:t xml:space="preserve"> / fax</w:t>
            </w:r>
          </w:p>
          <w:p w14:paraId="061FE1EC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621" w:type="dxa"/>
            <w:gridSpan w:val="5"/>
          </w:tcPr>
          <w:p w14:paraId="102AC599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>E-mail</w:t>
            </w:r>
          </w:p>
          <w:p w14:paraId="53EB2E29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974B8D" w:rsidRPr="00974B8D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sz w:val="18"/>
                <w:szCs w:val="18"/>
              </w:rPr>
              <w:t xml:space="preserve"> </w:t>
            </w:r>
            <w:proofErr w:type="spellStart"/>
            <w:r w:rsidRPr="00974B8D">
              <w:rPr>
                <w:sz w:val="18"/>
                <w:szCs w:val="18"/>
              </w:rPr>
              <w:t>Reprezentare</w:t>
            </w:r>
            <w:proofErr w:type="spellEnd"/>
          </w:p>
        </w:tc>
      </w:tr>
      <w:tr w:rsidR="00974B8D" w:rsidRPr="00974B8D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 xml:space="preserve">În </w:t>
            </w:r>
            <w:proofErr w:type="spellStart"/>
            <w:r w:rsidRPr="00974B8D">
              <w:rPr>
                <w:b/>
                <w:sz w:val="18"/>
                <w:szCs w:val="18"/>
              </w:rPr>
              <w:t>calitate</w:t>
            </w:r>
            <w:proofErr w:type="spellEnd"/>
            <w:r w:rsidRPr="00974B8D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974B8D">
              <w:rPr>
                <w:b/>
                <w:sz w:val="18"/>
                <w:szCs w:val="18"/>
              </w:rPr>
              <w:t>reprezentant</w:t>
            </w:r>
            <w:proofErr w:type="spellEnd"/>
            <w:r w:rsidRPr="00974B8D">
              <w:rPr>
                <w:b/>
                <w:sz w:val="18"/>
                <w:szCs w:val="18"/>
              </w:rPr>
              <w:t xml:space="preserve"> al</w:t>
            </w:r>
          </w:p>
          <w:p w14:paraId="6970A0EC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20DA7EB0" w14:textId="77777777" w:rsidR="00BD4241" w:rsidRPr="00974B8D" w:rsidRDefault="00974B8D">
            <w:pPr>
              <w:keepNext/>
              <w:rPr>
                <w:sz w:val="18"/>
                <w:szCs w:val="18"/>
              </w:rPr>
            </w:pPr>
            <w:r w:rsidRPr="00974B8D">
              <w:rPr>
                <w:b/>
                <w:sz w:val="18"/>
                <w:szCs w:val="18"/>
              </w:rPr>
              <w:t>CUI / CIF</w:t>
            </w:r>
          </w:p>
          <w:p w14:paraId="793AF090" w14:textId="77777777" w:rsidR="00BD4241" w:rsidRPr="00974B8D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974B8D" w:rsidRPr="00974B8D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974B8D" w:rsidRDefault="00974B8D">
            <w:pPr>
              <w:rPr>
                <w:sz w:val="18"/>
                <w:szCs w:val="18"/>
                <w:lang w:val="fr-FR"/>
              </w:rPr>
            </w:pPr>
            <w:r w:rsidRPr="00974B8D">
              <w:rPr>
                <w:sz w:val="18"/>
                <w:szCs w:val="18"/>
                <w:lang w:val="fr-FR"/>
              </w:rPr>
              <w:t xml:space="preserve"> ☐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titular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al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dreptului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proprietate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    ☐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împuternicit</w:t>
            </w:r>
            <w:proofErr w:type="spellEnd"/>
            <w:r w:rsidRPr="00974B8D">
              <w:rPr>
                <w:sz w:val="18"/>
                <w:szCs w:val="18"/>
                <w:lang w:val="fr-FR"/>
              </w:rPr>
              <w:t xml:space="preserve"> al </w:t>
            </w:r>
            <w:proofErr w:type="spellStart"/>
            <w:r w:rsidRPr="00974B8D">
              <w:rPr>
                <w:sz w:val="18"/>
                <w:szCs w:val="18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974B8D" w:rsidRDefault="00BD4241">
      <w:pPr>
        <w:spacing w:line="168" w:lineRule="auto"/>
        <w:rPr>
          <w:lang w:val="fr-FR"/>
        </w:rPr>
      </w:pPr>
    </w:p>
    <w:p w14:paraId="6748266E" w14:textId="77777777" w:rsidR="00BD4241" w:rsidRPr="00974B8D" w:rsidRDefault="00974B8D">
      <w:pPr>
        <w:spacing w:before="80" w:after="60"/>
        <w:jc w:val="center"/>
        <w:rPr>
          <w:lang w:val="fr-FR"/>
        </w:rPr>
      </w:pPr>
      <w:proofErr w:type="gramStart"/>
      <w:r w:rsidRPr="00974B8D">
        <w:rPr>
          <w:sz w:val="18"/>
          <w:lang w:val="fr-FR"/>
        </w:rPr>
        <w:t>în</w:t>
      </w:r>
      <w:proofErr w:type="gramEnd"/>
      <w:r w:rsidRPr="00974B8D">
        <w:rPr>
          <w:sz w:val="18"/>
          <w:lang w:val="fr-FR"/>
        </w:rPr>
        <w:t xml:space="preserve"> </w:t>
      </w:r>
      <w:proofErr w:type="spellStart"/>
      <w:r w:rsidRPr="00974B8D">
        <w:rPr>
          <w:sz w:val="18"/>
          <w:lang w:val="fr-FR"/>
        </w:rPr>
        <w:t>conformitate</w:t>
      </w:r>
      <w:proofErr w:type="spellEnd"/>
      <w:r w:rsidRPr="00974B8D">
        <w:rPr>
          <w:sz w:val="18"/>
          <w:lang w:val="fr-FR"/>
        </w:rPr>
        <w:t xml:space="preserve"> </w:t>
      </w:r>
      <w:proofErr w:type="spellStart"/>
      <w:r w:rsidRPr="00974B8D">
        <w:rPr>
          <w:sz w:val="18"/>
          <w:lang w:val="fr-FR"/>
        </w:rPr>
        <w:t>cu</w:t>
      </w:r>
      <w:proofErr w:type="spellEnd"/>
      <w:r w:rsidRPr="00974B8D">
        <w:rPr>
          <w:sz w:val="18"/>
          <w:lang w:val="fr-FR"/>
        </w:rPr>
        <w:t xml:space="preserve"> </w:t>
      </w:r>
      <w:proofErr w:type="spellStart"/>
      <w:r w:rsidRPr="00974B8D">
        <w:rPr>
          <w:sz w:val="18"/>
          <w:lang w:val="fr-FR"/>
        </w:rPr>
        <w:t>prevederile</w:t>
      </w:r>
      <w:proofErr w:type="spellEnd"/>
      <w:r w:rsidRPr="00974B8D">
        <w:rPr>
          <w:sz w:val="18"/>
          <w:lang w:val="fr-FR"/>
        </w:rPr>
        <w:t xml:space="preserve"> </w:t>
      </w:r>
      <w:proofErr w:type="spellStart"/>
      <w:r w:rsidRPr="00974B8D">
        <w:rPr>
          <w:sz w:val="18"/>
          <w:lang w:val="fr-FR"/>
        </w:rPr>
        <w:t>Legii</w:t>
      </w:r>
      <w:proofErr w:type="spellEnd"/>
      <w:r w:rsidRPr="00974B8D">
        <w:rPr>
          <w:sz w:val="18"/>
          <w:lang w:val="fr-FR"/>
        </w:rPr>
        <w:t xml:space="preserve"> nr. 169/2026 privind </w:t>
      </w:r>
      <w:proofErr w:type="spellStart"/>
      <w:r w:rsidRPr="00974B8D">
        <w:rPr>
          <w:sz w:val="18"/>
          <w:lang w:val="fr-FR"/>
        </w:rPr>
        <w:t>Codul</w:t>
      </w:r>
      <w:proofErr w:type="spellEnd"/>
      <w:r w:rsidRPr="00974B8D">
        <w:rPr>
          <w:sz w:val="18"/>
          <w:lang w:val="fr-FR"/>
        </w:rPr>
        <w:t xml:space="preserve"> </w:t>
      </w:r>
      <w:proofErr w:type="spellStart"/>
      <w:r w:rsidRPr="00974B8D">
        <w:rPr>
          <w:sz w:val="18"/>
          <w:lang w:val="fr-FR"/>
        </w:rPr>
        <w:t>amenajării</w:t>
      </w:r>
      <w:proofErr w:type="spellEnd"/>
      <w:r w:rsidRPr="00974B8D">
        <w:rPr>
          <w:sz w:val="18"/>
          <w:lang w:val="fr-FR"/>
        </w:rPr>
        <w:t xml:space="preserve"> </w:t>
      </w:r>
      <w:proofErr w:type="spellStart"/>
      <w:r w:rsidRPr="00974B8D">
        <w:rPr>
          <w:sz w:val="18"/>
          <w:lang w:val="fr-FR"/>
        </w:rPr>
        <w:t>teritoriului</w:t>
      </w:r>
      <w:proofErr w:type="spellEnd"/>
      <w:r w:rsidRPr="00974B8D">
        <w:rPr>
          <w:sz w:val="18"/>
          <w:lang w:val="fr-FR"/>
        </w:rPr>
        <w:t xml:space="preserve">, </w:t>
      </w:r>
      <w:proofErr w:type="spellStart"/>
      <w:r w:rsidRPr="00974B8D">
        <w:rPr>
          <w:sz w:val="18"/>
          <w:lang w:val="fr-FR"/>
        </w:rPr>
        <w:t>urbanismului</w:t>
      </w:r>
      <w:proofErr w:type="spellEnd"/>
      <w:r w:rsidRPr="00974B8D">
        <w:rPr>
          <w:sz w:val="18"/>
          <w:lang w:val="fr-FR"/>
        </w:rPr>
        <w:t xml:space="preserve"> și </w:t>
      </w:r>
      <w:proofErr w:type="spellStart"/>
      <w:r w:rsidRPr="00974B8D">
        <w:rPr>
          <w:sz w:val="18"/>
          <w:lang w:val="fr-FR"/>
        </w:rPr>
        <w:t>construcțiilor</w:t>
      </w:r>
      <w:proofErr w:type="spellEnd"/>
      <w:r w:rsidRPr="00974B8D">
        <w:rPr>
          <w:sz w:val="18"/>
          <w:lang w:val="fr-FR"/>
        </w:rPr>
        <w:t>,</w:t>
      </w:r>
    </w:p>
    <w:p w14:paraId="55F72AB1" w14:textId="77777777" w:rsidR="00BD4241" w:rsidRPr="00974B8D" w:rsidRDefault="00974B8D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974B8D">
        <w:rPr>
          <w:sz w:val="18"/>
          <w:lang w:val="fr-FR"/>
        </w:rPr>
        <w:t>solicit</w:t>
      </w:r>
      <w:proofErr w:type="spellEnd"/>
      <w:proofErr w:type="gramEnd"/>
      <w:r w:rsidRPr="00974B8D">
        <w:rPr>
          <w:sz w:val="18"/>
          <w:lang w:val="fr-FR"/>
        </w:rPr>
        <w:t xml:space="preserve"> </w:t>
      </w:r>
      <w:proofErr w:type="spellStart"/>
      <w:r w:rsidRPr="00974B8D">
        <w:rPr>
          <w:sz w:val="18"/>
          <w:lang w:val="fr-FR"/>
        </w:rPr>
        <w:t>emiterea</w:t>
      </w:r>
      <w:proofErr w:type="spellEnd"/>
    </w:p>
    <w:p w14:paraId="458BA7BA" w14:textId="77777777" w:rsidR="00917520" w:rsidRPr="00974B8D" w:rsidRDefault="00974B8D">
      <w:pPr>
        <w:spacing w:after="160"/>
        <w:jc w:val="center"/>
        <w:rPr>
          <w:b/>
          <w:sz w:val="20"/>
          <w:lang w:val="fr-FR"/>
        </w:rPr>
      </w:pPr>
      <w:r w:rsidRPr="00974B8D">
        <w:rPr>
          <w:b/>
          <w:sz w:val="20"/>
          <w:lang w:val="fr-FR"/>
        </w:rPr>
        <w:t>CERTIFICATULUI DE URBANISM</w:t>
      </w:r>
    </w:p>
    <w:p w14:paraId="062DB540" w14:textId="00B1F188" w:rsidR="00BD4241" w:rsidRPr="00974B8D" w:rsidRDefault="00974B8D">
      <w:pPr>
        <w:spacing w:after="160"/>
        <w:jc w:val="center"/>
        <w:rPr>
          <w:b/>
          <w:sz w:val="20"/>
          <w:lang w:val="fr-FR"/>
        </w:rPr>
      </w:pPr>
      <w:r w:rsidRPr="00974B8D">
        <w:rPr>
          <w:b/>
          <w:sz w:val="20"/>
          <w:lang w:val="fr-FR"/>
        </w:rPr>
        <w:t xml:space="preserve"> PENTRU</w:t>
      </w:r>
    </w:p>
    <w:p w14:paraId="44A1332E" w14:textId="12DABAD3" w:rsidR="00462384" w:rsidRPr="00974B8D" w:rsidRDefault="00917520">
      <w:pPr>
        <w:spacing w:after="160"/>
        <w:jc w:val="center"/>
        <w:rPr>
          <w:b/>
          <w:sz w:val="20"/>
          <w:lang w:val="fr-FR"/>
        </w:rPr>
      </w:pPr>
      <w:r w:rsidRPr="00974B8D">
        <w:rPr>
          <w:rFonts w:ascii="Segoe UI Symbol" w:hAnsi="Segoe UI Symbol" w:cs="Segoe UI Symbol"/>
          <w:sz w:val="16"/>
          <w:lang w:val="fr-FR"/>
        </w:rPr>
        <w:t xml:space="preserve">☐ </w:t>
      </w:r>
      <w:r w:rsidR="00462384" w:rsidRPr="00974B8D">
        <w:rPr>
          <w:b/>
          <w:sz w:val="20"/>
          <w:lang w:val="fr-FR"/>
        </w:rPr>
        <w:t xml:space="preserve">CONSTRUIRE / </w:t>
      </w:r>
      <w:r w:rsidRPr="00974B8D">
        <w:rPr>
          <w:rFonts w:ascii="Segoe UI Symbol" w:hAnsi="Segoe UI Symbol" w:cs="Segoe UI Symbol"/>
          <w:sz w:val="16"/>
          <w:lang w:val="fr-FR"/>
        </w:rPr>
        <w:t xml:space="preserve">☐ </w:t>
      </w:r>
      <w:r w:rsidR="00462384" w:rsidRPr="00974B8D">
        <w:rPr>
          <w:b/>
          <w:sz w:val="20"/>
          <w:lang w:val="fr-FR"/>
        </w:rPr>
        <w:t>DESFIINȚARE</w:t>
      </w:r>
    </w:p>
    <w:p w14:paraId="6BCF1DD1" w14:textId="1CB91F6C" w:rsidR="00A256C2" w:rsidRPr="00974B8D" w:rsidRDefault="00A256C2" w:rsidP="00462384">
      <w:pPr>
        <w:spacing w:after="160"/>
        <w:jc w:val="center"/>
        <w:rPr>
          <w:lang w:val="fr-FR"/>
        </w:rPr>
      </w:pPr>
      <w:r w:rsidRPr="00974B8D">
        <w:rPr>
          <w:rFonts w:ascii="Segoe UI Symbol" w:hAnsi="Segoe UI Symbol" w:cs="Segoe UI Symbol"/>
          <w:sz w:val="16"/>
          <w:lang w:val="fr-FR"/>
        </w:rPr>
        <w:t>☐</w:t>
      </w:r>
      <w:r w:rsidRPr="00974B8D">
        <w:rPr>
          <w:sz w:val="16"/>
          <w:lang w:val="fr-FR"/>
        </w:rPr>
        <w:t xml:space="preserve"> pentru </w:t>
      </w:r>
      <w:proofErr w:type="spellStart"/>
      <w:r w:rsidRPr="00974B8D">
        <w:rPr>
          <w:sz w:val="16"/>
          <w:lang w:val="fr-FR"/>
        </w:rPr>
        <w:t>clădiri</w:t>
      </w:r>
      <w:proofErr w:type="spellEnd"/>
      <w:r w:rsidRPr="00974B8D">
        <w:rPr>
          <w:sz w:val="16"/>
          <w:lang w:val="fr-FR"/>
        </w:rPr>
        <w:t xml:space="preserve"> și </w:t>
      </w:r>
      <w:proofErr w:type="spellStart"/>
      <w:proofErr w:type="gramStart"/>
      <w:r w:rsidRPr="00974B8D">
        <w:rPr>
          <w:sz w:val="16"/>
          <w:lang w:val="fr-FR"/>
        </w:rPr>
        <w:t>amenajări</w:t>
      </w:r>
      <w:proofErr w:type="spellEnd"/>
      <w:r w:rsidRPr="00974B8D">
        <w:rPr>
          <w:sz w:val="16"/>
          <w:lang w:val="fr-FR"/>
        </w:rPr>
        <w:t xml:space="preserve">  </w:t>
      </w:r>
      <w:r w:rsidR="00917520" w:rsidRPr="00974B8D">
        <w:rPr>
          <w:sz w:val="16"/>
          <w:lang w:val="fr-FR"/>
        </w:rPr>
        <w:t>/</w:t>
      </w:r>
      <w:proofErr w:type="gramEnd"/>
      <w:r w:rsidRPr="00974B8D">
        <w:rPr>
          <w:sz w:val="16"/>
          <w:lang w:val="fr-FR"/>
        </w:rPr>
        <w:t xml:space="preserve">   </w:t>
      </w:r>
      <w:r w:rsidR="00462384" w:rsidRPr="00974B8D">
        <w:rPr>
          <w:rFonts w:ascii="Segoe UI Symbol" w:hAnsi="Segoe UI Symbol" w:cs="Segoe UI Symbol"/>
          <w:sz w:val="16"/>
          <w:lang w:val="fr-FR"/>
        </w:rPr>
        <w:t>☐</w:t>
      </w:r>
      <w:r w:rsidR="00462384" w:rsidRPr="00974B8D">
        <w:rPr>
          <w:sz w:val="16"/>
          <w:lang w:val="fr-FR"/>
        </w:rPr>
        <w:t xml:space="preserve"> </w:t>
      </w:r>
      <w:proofErr w:type="spellStart"/>
      <w:r w:rsidR="00462384" w:rsidRPr="00974B8D">
        <w:rPr>
          <w:sz w:val="16"/>
          <w:lang w:val="fr-FR"/>
        </w:rPr>
        <w:t>lucrări</w:t>
      </w:r>
      <w:proofErr w:type="spellEnd"/>
      <w:r w:rsidR="00462384" w:rsidRPr="00974B8D">
        <w:rPr>
          <w:sz w:val="16"/>
          <w:lang w:val="fr-FR"/>
        </w:rPr>
        <w:t xml:space="preserve"> </w:t>
      </w:r>
      <w:proofErr w:type="spellStart"/>
      <w:r w:rsidR="00462384" w:rsidRPr="00974B8D">
        <w:rPr>
          <w:sz w:val="16"/>
          <w:lang w:val="fr-FR"/>
        </w:rPr>
        <w:t>inginerești</w:t>
      </w:r>
      <w:proofErr w:type="spellEnd"/>
      <w:r w:rsidR="00462384" w:rsidRPr="00974B8D">
        <w:rPr>
          <w:lang w:val="fr-FR"/>
        </w:rPr>
        <w:t xml:space="preserve">  </w:t>
      </w:r>
      <w:r w:rsidR="00917520" w:rsidRPr="00974B8D">
        <w:rPr>
          <w:lang w:val="fr-FR"/>
        </w:rPr>
        <w:t>/</w:t>
      </w:r>
      <w:r w:rsidR="00462384" w:rsidRPr="00974B8D">
        <w:rPr>
          <w:lang w:val="fr-FR"/>
        </w:rPr>
        <w:t xml:space="preserve">   </w:t>
      </w:r>
      <w:r w:rsidRPr="00974B8D">
        <w:rPr>
          <w:rFonts w:ascii="Segoe UI Symbol" w:hAnsi="Segoe UI Symbol" w:cs="Segoe UI Symbol"/>
          <w:sz w:val="16"/>
          <w:lang w:val="fr-FR"/>
        </w:rPr>
        <w:t>☐</w:t>
      </w:r>
      <w:r w:rsidRPr="00974B8D">
        <w:rPr>
          <w:sz w:val="16"/>
          <w:lang w:val="fr-FR"/>
        </w:rPr>
        <w:t xml:space="preserve"> pentru </w:t>
      </w:r>
      <w:proofErr w:type="spellStart"/>
      <w:r w:rsidRPr="00974B8D">
        <w:rPr>
          <w:sz w:val="16"/>
          <w:lang w:val="fr-FR"/>
        </w:rPr>
        <w:t>construc</w:t>
      </w:r>
      <w:r w:rsidRPr="00974B8D">
        <w:rPr>
          <w:rFonts w:cs="Times New Roman"/>
          <w:sz w:val="16"/>
          <w:lang w:val="fr-FR"/>
        </w:rPr>
        <w:t>ț</w:t>
      </w:r>
      <w:r w:rsidRPr="00974B8D">
        <w:rPr>
          <w:sz w:val="16"/>
          <w:lang w:val="fr-FR"/>
        </w:rPr>
        <w:t>ii</w:t>
      </w:r>
      <w:proofErr w:type="spellEnd"/>
      <w:r w:rsidRPr="00974B8D">
        <w:rPr>
          <w:sz w:val="16"/>
          <w:lang w:val="fr-FR"/>
        </w:rPr>
        <w:t xml:space="preserve"> </w:t>
      </w:r>
      <w:proofErr w:type="spellStart"/>
      <w:r w:rsidRPr="00974B8D">
        <w:rPr>
          <w:sz w:val="16"/>
          <w:lang w:val="fr-FR"/>
        </w:rPr>
        <w:t>cu</w:t>
      </w:r>
      <w:proofErr w:type="spellEnd"/>
      <w:r w:rsidRPr="00974B8D">
        <w:rPr>
          <w:sz w:val="16"/>
          <w:lang w:val="fr-FR"/>
        </w:rPr>
        <w:t xml:space="preserve"> </w:t>
      </w:r>
      <w:proofErr w:type="spellStart"/>
      <w:r w:rsidRPr="00974B8D">
        <w:rPr>
          <w:sz w:val="16"/>
          <w:lang w:val="fr-FR"/>
        </w:rPr>
        <w:t>caracter</w:t>
      </w:r>
      <w:proofErr w:type="spellEnd"/>
      <w:r w:rsidRPr="00974B8D">
        <w:rPr>
          <w:sz w:val="16"/>
          <w:lang w:val="fr-FR"/>
        </w:rPr>
        <w:t xml:space="preserve"> </w:t>
      </w:r>
      <w:proofErr w:type="spellStart"/>
      <w:r w:rsidRPr="00974B8D">
        <w:rPr>
          <w:sz w:val="16"/>
          <w:lang w:val="fr-FR"/>
        </w:rPr>
        <w:t>special</w:t>
      </w:r>
      <w:proofErr w:type="spellEnd"/>
    </w:p>
    <w:p w14:paraId="386D6A02" w14:textId="77777777" w:rsidR="00BD4241" w:rsidRPr="00974B8D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4B8D" w:rsidRPr="00974B8D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974B8D" w:rsidRDefault="00974B8D">
            <w:pPr>
              <w:keepNext/>
            </w:pPr>
            <w:r w:rsidRPr="00974B8D">
              <w:rPr>
                <w:sz w:val="16"/>
                <w:lang w:val="fr-FR"/>
              </w:rPr>
              <w:t xml:space="preserve"> </w:t>
            </w:r>
            <w:r w:rsidRPr="00974B8D">
              <w:rPr>
                <w:sz w:val="16"/>
              </w:rPr>
              <w:t xml:space="preserve">în </w:t>
            </w:r>
            <w:r w:rsidR="00A256C2" w:rsidRPr="00974B8D">
              <w:rPr>
                <w:sz w:val="16"/>
              </w:rPr>
              <w:t xml:space="preserve">vederea </w:t>
            </w:r>
            <w:proofErr w:type="spellStart"/>
            <w:r w:rsidR="00A256C2" w:rsidRPr="00974B8D">
              <w:rPr>
                <w:sz w:val="16"/>
              </w:rPr>
              <w:t>realizării</w:t>
            </w:r>
            <w:proofErr w:type="spellEnd"/>
            <w:r w:rsidR="00A256C2" w:rsidRPr="00974B8D">
              <w:rPr>
                <w:sz w:val="16"/>
              </w:rPr>
              <w:t xml:space="preserve"> </w:t>
            </w:r>
            <w:proofErr w:type="spellStart"/>
            <w:r w:rsidR="00A256C2" w:rsidRPr="00974B8D">
              <w:rPr>
                <w:sz w:val="16"/>
              </w:rPr>
              <w:t>obiectivului</w:t>
            </w:r>
            <w:proofErr w:type="spellEnd"/>
            <w:r w:rsidR="00A256C2" w:rsidRPr="00974B8D">
              <w:rPr>
                <w:sz w:val="16"/>
              </w:rPr>
              <w:t xml:space="preserve"> de </w:t>
            </w:r>
            <w:proofErr w:type="spellStart"/>
            <w:r w:rsidR="00A256C2" w:rsidRPr="00974B8D">
              <w:rPr>
                <w:sz w:val="16"/>
              </w:rPr>
              <w:t>investiții</w:t>
            </w:r>
            <w:proofErr w:type="spellEnd"/>
            <w:r w:rsidRPr="00974B8D">
              <w:rPr>
                <w:sz w:val="16"/>
              </w:rPr>
              <w:t>:</w:t>
            </w:r>
          </w:p>
        </w:tc>
      </w:tr>
      <w:tr w:rsidR="00BD4241" w:rsidRPr="00974B8D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Pr="00974B8D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Pr="00974B8D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Pr="00974B8D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974B8D" w:rsidRPr="00974B8D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Pr="00974B8D" w:rsidRDefault="00974B8D">
            <w:pPr>
              <w:keepNext/>
            </w:pPr>
            <w:r w:rsidRPr="00974B8D">
              <w:rPr>
                <w:b/>
                <w:sz w:val="16"/>
              </w:rPr>
              <w:t xml:space="preserve"> 3. </w:t>
            </w:r>
            <w:r w:rsidRPr="00974B8D">
              <w:rPr>
                <w:b/>
                <w:sz w:val="18"/>
              </w:rPr>
              <w:t>IMOBILUL/ELE</w:t>
            </w:r>
          </w:p>
        </w:tc>
      </w:tr>
      <w:tr w:rsidR="00974B8D" w:rsidRPr="00974B8D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Pr="00974B8D" w:rsidRDefault="00974B8D">
            <w:pPr>
              <w:keepNext/>
            </w:pPr>
            <w:r w:rsidRPr="00974B8D">
              <w:rPr>
                <w:sz w:val="16"/>
              </w:rPr>
              <w:t xml:space="preserve"> ☐ </w:t>
            </w:r>
            <w:proofErr w:type="spellStart"/>
            <w:r w:rsidRPr="00974B8D">
              <w:rPr>
                <w:sz w:val="16"/>
              </w:rPr>
              <w:t>teren</w:t>
            </w:r>
            <w:proofErr w:type="spellEnd"/>
            <w:r w:rsidRPr="00974B8D">
              <w:rPr>
                <w:sz w:val="16"/>
              </w:rPr>
              <w:t xml:space="preserve">     ☐ </w:t>
            </w:r>
            <w:proofErr w:type="spellStart"/>
            <w:r w:rsidRPr="00974B8D">
              <w:rPr>
                <w:sz w:val="16"/>
              </w:rPr>
              <w:t>construcții</w:t>
            </w:r>
            <w:proofErr w:type="spellEnd"/>
          </w:p>
        </w:tc>
      </w:tr>
      <w:tr w:rsidR="00974B8D" w:rsidRPr="00974B8D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Pr="00974B8D" w:rsidRDefault="00974B8D">
            <w:pPr>
              <w:keepNext/>
            </w:pPr>
            <w:proofErr w:type="spellStart"/>
            <w:r w:rsidRPr="00974B8D">
              <w:rPr>
                <w:b/>
              </w:rPr>
              <w:t>Județ</w:t>
            </w:r>
            <w:proofErr w:type="spellEnd"/>
          </w:p>
          <w:p w14:paraId="1B01471E" w14:textId="77777777" w:rsidR="00BD4241" w:rsidRPr="00974B8D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Pr="00974B8D" w:rsidRDefault="00974B8D">
            <w:pPr>
              <w:keepNext/>
            </w:pPr>
            <w:proofErr w:type="spellStart"/>
            <w:r w:rsidRPr="00974B8D">
              <w:rPr>
                <w:b/>
              </w:rPr>
              <w:t>Municipiu</w:t>
            </w:r>
            <w:proofErr w:type="spellEnd"/>
            <w:r w:rsidRPr="00974B8D">
              <w:rPr>
                <w:b/>
              </w:rPr>
              <w:t xml:space="preserve"> / oraș / </w:t>
            </w:r>
            <w:proofErr w:type="spellStart"/>
            <w:r w:rsidRPr="00974B8D">
              <w:rPr>
                <w:b/>
              </w:rPr>
              <w:t>comună</w:t>
            </w:r>
            <w:proofErr w:type="spellEnd"/>
          </w:p>
          <w:p w14:paraId="204B4E58" w14:textId="77777777" w:rsidR="00BD4241" w:rsidRPr="00974B8D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Pr="00974B8D" w:rsidRDefault="00974B8D">
            <w:pPr>
              <w:keepNext/>
            </w:pPr>
            <w:r w:rsidRPr="00974B8D">
              <w:rPr>
                <w:b/>
              </w:rPr>
              <w:t>Sat / sector</w:t>
            </w:r>
          </w:p>
          <w:p w14:paraId="7568887B" w14:textId="77777777" w:rsidR="00BD4241" w:rsidRPr="00974B8D" w:rsidRDefault="00BD4241">
            <w:pPr>
              <w:keepNext/>
            </w:pPr>
          </w:p>
        </w:tc>
      </w:tr>
      <w:tr w:rsidR="00974B8D" w:rsidRPr="00974B8D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974B8D" w:rsidRDefault="00974B8D">
            <w:pPr>
              <w:keepNext/>
            </w:pPr>
            <w:r w:rsidRPr="00974B8D">
              <w:rPr>
                <w:b/>
              </w:rPr>
              <w:t xml:space="preserve">Cod </w:t>
            </w:r>
            <w:proofErr w:type="spellStart"/>
            <w:r w:rsidRPr="00974B8D">
              <w:rPr>
                <w:b/>
              </w:rPr>
              <w:t>poștal</w:t>
            </w:r>
            <w:proofErr w:type="spellEnd"/>
          </w:p>
          <w:p w14:paraId="0DE8BF00" w14:textId="77777777" w:rsidR="00BD4241" w:rsidRPr="00974B8D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Pr="00974B8D" w:rsidRDefault="00974B8D">
            <w:pPr>
              <w:keepNext/>
            </w:pPr>
            <w:r w:rsidRPr="00974B8D">
              <w:rPr>
                <w:b/>
              </w:rPr>
              <w:t>Strada</w:t>
            </w:r>
          </w:p>
          <w:p w14:paraId="14FD81C0" w14:textId="77777777" w:rsidR="00BD4241" w:rsidRPr="00974B8D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Pr="00974B8D" w:rsidRDefault="00974B8D">
            <w:pPr>
              <w:keepNext/>
            </w:pPr>
            <w:r w:rsidRPr="00974B8D">
              <w:rPr>
                <w:b/>
              </w:rPr>
              <w:t>Nr.</w:t>
            </w:r>
          </w:p>
          <w:p w14:paraId="0654DEDD" w14:textId="77777777" w:rsidR="00BD4241" w:rsidRPr="00974B8D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Pr="00974B8D" w:rsidRDefault="00974B8D">
            <w:pPr>
              <w:keepNext/>
            </w:pPr>
            <w:r w:rsidRPr="00974B8D">
              <w:rPr>
                <w:b/>
              </w:rPr>
              <w:t>Bl. / sc. / et. / ap.</w:t>
            </w:r>
          </w:p>
          <w:p w14:paraId="09774FDD" w14:textId="77777777" w:rsidR="00BD4241" w:rsidRPr="00974B8D" w:rsidRDefault="00BD4241">
            <w:pPr>
              <w:keepNext/>
            </w:pPr>
          </w:p>
        </w:tc>
      </w:tr>
      <w:tr w:rsidR="00974B8D" w:rsidRPr="00974B8D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974B8D" w:rsidRDefault="00974B8D">
            <w:pPr>
              <w:keepNext/>
              <w:rPr>
                <w:lang w:val="fr-FR"/>
              </w:rPr>
            </w:pPr>
            <w:proofErr w:type="spellStart"/>
            <w:r w:rsidRPr="00974B8D">
              <w:rPr>
                <w:b/>
                <w:lang w:val="fr-FR"/>
              </w:rPr>
              <w:t>Număr</w:t>
            </w:r>
            <w:proofErr w:type="spellEnd"/>
            <w:r w:rsidRPr="00974B8D">
              <w:rPr>
                <w:b/>
                <w:lang w:val="fr-FR"/>
              </w:rPr>
              <w:t xml:space="preserve"> cadastral/</w:t>
            </w:r>
            <w:proofErr w:type="spellStart"/>
            <w:r w:rsidRPr="00974B8D">
              <w:rPr>
                <w:b/>
                <w:lang w:val="fr-FR"/>
              </w:rPr>
              <w:t>ele</w:t>
            </w:r>
            <w:proofErr w:type="spellEnd"/>
          </w:p>
          <w:p w14:paraId="2511787E" w14:textId="77777777" w:rsidR="00BD4241" w:rsidRPr="00974B8D" w:rsidRDefault="00974B8D">
            <w:pPr>
              <w:keepNext/>
              <w:rPr>
                <w:lang w:val="fr-FR"/>
              </w:rPr>
            </w:pPr>
            <w:proofErr w:type="spellStart"/>
            <w:proofErr w:type="gramStart"/>
            <w:r w:rsidRPr="00974B8D">
              <w:rPr>
                <w:i/>
                <w:lang w:val="fr-FR"/>
              </w:rPr>
              <w:t>dacă</w:t>
            </w:r>
            <w:proofErr w:type="spellEnd"/>
            <w:proofErr w:type="gramEnd"/>
            <w:r w:rsidRPr="00974B8D">
              <w:rPr>
                <w:i/>
                <w:lang w:val="fr-FR"/>
              </w:rPr>
              <w:t xml:space="preserve"> </w:t>
            </w:r>
            <w:proofErr w:type="spellStart"/>
            <w:r w:rsidRPr="00974B8D">
              <w:rPr>
                <w:i/>
                <w:lang w:val="fr-FR"/>
              </w:rPr>
              <w:t>imobilul</w:t>
            </w:r>
            <w:proofErr w:type="spellEnd"/>
            <w:r w:rsidRPr="00974B8D">
              <w:rPr>
                <w:i/>
                <w:lang w:val="fr-FR"/>
              </w:rPr>
              <w:t xml:space="preserve"> e </w:t>
            </w:r>
            <w:proofErr w:type="spellStart"/>
            <w:r w:rsidRPr="00974B8D">
              <w:rPr>
                <w:i/>
                <w:lang w:val="fr-FR"/>
              </w:rPr>
              <w:t>înscris</w:t>
            </w:r>
            <w:proofErr w:type="spellEnd"/>
            <w:r w:rsidRPr="00974B8D">
              <w:rPr>
                <w:i/>
                <w:lang w:val="fr-FR"/>
              </w:rPr>
              <w:t xml:space="preserve"> în</w:t>
            </w:r>
            <w:r w:rsidRPr="00974B8D">
              <w:rPr>
                <w:i/>
                <w:lang w:val="fr-FR"/>
              </w:rPr>
              <w:t xml:space="preserve"> e-Terra</w:t>
            </w:r>
          </w:p>
          <w:p w14:paraId="2A482E4D" w14:textId="77777777" w:rsidR="00BD4241" w:rsidRPr="00974B8D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Pr="00974B8D" w:rsidRDefault="00974B8D">
            <w:pPr>
              <w:keepNext/>
            </w:pPr>
            <w:r w:rsidRPr="00974B8D">
              <w:rPr>
                <w:b/>
              </w:rPr>
              <w:t xml:space="preserve">Carte </w:t>
            </w:r>
            <w:proofErr w:type="spellStart"/>
            <w:r w:rsidRPr="00974B8D">
              <w:rPr>
                <w:b/>
              </w:rPr>
              <w:t>funciară</w:t>
            </w:r>
            <w:proofErr w:type="spellEnd"/>
            <w:r w:rsidRPr="00974B8D">
              <w:rPr>
                <w:b/>
              </w:rPr>
              <w:t xml:space="preserve"> nr.</w:t>
            </w:r>
          </w:p>
          <w:p w14:paraId="5C821E97" w14:textId="77777777" w:rsidR="00BD4241" w:rsidRPr="00974B8D" w:rsidRDefault="00BD4241">
            <w:pPr>
              <w:keepNext/>
            </w:pPr>
          </w:p>
        </w:tc>
      </w:tr>
      <w:tr w:rsidR="00BD4241" w:rsidRPr="00974B8D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Pr="00974B8D" w:rsidRDefault="00974B8D">
            <w:pPr>
              <w:keepNext/>
            </w:pPr>
            <w:proofErr w:type="spellStart"/>
            <w:r w:rsidRPr="00974B8D">
              <w:rPr>
                <w:b/>
              </w:rPr>
              <w:t>Suprafața</w:t>
            </w:r>
            <w:proofErr w:type="spellEnd"/>
            <w:r w:rsidRPr="00974B8D">
              <w:rPr>
                <w:b/>
              </w:rPr>
              <w:t xml:space="preserve"> </w:t>
            </w:r>
            <w:proofErr w:type="spellStart"/>
            <w:r w:rsidRPr="00974B8D">
              <w:rPr>
                <w:b/>
              </w:rPr>
              <w:t>terenului</w:t>
            </w:r>
            <w:proofErr w:type="spellEnd"/>
            <w:r w:rsidRPr="00974B8D">
              <w:rPr>
                <w:b/>
              </w:rPr>
              <w:t xml:space="preserve"> (m²)</w:t>
            </w:r>
          </w:p>
          <w:p w14:paraId="7A8081F1" w14:textId="77777777" w:rsidR="00BD4241" w:rsidRPr="00974B8D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Pr="00974B8D" w:rsidRDefault="00974B8D">
            <w:pPr>
              <w:keepNext/>
            </w:pPr>
            <w:proofErr w:type="spellStart"/>
            <w:r w:rsidRPr="00974B8D">
              <w:rPr>
                <w:b/>
              </w:rPr>
              <w:t>Suprafața</w:t>
            </w:r>
            <w:proofErr w:type="spellEnd"/>
            <w:r w:rsidRPr="00974B8D">
              <w:rPr>
                <w:b/>
              </w:rPr>
              <w:t xml:space="preserve"> </w:t>
            </w:r>
            <w:proofErr w:type="spellStart"/>
            <w:r w:rsidRPr="00974B8D">
              <w:rPr>
                <w:b/>
              </w:rPr>
              <w:t>construcției</w:t>
            </w:r>
            <w:proofErr w:type="spellEnd"/>
            <w:r w:rsidRPr="00974B8D">
              <w:rPr>
                <w:b/>
              </w:rPr>
              <w:t xml:space="preserve"> (m²)</w:t>
            </w:r>
          </w:p>
          <w:p w14:paraId="12AE18A8" w14:textId="77777777" w:rsidR="00BD4241" w:rsidRPr="00974B8D" w:rsidRDefault="00BD4241">
            <w:pPr>
              <w:keepNext/>
            </w:pPr>
          </w:p>
        </w:tc>
      </w:tr>
    </w:tbl>
    <w:p w14:paraId="05AFE76A" w14:textId="77777777" w:rsidR="00BD4241" w:rsidRPr="00974B8D" w:rsidRDefault="00BD4241">
      <w:pPr>
        <w:spacing w:line="168" w:lineRule="auto"/>
      </w:pPr>
    </w:p>
    <w:p w14:paraId="484D8D92" w14:textId="77777777" w:rsidR="00BD4241" w:rsidRPr="00974B8D" w:rsidRDefault="00974B8D">
      <w:r w:rsidRPr="00974B8D"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4B8D" w:rsidRPr="00974B8D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Pr="00974B8D" w:rsidRDefault="00974B8D">
            <w:pPr>
              <w:keepNext/>
              <w:rPr>
                <w:sz w:val="20"/>
                <w:szCs w:val="20"/>
              </w:rPr>
            </w:pPr>
            <w:r w:rsidRPr="00974B8D">
              <w:rPr>
                <w:b/>
                <w:sz w:val="20"/>
                <w:szCs w:val="20"/>
              </w:rPr>
              <w:lastRenderedPageBreak/>
              <w:t xml:space="preserve"> 4. </w:t>
            </w:r>
            <w:r w:rsidRPr="00974B8D">
              <w:rPr>
                <w:b/>
                <w:sz w:val="20"/>
                <w:szCs w:val="20"/>
              </w:rPr>
              <w:t>ÎNCADRAREA LUCRĂRILOR</w:t>
            </w:r>
          </w:p>
        </w:tc>
      </w:tr>
      <w:tr w:rsidR="00974B8D" w:rsidRPr="00974B8D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74B8D" w:rsidRDefault="00974B8D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A ·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Lucrări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construcții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noi</w:t>
            </w:r>
          </w:p>
        </w:tc>
      </w:tr>
      <w:tr w:rsidR="00974B8D" w:rsidRPr="00974B8D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974B8D" w:rsidRDefault="00974B8D">
            <w:pPr>
              <w:keepNext/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clădiri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civile     ☐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clădiri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industriale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☐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clădiri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agricole     ☐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caracter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special</w:t>
            </w:r>
            <w:proofErr w:type="spellEnd"/>
          </w:p>
        </w:tc>
      </w:tr>
      <w:tr w:rsidR="00974B8D" w:rsidRPr="00974B8D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974B8D" w:rsidRDefault="00974B8D">
            <w:pPr>
              <w:keepNext/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="00917520" w:rsidRPr="00974B8D">
              <w:rPr>
                <w:sz w:val="20"/>
                <w:szCs w:val="20"/>
                <w:lang w:val="fr-FR"/>
              </w:rPr>
              <w:t>r</w:t>
            </w:r>
            <w:r w:rsidRPr="00974B8D">
              <w:rPr>
                <w:sz w:val="20"/>
                <w:szCs w:val="20"/>
                <w:lang w:val="fr-FR"/>
              </w:rPr>
              <w:t>ealizate</w:t>
            </w:r>
            <w:proofErr w:type="spellEnd"/>
            <w:proofErr w:type="gramEnd"/>
            <w:r w:rsidR="00A256C2" w:rsidRPr="00974B8D">
              <w:rPr>
                <w:sz w:val="20"/>
                <w:szCs w:val="20"/>
                <w:lang w:val="fr-FR"/>
              </w:rPr>
              <w:t xml:space="preserve"> (se va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bifa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, în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masura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 în care sunt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cunoscute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solicitantului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informațiile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cu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privire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amplasarea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 în zona de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protecție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>/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protejată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) </w:t>
            </w:r>
            <w:r w:rsidRPr="00974B8D">
              <w:rPr>
                <w:sz w:val="20"/>
                <w:szCs w:val="20"/>
                <w:lang w:val="fr-FR"/>
              </w:rPr>
              <w:t>:</w:t>
            </w:r>
          </w:p>
        </w:tc>
      </w:tr>
      <w:tr w:rsidR="00974B8D" w:rsidRPr="00974B8D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Pr="00974B8D" w:rsidRDefault="00974B8D">
            <w:pPr>
              <w:keepNext/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☐ în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afara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zonei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protecție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monumentelor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☐ în zona de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protecție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monumentelor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☐ în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afara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zonelor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construite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protejate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</w:t>
            </w:r>
          </w:p>
          <w:p w14:paraId="7336BFFF" w14:textId="18BC78A2" w:rsidR="00BD4241" w:rsidRPr="00974B8D" w:rsidRDefault="00A256C2">
            <w:pPr>
              <w:keepNext/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☐ în zone construite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protejate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                         </w:t>
            </w:r>
            <w:r w:rsidRPr="00974B8D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nu sunt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cunoscute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solicitantului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astfel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informații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</w:t>
            </w:r>
          </w:p>
        </w:tc>
      </w:tr>
      <w:tr w:rsidR="00974B8D" w:rsidRPr="00974B8D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Pr="00974B8D" w:rsidRDefault="00974B8D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B</w:t>
            </w:r>
            <w:r w:rsidR="00917520" w:rsidRPr="00974B8D">
              <w:rPr>
                <w:b/>
                <w:bCs/>
                <w:sz w:val="20"/>
                <w:szCs w:val="20"/>
                <w:lang w:val="fr-FR"/>
              </w:rPr>
              <w:t>.</w:t>
            </w:r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·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Intervenții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asupra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construcțiilor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existente</w:t>
            </w:r>
            <w:proofErr w:type="spellEnd"/>
            <w:r w:rsidR="00917520" w:rsidRPr="00974B8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917520" w:rsidRPr="00974B8D">
              <w:rPr>
                <w:b/>
                <w:bCs/>
                <w:sz w:val="20"/>
                <w:szCs w:val="20"/>
                <w:lang w:val="fr-FR"/>
              </w:rPr>
              <w:t>realizate</w:t>
            </w:r>
            <w:proofErr w:type="spellEnd"/>
            <w:r w:rsidR="00917520" w:rsidRPr="00974B8D">
              <w:rPr>
                <w:b/>
                <w:bCs/>
                <w:sz w:val="20"/>
                <w:szCs w:val="20"/>
                <w:lang w:val="fr-FR"/>
              </w:rPr>
              <w:t xml:space="preserve"> : </w:t>
            </w:r>
          </w:p>
          <w:p w14:paraId="749D5A7F" w14:textId="7913D592" w:rsidR="00BD4241" w:rsidRPr="00974B8D" w:rsidRDefault="00917520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☐ </w:t>
            </w:r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B.1. </w:t>
            </w:r>
            <w:proofErr w:type="gramStart"/>
            <w:r w:rsidRPr="00974B8D">
              <w:rPr>
                <w:b/>
                <w:bCs/>
                <w:sz w:val="20"/>
                <w:szCs w:val="20"/>
                <w:lang w:val="fr-FR"/>
              </w:rPr>
              <w:t>la</w:t>
            </w:r>
            <w:proofErr w:type="gram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alte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clădiri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decât cele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prevăzute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la lit. B.2) și B.3)</w:t>
            </w:r>
          </w:p>
        </w:tc>
      </w:tr>
      <w:tr w:rsidR="00974B8D" w:rsidRPr="00974B8D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74B8D" w:rsidRDefault="00974B8D">
            <w:pPr>
              <w:keepNext/>
              <w:rPr>
                <w:b/>
                <w:bCs/>
                <w:sz w:val="20"/>
                <w:szCs w:val="20"/>
              </w:rPr>
            </w:pPr>
            <w:r w:rsidRPr="00974B8D">
              <w:rPr>
                <w:sz w:val="20"/>
                <w:szCs w:val="20"/>
              </w:rPr>
              <w:t xml:space="preserve"> </w:t>
            </w:r>
            <w:r w:rsidR="00917520" w:rsidRPr="00974B8D">
              <w:rPr>
                <w:sz w:val="20"/>
                <w:szCs w:val="20"/>
                <w:lang w:val="fr-FR"/>
              </w:rPr>
              <w:t xml:space="preserve">☐ </w:t>
            </w:r>
            <w:proofErr w:type="gramStart"/>
            <w:r w:rsidRPr="00974B8D">
              <w:rPr>
                <w:b/>
                <w:bCs/>
                <w:sz w:val="20"/>
                <w:szCs w:val="20"/>
              </w:rPr>
              <w:t xml:space="preserve">B.2 </w:t>
            </w:r>
            <w:r w:rsidR="00917520" w:rsidRPr="00974B8D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Pr="00974B8D">
              <w:rPr>
                <w:b/>
                <w:bCs/>
                <w:sz w:val="20"/>
                <w:szCs w:val="20"/>
              </w:rPr>
              <w:t>·l</w:t>
            </w:r>
            <w:r w:rsidR="00917520" w:rsidRPr="00974B8D">
              <w:rPr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="00917520" w:rsidRPr="00974B8D">
              <w:rPr>
                <w:b/>
                <w:bCs/>
                <w:sz w:val="20"/>
                <w:szCs w:val="20"/>
              </w:rPr>
              <w:t>construcții</w:t>
            </w:r>
            <w:proofErr w:type="spellEnd"/>
            <w:r w:rsidRPr="00974B8D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974B8D" w:rsidRPr="00974B8D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Pr="00974B8D" w:rsidRDefault="00974B8D">
            <w:pPr>
              <w:keepNext/>
              <w:rPr>
                <w:sz w:val="20"/>
                <w:szCs w:val="20"/>
              </w:rPr>
            </w:pPr>
            <w:r w:rsidRPr="00974B8D">
              <w:rPr>
                <w:sz w:val="20"/>
                <w:szCs w:val="20"/>
              </w:rPr>
              <w:t>☐</w:t>
            </w:r>
            <w:r w:rsidRPr="00974B8D">
              <w:rPr>
                <w:sz w:val="20"/>
                <w:szCs w:val="20"/>
              </w:rPr>
              <w:t xml:space="preserve"> monument istoric </w:t>
            </w:r>
            <w:proofErr w:type="spellStart"/>
            <w:r w:rsidRPr="00974B8D">
              <w:rPr>
                <w:sz w:val="20"/>
                <w:szCs w:val="20"/>
              </w:rPr>
              <w:t>stabilite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potrivit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Legii</w:t>
            </w:r>
            <w:proofErr w:type="spellEnd"/>
            <w:r w:rsidRPr="00974B8D">
              <w:rPr>
                <w:sz w:val="20"/>
                <w:szCs w:val="20"/>
              </w:rPr>
              <w:t xml:space="preserve"> nr. 422/2001 privind </w:t>
            </w:r>
            <w:proofErr w:type="spellStart"/>
            <w:r w:rsidRPr="00974B8D">
              <w:rPr>
                <w:sz w:val="20"/>
                <w:szCs w:val="20"/>
              </w:rPr>
              <w:t>protejarea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monumentelor</w:t>
            </w:r>
            <w:proofErr w:type="spellEnd"/>
            <w:r w:rsidRPr="00974B8D">
              <w:rPr>
                <w:sz w:val="20"/>
                <w:szCs w:val="20"/>
              </w:rPr>
              <w:t xml:space="preserve"> istorice, </w:t>
            </w:r>
            <w:proofErr w:type="spellStart"/>
            <w:r w:rsidRPr="00974B8D">
              <w:rPr>
                <w:sz w:val="20"/>
                <w:szCs w:val="20"/>
              </w:rPr>
              <w:t>republicată</w:t>
            </w:r>
            <w:proofErr w:type="spellEnd"/>
            <w:r w:rsidRPr="00974B8D">
              <w:rPr>
                <w:sz w:val="20"/>
                <w:szCs w:val="20"/>
              </w:rPr>
              <w:t xml:space="preserve">, cu </w:t>
            </w:r>
            <w:proofErr w:type="spellStart"/>
            <w:r w:rsidRPr="00974B8D">
              <w:rPr>
                <w:sz w:val="20"/>
                <w:szCs w:val="20"/>
              </w:rPr>
              <w:t>modificările</w:t>
            </w:r>
            <w:proofErr w:type="spellEnd"/>
            <w:r w:rsidRPr="00974B8D">
              <w:rPr>
                <w:sz w:val="20"/>
                <w:szCs w:val="20"/>
              </w:rPr>
              <w:t xml:space="preserve"> și </w:t>
            </w:r>
            <w:proofErr w:type="spellStart"/>
            <w:r w:rsidRPr="00974B8D">
              <w:rPr>
                <w:sz w:val="20"/>
                <w:szCs w:val="20"/>
              </w:rPr>
              <w:t>completările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ulterioare</w:t>
            </w:r>
            <w:proofErr w:type="spellEnd"/>
            <w:r w:rsidRPr="00974B8D">
              <w:rPr>
                <w:sz w:val="20"/>
                <w:szCs w:val="20"/>
              </w:rPr>
              <w:t xml:space="preserve">, </w:t>
            </w:r>
            <w:proofErr w:type="spellStart"/>
            <w:r w:rsidRPr="00974B8D">
              <w:rPr>
                <w:sz w:val="20"/>
                <w:szCs w:val="20"/>
              </w:rPr>
              <w:t>inclusiv</w:t>
            </w:r>
            <w:proofErr w:type="spellEnd"/>
            <w:r w:rsidRPr="00974B8D">
              <w:rPr>
                <w:sz w:val="20"/>
                <w:szCs w:val="20"/>
              </w:rPr>
              <w:t xml:space="preserve"> la </w:t>
            </w:r>
            <w:proofErr w:type="spellStart"/>
            <w:r w:rsidRPr="00974B8D">
              <w:rPr>
                <w:sz w:val="20"/>
                <w:szCs w:val="20"/>
              </w:rPr>
              <w:t>anexele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acestora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identificate</w:t>
            </w:r>
            <w:proofErr w:type="spellEnd"/>
            <w:r w:rsidRPr="00974B8D">
              <w:rPr>
                <w:sz w:val="20"/>
                <w:szCs w:val="20"/>
              </w:rPr>
              <w:t xml:space="preserve"> în </w:t>
            </w:r>
            <w:proofErr w:type="spellStart"/>
            <w:r w:rsidRPr="00974B8D">
              <w:rPr>
                <w:sz w:val="20"/>
                <w:szCs w:val="20"/>
              </w:rPr>
              <w:t>același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imobil</w:t>
            </w:r>
            <w:proofErr w:type="spellEnd"/>
            <w:r w:rsidRPr="00974B8D">
              <w:rPr>
                <w:sz w:val="20"/>
                <w:szCs w:val="20"/>
              </w:rPr>
              <w:t xml:space="preserve"> (</w:t>
            </w:r>
            <w:proofErr w:type="spellStart"/>
            <w:r w:rsidRPr="00974B8D">
              <w:rPr>
                <w:sz w:val="20"/>
                <w:szCs w:val="20"/>
              </w:rPr>
              <w:t>teren</w:t>
            </w:r>
            <w:proofErr w:type="spellEnd"/>
            <w:r w:rsidRPr="00974B8D">
              <w:rPr>
                <w:sz w:val="20"/>
                <w:szCs w:val="20"/>
              </w:rPr>
              <w:t xml:space="preserve"> și/sau </w:t>
            </w:r>
            <w:proofErr w:type="spellStart"/>
            <w:r w:rsidRPr="00974B8D">
              <w:rPr>
                <w:sz w:val="20"/>
                <w:szCs w:val="20"/>
              </w:rPr>
              <w:t>construcții</w:t>
            </w:r>
            <w:proofErr w:type="spellEnd"/>
            <w:r w:rsidRPr="00974B8D">
              <w:rPr>
                <w:sz w:val="20"/>
                <w:szCs w:val="20"/>
              </w:rPr>
              <w:t>)</w:t>
            </w:r>
          </w:p>
        </w:tc>
      </w:tr>
      <w:tr w:rsidR="00974B8D" w:rsidRPr="00974B8D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Pr="00974B8D" w:rsidRDefault="00974B8D">
            <w:pPr>
              <w:keepNext/>
              <w:rPr>
                <w:sz w:val="20"/>
                <w:szCs w:val="20"/>
              </w:rPr>
            </w:pPr>
            <w:r w:rsidRPr="00974B8D">
              <w:rPr>
                <w:sz w:val="20"/>
                <w:szCs w:val="20"/>
              </w:rPr>
              <w:t>☐</w:t>
            </w:r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aflate</w:t>
            </w:r>
            <w:proofErr w:type="spellEnd"/>
            <w:r w:rsidRPr="00974B8D">
              <w:rPr>
                <w:sz w:val="20"/>
                <w:szCs w:val="20"/>
              </w:rPr>
              <w:t xml:space="preserve"> în zona de </w:t>
            </w:r>
            <w:proofErr w:type="spellStart"/>
            <w:r w:rsidRPr="00974B8D">
              <w:rPr>
                <w:sz w:val="20"/>
                <w:szCs w:val="20"/>
              </w:rPr>
              <w:t>protecție</w:t>
            </w:r>
            <w:proofErr w:type="spellEnd"/>
            <w:r w:rsidRPr="00974B8D">
              <w:rPr>
                <w:sz w:val="20"/>
                <w:szCs w:val="20"/>
              </w:rPr>
              <w:t xml:space="preserve"> a </w:t>
            </w:r>
            <w:proofErr w:type="spellStart"/>
            <w:r w:rsidRPr="00974B8D">
              <w:rPr>
                <w:sz w:val="20"/>
                <w:szCs w:val="20"/>
              </w:rPr>
              <w:t>monumentelor</w:t>
            </w:r>
            <w:proofErr w:type="spellEnd"/>
            <w:r w:rsidRPr="00974B8D">
              <w:rPr>
                <w:sz w:val="20"/>
                <w:szCs w:val="20"/>
              </w:rPr>
              <w:t xml:space="preserve"> istorice</w:t>
            </w:r>
          </w:p>
        </w:tc>
      </w:tr>
      <w:tr w:rsidR="00974B8D" w:rsidRPr="00974B8D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974B8D" w:rsidRDefault="00974B8D">
            <w:pPr>
              <w:keepNext/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aflate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în zone construite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protejate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stabilite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potrivit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legii</w:t>
            </w:r>
            <w:proofErr w:type="spellEnd"/>
          </w:p>
        </w:tc>
      </w:tr>
      <w:tr w:rsidR="00974B8D" w:rsidRPr="00974B8D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974B8D" w:rsidRDefault="00974B8D">
            <w:pPr>
              <w:keepNext/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valoare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arhitecturală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sau istorică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deosebită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stabilite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prin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documentații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urbanism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aprobate</w:t>
            </w:r>
            <w:proofErr w:type="spellEnd"/>
          </w:p>
        </w:tc>
      </w:tr>
      <w:tr w:rsidR="00974B8D" w:rsidRPr="00974B8D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74B8D" w:rsidRDefault="00917520">
            <w:pPr>
              <w:keepNext/>
              <w:rPr>
                <w:sz w:val="20"/>
                <w:szCs w:val="20"/>
                <w:lang w:val="fr-FR"/>
              </w:rPr>
            </w:pPr>
            <w:proofErr w:type="gramStart"/>
            <w:r w:rsidRPr="00974B8D">
              <w:rPr>
                <w:b/>
                <w:bCs/>
                <w:sz w:val="20"/>
                <w:szCs w:val="20"/>
                <w:lang w:val="fr-FR"/>
              </w:rPr>
              <w:t>☐  B.3</w:t>
            </w:r>
            <w:proofErr w:type="gram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· la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clădiri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construcții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cu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caracter</w:t>
            </w:r>
            <w:proofErr w:type="spellEnd"/>
            <w:r w:rsidRPr="00974B8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b/>
                <w:bCs/>
                <w:sz w:val="20"/>
                <w:szCs w:val="20"/>
                <w:lang w:val="fr-FR"/>
              </w:rPr>
              <w:t>special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        ☐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altele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decât cele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stabilite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la lit. B.2)</w:t>
            </w:r>
          </w:p>
        </w:tc>
      </w:tr>
      <w:tr w:rsidR="00974B8D" w:rsidRPr="00974B8D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74B8D" w:rsidRDefault="00974B8D">
            <w:pPr>
              <w:keepNext/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r w:rsidR="00917520" w:rsidRPr="00974B8D">
              <w:rPr>
                <w:sz w:val="20"/>
                <w:szCs w:val="20"/>
                <w:lang w:val="fr-FR"/>
              </w:rPr>
              <w:t xml:space="preserve">                                                                                                ☐ </w:t>
            </w:r>
            <w:proofErr w:type="spellStart"/>
            <w:r w:rsidR="00917520" w:rsidRPr="00974B8D">
              <w:rPr>
                <w:sz w:val="20"/>
                <w:szCs w:val="20"/>
                <w:lang w:val="fr-FR"/>
              </w:rPr>
              <w:t>din</w:t>
            </w:r>
            <w:proofErr w:type="spellEnd"/>
            <w:r w:rsidR="00917520"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917520" w:rsidRPr="00974B8D">
              <w:rPr>
                <w:sz w:val="20"/>
                <w:szCs w:val="20"/>
                <w:lang w:val="fr-FR"/>
              </w:rPr>
              <w:t>categoria</w:t>
            </w:r>
            <w:proofErr w:type="spellEnd"/>
            <w:r w:rsidR="00917520"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917520" w:rsidRPr="00974B8D">
              <w:rPr>
                <w:sz w:val="20"/>
                <w:szCs w:val="20"/>
                <w:lang w:val="fr-FR"/>
              </w:rPr>
              <w:t>celor</w:t>
            </w:r>
            <w:proofErr w:type="spellEnd"/>
            <w:r w:rsidR="00917520"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917520" w:rsidRPr="00974B8D">
              <w:rPr>
                <w:sz w:val="20"/>
                <w:szCs w:val="20"/>
                <w:lang w:val="fr-FR"/>
              </w:rPr>
              <w:t>stabilite</w:t>
            </w:r>
            <w:proofErr w:type="spellEnd"/>
            <w:r w:rsidR="00917520" w:rsidRPr="00974B8D">
              <w:rPr>
                <w:sz w:val="20"/>
                <w:szCs w:val="20"/>
                <w:lang w:val="fr-FR"/>
              </w:rPr>
              <w:t xml:space="preserve"> la lit. B.2)</w:t>
            </w:r>
          </w:p>
        </w:tc>
      </w:tr>
      <w:tr w:rsidR="00974B8D" w:rsidRPr="00974B8D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Pr="00974B8D" w:rsidRDefault="00974B8D">
            <w:pPr>
              <w:keepNext/>
              <w:rPr>
                <w:sz w:val="20"/>
                <w:szCs w:val="20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r w:rsidRPr="00974B8D">
              <w:rPr>
                <w:sz w:val="20"/>
                <w:szCs w:val="20"/>
              </w:rPr>
              <w:t xml:space="preserve">C · </w:t>
            </w:r>
            <w:proofErr w:type="spellStart"/>
            <w:r w:rsidRPr="00974B8D">
              <w:rPr>
                <w:sz w:val="20"/>
                <w:szCs w:val="20"/>
              </w:rPr>
              <w:t>Amenajări</w:t>
            </w:r>
            <w:proofErr w:type="spellEnd"/>
          </w:p>
        </w:tc>
      </w:tr>
      <w:tr w:rsidR="00974B8D" w:rsidRPr="00974B8D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Pr="00974B8D" w:rsidRDefault="00974B8D">
            <w:pPr>
              <w:keepNext/>
              <w:rPr>
                <w:sz w:val="20"/>
                <w:szCs w:val="20"/>
              </w:rPr>
            </w:pPr>
            <w:r w:rsidRPr="00974B8D">
              <w:rPr>
                <w:sz w:val="20"/>
                <w:szCs w:val="20"/>
              </w:rPr>
              <w:t xml:space="preserve"> ☐ </w:t>
            </w:r>
            <w:proofErr w:type="spellStart"/>
            <w:r w:rsidRPr="00974B8D">
              <w:rPr>
                <w:sz w:val="20"/>
                <w:szCs w:val="20"/>
              </w:rPr>
              <w:t>amenajări</w:t>
            </w:r>
            <w:proofErr w:type="spellEnd"/>
            <w:r w:rsidRPr="00974B8D">
              <w:rPr>
                <w:sz w:val="20"/>
                <w:szCs w:val="20"/>
              </w:rPr>
              <w:t xml:space="preserve"> civile     ☐ </w:t>
            </w:r>
            <w:proofErr w:type="spellStart"/>
            <w:r w:rsidRPr="00974B8D">
              <w:rPr>
                <w:sz w:val="20"/>
                <w:szCs w:val="20"/>
              </w:rPr>
              <w:t>amenajări</w:t>
            </w:r>
            <w:proofErr w:type="spellEnd"/>
            <w:r w:rsidRPr="00974B8D">
              <w:rPr>
                <w:sz w:val="20"/>
                <w:szCs w:val="20"/>
              </w:rPr>
              <w:t xml:space="preserve"> și </w:t>
            </w:r>
            <w:proofErr w:type="spellStart"/>
            <w:r w:rsidRPr="00974B8D">
              <w:rPr>
                <w:sz w:val="20"/>
                <w:szCs w:val="20"/>
              </w:rPr>
              <w:t>îmbunătățiri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funciare</w:t>
            </w:r>
            <w:proofErr w:type="spellEnd"/>
            <w:r w:rsidRPr="00974B8D">
              <w:rPr>
                <w:sz w:val="20"/>
                <w:szCs w:val="20"/>
              </w:rPr>
              <w:t xml:space="preserve">     ☐ </w:t>
            </w:r>
            <w:proofErr w:type="spellStart"/>
            <w:r w:rsidRPr="00974B8D">
              <w:rPr>
                <w:sz w:val="20"/>
                <w:szCs w:val="20"/>
              </w:rPr>
              <w:t>construcții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provizorii</w:t>
            </w:r>
            <w:proofErr w:type="spellEnd"/>
            <w:r w:rsidRPr="00974B8D">
              <w:rPr>
                <w:sz w:val="20"/>
                <w:szCs w:val="20"/>
              </w:rPr>
              <w:t xml:space="preserve"> / cu </w:t>
            </w:r>
            <w:proofErr w:type="spellStart"/>
            <w:r w:rsidRPr="00974B8D">
              <w:rPr>
                <w:sz w:val="20"/>
                <w:szCs w:val="20"/>
              </w:rPr>
              <w:t>caracter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temporar</w:t>
            </w:r>
            <w:proofErr w:type="spellEnd"/>
            <w:r w:rsidRPr="00974B8D">
              <w:rPr>
                <w:sz w:val="20"/>
                <w:szCs w:val="20"/>
              </w:rPr>
              <w:t xml:space="preserve">     ☐ </w:t>
            </w:r>
            <w:proofErr w:type="spellStart"/>
            <w:r w:rsidRPr="00974B8D">
              <w:rPr>
                <w:sz w:val="20"/>
                <w:szCs w:val="20"/>
              </w:rPr>
              <w:t>cercetarea</w:t>
            </w:r>
            <w:proofErr w:type="spellEnd"/>
            <w:r w:rsidRPr="00974B8D">
              <w:rPr>
                <w:sz w:val="20"/>
                <w:szCs w:val="20"/>
              </w:rPr>
              <w:t xml:space="preserve"> / </w:t>
            </w:r>
            <w:proofErr w:type="spellStart"/>
            <w:r w:rsidRPr="00974B8D">
              <w:rPr>
                <w:sz w:val="20"/>
                <w:szCs w:val="20"/>
              </w:rPr>
              <w:t>prospectarea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terenurilor</w:t>
            </w:r>
            <w:proofErr w:type="spellEnd"/>
            <w:r w:rsidRPr="00974B8D">
              <w:rPr>
                <w:sz w:val="20"/>
                <w:szCs w:val="20"/>
              </w:rPr>
              <w:t xml:space="preserve">, </w:t>
            </w:r>
            <w:proofErr w:type="spellStart"/>
            <w:r w:rsidRPr="00974B8D">
              <w:rPr>
                <w:sz w:val="20"/>
                <w:szCs w:val="20"/>
              </w:rPr>
              <w:t>foraje</w:t>
            </w:r>
            <w:proofErr w:type="spellEnd"/>
            <w:r w:rsidRPr="00974B8D">
              <w:rPr>
                <w:sz w:val="20"/>
                <w:szCs w:val="20"/>
              </w:rPr>
              <w:t xml:space="preserve">, </w:t>
            </w:r>
            <w:proofErr w:type="spellStart"/>
            <w:r w:rsidRPr="00974B8D">
              <w:rPr>
                <w:sz w:val="20"/>
                <w:szCs w:val="20"/>
              </w:rPr>
              <w:t>excavări</w:t>
            </w:r>
            <w:proofErr w:type="spellEnd"/>
            <w:r w:rsidRPr="00974B8D">
              <w:rPr>
                <w:sz w:val="20"/>
                <w:szCs w:val="20"/>
              </w:rPr>
              <w:t xml:space="preserve">     ☐ </w:t>
            </w:r>
            <w:proofErr w:type="spellStart"/>
            <w:r w:rsidRPr="00974B8D">
              <w:rPr>
                <w:sz w:val="20"/>
                <w:szCs w:val="20"/>
              </w:rPr>
              <w:t>cercetări</w:t>
            </w:r>
            <w:proofErr w:type="spellEnd"/>
            <w:r w:rsidRPr="00974B8D">
              <w:rPr>
                <w:sz w:val="20"/>
                <w:szCs w:val="20"/>
              </w:rPr>
              <w:t xml:space="preserve"> pentru </w:t>
            </w:r>
            <w:proofErr w:type="spellStart"/>
            <w:r w:rsidRPr="00974B8D">
              <w:rPr>
                <w:sz w:val="20"/>
                <w:szCs w:val="20"/>
              </w:rPr>
              <w:t>zăcăminte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naturale</w:t>
            </w:r>
            <w:proofErr w:type="spellEnd"/>
            <w:r w:rsidRPr="00974B8D">
              <w:rPr>
                <w:sz w:val="20"/>
                <w:szCs w:val="20"/>
              </w:rPr>
              <w:t xml:space="preserve">     ☐ </w:t>
            </w:r>
            <w:proofErr w:type="spellStart"/>
            <w:r w:rsidRPr="00974B8D">
              <w:rPr>
                <w:sz w:val="20"/>
                <w:szCs w:val="20"/>
              </w:rPr>
              <w:t>spații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verzi</w:t>
            </w:r>
            <w:proofErr w:type="spellEnd"/>
            <w:r w:rsidRPr="00974B8D">
              <w:rPr>
                <w:sz w:val="20"/>
                <w:szCs w:val="20"/>
              </w:rPr>
              <w:t xml:space="preserve">, </w:t>
            </w:r>
            <w:proofErr w:type="spellStart"/>
            <w:r w:rsidRPr="00974B8D">
              <w:rPr>
                <w:sz w:val="20"/>
                <w:szCs w:val="20"/>
              </w:rPr>
              <w:t>plantate</w:t>
            </w:r>
            <w:proofErr w:type="spellEnd"/>
            <w:r w:rsidRPr="00974B8D">
              <w:rPr>
                <w:sz w:val="20"/>
                <w:szCs w:val="20"/>
              </w:rPr>
              <w:t xml:space="preserve">     ☐ </w:t>
            </w:r>
            <w:proofErr w:type="spellStart"/>
            <w:r w:rsidRPr="00974B8D">
              <w:rPr>
                <w:sz w:val="20"/>
                <w:szCs w:val="20"/>
              </w:rPr>
              <w:t>spații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publice</w:t>
            </w:r>
            <w:proofErr w:type="spellEnd"/>
            <w:r w:rsidRPr="00974B8D">
              <w:rPr>
                <w:sz w:val="20"/>
                <w:szCs w:val="20"/>
              </w:rPr>
              <w:t xml:space="preserve">     ☐ </w:t>
            </w:r>
            <w:proofErr w:type="spellStart"/>
            <w:r w:rsidRPr="00974B8D">
              <w:rPr>
                <w:sz w:val="20"/>
                <w:szCs w:val="20"/>
              </w:rPr>
              <w:t>organizare</w:t>
            </w:r>
            <w:proofErr w:type="spellEnd"/>
            <w:r w:rsidRPr="00974B8D">
              <w:rPr>
                <w:sz w:val="20"/>
                <w:szCs w:val="20"/>
              </w:rPr>
              <w:t xml:space="preserve"> de </w:t>
            </w:r>
            <w:proofErr w:type="spellStart"/>
            <w:r w:rsidRPr="00974B8D">
              <w:rPr>
                <w:sz w:val="20"/>
                <w:szCs w:val="20"/>
              </w:rPr>
              <w:t>șantier</w:t>
            </w:r>
            <w:proofErr w:type="spellEnd"/>
          </w:p>
        </w:tc>
      </w:tr>
      <w:tr w:rsidR="00974B8D" w:rsidRPr="00974B8D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Pr="00974B8D" w:rsidRDefault="00974B8D">
            <w:pPr>
              <w:keepNext/>
              <w:rPr>
                <w:sz w:val="20"/>
                <w:szCs w:val="20"/>
              </w:rPr>
            </w:pPr>
            <w:r w:rsidRPr="00974B8D">
              <w:rPr>
                <w:sz w:val="20"/>
                <w:szCs w:val="20"/>
              </w:rPr>
              <w:t xml:space="preserve"> D · </w:t>
            </w:r>
            <w:proofErr w:type="spellStart"/>
            <w:r w:rsidRPr="00974B8D">
              <w:rPr>
                <w:sz w:val="20"/>
                <w:szCs w:val="20"/>
              </w:rPr>
              <w:t>Lucrări</w:t>
            </w:r>
            <w:proofErr w:type="spellEnd"/>
            <w:r w:rsidRPr="00974B8D">
              <w:rPr>
                <w:sz w:val="20"/>
                <w:szCs w:val="20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</w:rPr>
              <w:t>inginerești</w:t>
            </w:r>
            <w:proofErr w:type="spellEnd"/>
          </w:p>
        </w:tc>
      </w:tr>
      <w:tr w:rsidR="00974B8D" w:rsidRPr="00974B8D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974B8D" w:rsidRDefault="00974B8D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infrastructură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de transport</w:t>
            </w:r>
          </w:p>
          <w:p w14:paraId="05C62BB3" w14:textId="77777777" w:rsidR="00BD4241" w:rsidRPr="00974B8D" w:rsidRDefault="00974B8D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infrastructură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energetică</w:t>
            </w:r>
            <w:proofErr w:type="spellEnd"/>
          </w:p>
          <w:p w14:paraId="1E87347E" w14:textId="77777777" w:rsidR="00BD4241" w:rsidRPr="00974B8D" w:rsidRDefault="00974B8D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rețele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comunicații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electronice</w:t>
            </w:r>
            <w:proofErr w:type="spellEnd"/>
          </w:p>
          <w:p w14:paraId="43F594AA" w14:textId="77777777" w:rsidR="00BD4241" w:rsidRPr="00974B8D" w:rsidRDefault="00974B8D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gospodărirea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apelor</w:t>
            </w:r>
            <w:proofErr w:type="spellEnd"/>
          </w:p>
          <w:p w14:paraId="3F55129D" w14:textId="77777777" w:rsidR="00BD4241" w:rsidRPr="00974B8D" w:rsidRDefault="00974B8D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hidrotehnice</w:t>
            </w:r>
            <w:proofErr w:type="spellEnd"/>
          </w:p>
          <w:p w14:paraId="3DB7F2E4" w14:textId="77777777" w:rsidR="00BD4241" w:rsidRPr="00974B8D" w:rsidRDefault="00974B8D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miniere</w:t>
            </w:r>
            <w:proofErr w:type="spellEnd"/>
          </w:p>
          <w:p w14:paraId="54EDF735" w14:textId="77777777" w:rsidR="00BD4241" w:rsidRPr="00974B8D" w:rsidRDefault="00974B8D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>☐</w:t>
            </w:r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alte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lucrări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inginerești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necesare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realizării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unor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obiective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interes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974B8D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4B8D" w:rsidRPr="00974B8D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Pr="00974B8D" w:rsidRDefault="00974B8D">
            <w:pPr>
              <w:keepNext/>
              <w:rPr>
                <w:sz w:val="20"/>
                <w:szCs w:val="20"/>
              </w:rPr>
            </w:pPr>
            <w:r w:rsidRPr="00974B8D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974B8D">
              <w:rPr>
                <w:b/>
                <w:sz w:val="20"/>
                <w:szCs w:val="20"/>
              </w:rPr>
              <w:t xml:space="preserve">5. </w:t>
            </w:r>
            <w:r w:rsidRPr="00974B8D">
              <w:rPr>
                <w:b/>
                <w:sz w:val="20"/>
                <w:szCs w:val="20"/>
              </w:rPr>
              <w:t>SE ANEXEAZĂ</w:t>
            </w:r>
          </w:p>
        </w:tc>
      </w:tr>
      <w:tr w:rsidR="00974B8D" w:rsidRPr="00974B8D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Pr="00974B8D" w:rsidRDefault="00974B8D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☐ extras de carte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funciară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actualizat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</w:t>
            </w:r>
          </w:p>
          <w:p w14:paraId="0D86EE92" w14:textId="62B10523" w:rsidR="00A256C2" w:rsidRPr="00974B8D" w:rsidRDefault="00200AB0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☐ plan de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situație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propus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amprenta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974B8D">
              <w:rPr>
                <w:sz w:val="20"/>
                <w:szCs w:val="20"/>
                <w:lang w:val="fr-FR"/>
              </w:rPr>
              <w:t>la sol</w:t>
            </w:r>
            <w:proofErr w:type="gramEnd"/>
            <w:r w:rsidRPr="00974B8D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corpurilor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="00A256C2" w:rsidRPr="00974B8D">
              <w:rPr>
                <w:sz w:val="20"/>
                <w:szCs w:val="20"/>
                <w:lang w:val="fr-FR"/>
              </w:rPr>
              <w:t>clădire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propuse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spre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construire /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desființare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extindere</w:t>
            </w:r>
            <w:proofErr w:type="spellEnd"/>
            <w:r w:rsidR="00A256C2" w:rsidRPr="00974B8D">
              <w:rPr>
                <w:sz w:val="20"/>
                <w:szCs w:val="20"/>
                <w:lang w:val="fr-FR"/>
              </w:rPr>
              <w:t xml:space="preserve"> </w:t>
            </w:r>
            <w:r w:rsidRPr="00974B8D">
              <w:rPr>
                <w:sz w:val="20"/>
                <w:szCs w:val="20"/>
                <w:lang w:val="fr-FR"/>
              </w:rPr>
              <w:t xml:space="preserve">    </w:t>
            </w:r>
          </w:p>
          <w:p w14:paraId="19AB48A6" w14:textId="5112B693" w:rsidR="00BD4241" w:rsidRPr="00974B8D" w:rsidRDefault="00A256C2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☐ plan de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încadrare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în zonă</w:t>
            </w:r>
            <w:r w:rsidR="00745F29" w:rsidRPr="00974B8D">
              <w:rPr>
                <w:sz w:val="20"/>
                <w:szCs w:val="20"/>
                <w:lang w:val="fr-FR"/>
              </w:rPr>
              <w:t xml:space="preserve"> în </w:t>
            </w:r>
            <w:proofErr w:type="spellStart"/>
            <w:r w:rsidR="00745F29" w:rsidRPr="00974B8D">
              <w:rPr>
                <w:sz w:val="20"/>
                <w:szCs w:val="20"/>
                <w:lang w:val="fr-FR"/>
              </w:rPr>
              <w:t>sistem</w:t>
            </w:r>
            <w:proofErr w:type="spellEnd"/>
            <w:r w:rsidR="00745F29"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745F29" w:rsidRPr="00974B8D">
              <w:rPr>
                <w:sz w:val="20"/>
                <w:szCs w:val="20"/>
                <w:lang w:val="fr-FR"/>
              </w:rPr>
              <w:t>Stereo</w:t>
            </w:r>
            <w:proofErr w:type="spellEnd"/>
            <w:r w:rsidR="00745F29" w:rsidRPr="00974B8D">
              <w:rPr>
                <w:sz w:val="20"/>
                <w:szCs w:val="20"/>
                <w:lang w:val="fr-FR"/>
              </w:rPr>
              <w:t xml:space="preserve"> 70</w:t>
            </w:r>
            <w:r w:rsidRPr="00974B8D">
              <w:rPr>
                <w:sz w:val="20"/>
                <w:szCs w:val="20"/>
                <w:lang w:val="fr-FR"/>
              </w:rPr>
              <w:t xml:space="preserve">     ☐ descrierea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succintă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investiției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☐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împuternicirea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dacă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este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974B8D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4B8D" w:rsidRPr="00974B8D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Pr="00974B8D" w:rsidRDefault="00974B8D">
            <w:pPr>
              <w:keepNext/>
              <w:rPr>
                <w:sz w:val="20"/>
                <w:szCs w:val="20"/>
              </w:rPr>
            </w:pPr>
            <w:r w:rsidRPr="00974B8D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974B8D">
              <w:rPr>
                <w:b/>
                <w:sz w:val="20"/>
                <w:szCs w:val="20"/>
              </w:rPr>
              <w:t xml:space="preserve">6. </w:t>
            </w:r>
            <w:r w:rsidRPr="00974B8D">
              <w:rPr>
                <w:b/>
                <w:sz w:val="20"/>
                <w:szCs w:val="20"/>
              </w:rPr>
              <w:t>COMUNICAREA RĂSPUNSULUI</w:t>
            </w:r>
          </w:p>
        </w:tc>
      </w:tr>
      <w:tr w:rsidR="00BD4241" w:rsidRPr="00974B8D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974B8D" w:rsidRDefault="00974B8D">
            <w:pPr>
              <w:rPr>
                <w:sz w:val="20"/>
                <w:szCs w:val="20"/>
                <w:lang w:val="fr-FR"/>
              </w:rPr>
            </w:pPr>
            <w:r w:rsidRPr="00974B8D">
              <w:rPr>
                <w:sz w:val="20"/>
                <w:szCs w:val="20"/>
                <w:lang w:val="fr-FR"/>
              </w:rPr>
              <w:t xml:space="preserve"> ☐ în format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scris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, prin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poștă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☐ în format digital, </w:t>
            </w:r>
            <w:r w:rsidRPr="00974B8D">
              <w:rPr>
                <w:sz w:val="20"/>
                <w:szCs w:val="20"/>
                <w:lang w:val="fr-FR"/>
              </w:rPr>
              <w:t xml:space="preserve">la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adresa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974B8D">
              <w:rPr>
                <w:sz w:val="20"/>
                <w:szCs w:val="20"/>
                <w:lang w:val="fr-FR"/>
              </w:rPr>
              <w:t>de e-mail</w:t>
            </w:r>
            <w:proofErr w:type="gram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indicată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    ☐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ridicare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de la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sediul</w:t>
            </w:r>
            <w:proofErr w:type="spellEnd"/>
            <w:r w:rsidRPr="00974B8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74B8D">
              <w:rPr>
                <w:sz w:val="20"/>
                <w:szCs w:val="20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974B8D" w:rsidRDefault="00BD4241">
      <w:pPr>
        <w:spacing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74B8D" w:rsidRPr="00974B8D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Pr="00974B8D" w:rsidRDefault="00974B8D">
            <w:pPr>
              <w:keepNext/>
              <w:rPr>
                <w:sz w:val="20"/>
                <w:szCs w:val="20"/>
              </w:rPr>
            </w:pPr>
            <w:r w:rsidRPr="00974B8D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974B8D">
              <w:rPr>
                <w:b/>
                <w:sz w:val="20"/>
                <w:szCs w:val="20"/>
              </w:rPr>
              <w:t xml:space="preserve">7. </w:t>
            </w:r>
            <w:r w:rsidRPr="00974B8D">
              <w:rPr>
                <w:b/>
                <w:sz w:val="20"/>
                <w:szCs w:val="20"/>
              </w:rPr>
              <w:t>DATA ȘI SEMNĂTURA</w:t>
            </w:r>
          </w:p>
        </w:tc>
      </w:tr>
      <w:tr w:rsidR="00974B8D" w:rsidRPr="00974B8D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Pr="00974B8D" w:rsidRDefault="00974B8D">
            <w:pPr>
              <w:rPr>
                <w:sz w:val="20"/>
                <w:szCs w:val="20"/>
              </w:rPr>
            </w:pPr>
            <w:r w:rsidRPr="00974B8D">
              <w:rPr>
                <w:b/>
                <w:sz w:val="20"/>
                <w:szCs w:val="20"/>
              </w:rPr>
              <w:t>Data</w:t>
            </w:r>
          </w:p>
          <w:p w14:paraId="0640A92C" w14:textId="77777777" w:rsidR="00BD4241" w:rsidRPr="00974B8D" w:rsidRDefault="00BD4241">
            <w:pPr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79A6A644" w14:textId="77777777" w:rsidR="00BD4241" w:rsidRPr="00974B8D" w:rsidRDefault="00974B8D">
            <w:pPr>
              <w:rPr>
                <w:sz w:val="20"/>
                <w:szCs w:val="20"/>
              </w:rPr>
            </w:pPr>
            <w:proofErr w:type="spellStart"/>
            <w:r w:rsidRPr="00974B8D">
              <w:rPr>
                <w:b/>
                <w:sz w:val="20"/>
                <w:szCs w:val="20"/>
              </w:rPr>
              <w:t>Solicitantul</w:t>
            </w:r>
            <w:proofErr w:type="spellEnd"/>
          </w:p>
          <w:p w14:paraId="09458222" w14:textId="77777777" w:rsidR="00BD4241" w:rsidRPr="00974B8D" w:rsidRDefault="00BD4241">
            <w:pPr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4A9DF68B" w14:textId="77777777" w:rsidR="00BD4241" w:rsidRPr="00974B8D" w:rsidRDefault="00974B8D">
            <w:pPr>
              <w:rPr>
                <w:sz w:val="20"/>
                <w:szCs w:val="20"/>
              </w:rPr>
            </w:pPr>
            <w:proofErr w:type="spellStart"/>
            <w:r w:rsidRPr="00974B8D">
              <w:rPr>
                <w:b/>
                <w:sz w:val="20"/>
                <w:szCs w:val="20"/>
              </w:rPr>
              <w:t>Semnătura</w:t>
            </w:r>
            <w:proofErr w:type="spellEnd"/>
          </w:p>
          <w:p w14:paraId="29080212" w14:textId="77777777" w:rsidR="00BD4241" w:rsidRPr="00974B8D" w:rsidRDefault="00BD4241">
            <w:pPr>
              <w:rPr>
                <w:sz w:val="20"/>
                <w:szCs w:val="20"/>
              </w:rPr>
            </w:pPr>
          </w:p>
        </w:tc>
      </w:tr>
    </w:tbl>
    <w:p w14:paraId="5CBD0F60" w14:textId="77777777" w:rsidR="00BD4241" w:rsidRPr="00974B8D" w:rsidRDefault="00BD4241">
      <w:pPr>
        <w:spacing w:line="168" w:lineRule="auto"/>
      </w:pPr>
    </w:p>
    <w:sectPr w:rsidR="00BD4241" w:rsidRPr="00974B8D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060EA" w14:textId="77777777" w:rsidR="00BD4241" w:rsidRDefault="00974B8D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974B8D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6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USSER</cp:lastModifiedBy>
  <cp:revision>2</cp:revision>
  <dcterms:created xsi:type="dcterms:W3CDTF">2013-12-23T23:15:00Z</dcterms:created>
  <dcterms:modified xsi:type="dcterms:W3CDTF">2026-09-14T14:41:00Z</dcterms:modified>
  <cp:category/>
</cp:coreProperties>
</file>