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93438" w14:paraId="0E75E32D" w14:textId="77777777" w:rsidTr="00E67BE0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AEAB575" w14:textId="77777777" w:rsidR="00393438" w:rsidRDefault="00393438" w:rsidP="00E67BE0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2C954F2F" wp14:editId="770B8301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59402FC8" w14:textId="77777777" w:rsidR="00393438" w:rsidRDefault="00393438" w:rsidP="00E67BE0">
            <w:pPr>
              <w:keepNext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Județul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TULCEA</w:t>
            </w:r>
            <w:proofErr w:type="gramEnd"/>
          </w:p>
        </w:tc>
      </w:tr>
      <w:tr w:rsidR="00393438" w14:paraId="6F3538CB" w14:textId="77777777" w:rsidTr="00E67BE0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B98EED1" w14:textId="77777777" w:rsidR="00393438" w:rsidRDefault="00393438" w:rsidP="00E67BE0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50EADFB" w14:textId="77777777" w:rsidR="00393438" w:rsidRDefault="00393438" w:rsidP="00E67BE0">
            <w:pPr>
              <w:keepNext/>
              <w:rPr>
                <w:sz w:val="22"/>
                <w:lang w:val="ro-RO"/>
              </w:rPr>
            </w:pPr>
            <w:proofErr w:type="spellStart"/>
            <w:r>
              <w:rPr>
                <w:sz w:val="22"/>
              </w:rPr>
              <w:t>Autoritatea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administrației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publice</w:t>
            </w:r>
            <w:proofErr w:type="spellEnd"/>
            <w:r>
              <w:rPr>
                <w:sz w:val="22"/>
              </w:rPr>
              <w:t xml:space="preserve">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393438" w14:paraId="01425C3C" w14:textId="77777777" w:rsidTr="00E67BE0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7D0AFF1" w14:textId="77777777" w:rsidR="00393438" w:rsidRDefault="00393438" w:rsidP="00E67BE0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BFA957B" w14:textId="77777777" w:rsidR="00393438" w:rsidRDefault="00393438" w:rsidP="00E67BE0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Cod de </w:t>
            </w:r>
            <w:proofErr w:type="spellStart"/>
            <w:r>
              <w:rPr>
                <w:sz w:val="22"/>
                <w:lang w:val="fr-FR"/>
              </w:rPr>
              <w:t>identificare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fiscală</w:t>
            </w:r>
            <w:proofErr w:type="spellEnd"/>
            <w:r>
              <w:rPr>
                <w:sz w:val="22"/>
                <w:lang w:val="fr-FR"/>
              </w:rPr>
              <w:t xml:space="preserve"> (CIF)</w:t>
            </w:r>
          </w:p>
          <w:p w14:paraId="67455CDC" w14:textId="77777777" w:rsidR="00393438" w:rsidRDefault="00393438" w:rsidP="00E67BE0">
            <w:pPr>
              <w:keepNext/>
              <w:jc w:val="center"/>
              <w:rPr>
                <w:sz w:val="22"/>
                <w:lang w:val="fr-FR"/>
              </w:rPr>
            </w:pPr>
          </w:p>
          <w:p w14:paraId="6B084135" w14:textId="77777777" w:rsidR="00393438" w:rsidRDefault="00393438" w:rsidP="00E67BE0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6BA6D90" w14:textId="77777777" w:rsidR="00393438" w:rsidRDefault="00393438" w:rsidP="00E67BE0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Adresa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oficială</w:t>
            </w:r>
            <w:proofErr w:type="spellEnd"/>
          </w:p>
          <w:p w14:paraId="290A08F4" w14:textId="77777777" w:rsidR="00393438" w:rsidRDefault="00393438" w:rsidP="00E67BE0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Str.  1 </w:t>
            </w:r>
            <w:proofErr w:type="spellStart"/>
            <w:proofErr w:type="gramStart"/>
            <w:r>
              <w:rPr>
                <w:bCs/>
                <w:iCs/>
                <w:sz w:val="22"/>
              </w:rPr>
              <w:t>Decembrie</w:t>
            </w:r>
            <w:proofErr w:type="spellEnd"/>
            <w:r>
              <w:rPr>
                <w:bCs/>
                <w:iCs/>
                <w:sz w:val="22"/>
              </w:rPr>
              <w:t xml:space="preserve">  Nr</w:t>
            </w:r>
            <w:proofErr w:type="gramEnd"/>
            <w:r>
              <w:rPr>
                <w:bCs/>
                <w:iCs/>
                <w:sz w:val="22"/>
              </w:rPr>
              <w:t xml:space="preserve">. 25, Isaccea, </w:t>
            </w:r>
            <w:proofErr w:type="spellStart"/>
            <w:r>
              <w:rPr>
                <w:bCs/>
                <w:iCs/>
                <w:sz w:val="22"/>
              </w:rPr>
              <w:t>județul</w:t>
            </w:r>
            <w:proofErr w:type="spellEnd"/>
            <w:r>
              <w:rPr>
                <w:bCs/>
                <w:iCs/>
                <w:sz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</w:rPr>
              <w:t>Tulcea</w:t>
            </w:r>
            <w:proofErr w:type="spellEnd"/>
          </w:p>
          <w:p w14:paraId="010631BD" w14:textId="77777777" w:rsidR="00393438" w:rsidRDefault="00393438" w:rsidP="00E67BE0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65AEE2DE" w14:textId="77777777" w:rsidR="00393438" w:rsidRDefault="00393438" w:rsidP="00E67BE0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393438" w14:paraId="218511D7" w14:textId="77777777" w:rsidTr="00E67BE0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9D912DB" w14:textId="77777777" w:rsidR="00393438" w:rsidRDefault="00393438" w:rsidP="00E67BE0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7B54A14" w14:textId="77777777" w:rsidR="00393438" w:rsidRDefault="00393438" w:rsidP="00E67BE0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Număr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înregistrare</w:t>
            </w:r>
            <w:proofErr w:type="spellEnd"/>
          </w:p>
          <w:p w14:paraId="10E7C380" w14:textId="77777777" w:rsidR="00393438" w:rsidRDefault="00393438" w:rsidP="00E67BE0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643BDFF" w14:textId="77777777" w:rsidR="00393438" w:rsidRDefault="00393438" w:rsidP="00E67BE0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0FDCB7D5" w14:textId="77777777" w:rsidR="00393438" w:rsidRDefault="00393438" w:rsidP="00E67BE0">
            <w:pPr>
              <w:keepNext/>
              <w:rPr>
                <w:sz w:val="22"/>
              </w:rPr>
            </w:pPr>
          </w:p>
        </w:tc>
      </w:tr>
      <w:tr w:rsidR="00393438" w14:paraId="65634685" w14:textId="77777777" w:rsidTr="00E67BE0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90A2612" w14:textId="77777777" w:rsidR="00393438" w:rsidRDefault="00393438" w:rsidP="00E67BE0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</w:t>
            </w:r>
            <w:proofErr w:type="gramStart"/>
            <w:r>
              <w:rPr>
                <w:i/>
                <w:sz w:val="22"/>
                <w:lang w:val="fr-FR"/>
              </w:rPr>
              <w:t>se</w:t>
            </w:r>
            <w:proofErr w:type="gram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completează</w:t>
            </w:r>
            <w:proofErr w:type="spellEnd"/>
            <w:r>
              <w:rPr>
                <w:i/>
                <w:sz w:val="22"/>
                <w:lang w:val="fr-FR"/>
              </w:rPr>
              <w:t xml:space="preserve"> de </w:t>
            </w:r>
            <w:proofErr w:type="spellStart"/>
            <w:r>
              <w:rPr>
                <w:i/>
                <w:sz w:val="22"/>
                <w:lang w:val="fr-FR"/>
              </w:rPr>
              <w:t>autoritate</w:t>
            </w:r>
            <w:proofErr w:type="spellEnd"/>
            <w:r>
              <w:rPr>
                <w:i/>
                <w:sz w:val="22"/>
                <w:lang w:val="fr-FR"/>
              </w:rPr>
              <w:t xml:space="preserve"> — </w:t>
            </w:r>
            <w:proofErr w:type="spellStart"/>
            <w:r>
              <w:rPr>
                <w:i/>
                <w:sz w:val="22"/>
                <w:lang w:val="fr-FR"/>
              </w:rPr>
              <w:t>solicitantul</w:t>
            </w:r>
            <w:proofErr w:type="spellEnd"/>
            <w:r>
              <w:rPr>
                <w:i/>
                <w:sz w:val="22"/>
                <w:lang w:val="fr-FR"/>
              </w:rPr>
              <w:t xml:space="preserve"> nu </w:t>
            </w:r>
            <w:proofErr w:type="spellStart"/>
            <w:r>
              <w:rPr>
                <w:i/>
                <w:sz w:val="22"/>
                <w:lang w:val="fr-FR"/>
              </w:rPr>
              <w:t>scrie</w:t>
            </w:r>
            <w:proofErr w:type="spellEnd"/>
            <w:r>
              <w:rPr>
                <w:i/>
                <w:sz w:val="22"/>
                <w:lang w:val="fr-FR"/>
              </w:rPr>
              <w:t xml:space="preserve"> în </w:t>
            </w:r>
            <w:proofErr w:type="spellStart"/>
            <w:r>
              <w:rPr>
                <w:i/>
                <w:sz w:val="22"/>
                <w:lang w:val="fr-FR"/>
              </w:rPr>
              <w:t>această</w:t>
            </w:r>
            <w:proofErr w:type="spellEnd"/>
            <w:r>
              <w:rPr>
                <w:i/>
                <w:sz w:val="22"/>
                <w:lang w:val="fr-FR"/>
              </w:rPr>
              <w:t xml:space="preserve"> zonă</w:t>
            </w:r>
          </w:p>
        </w:tc>
      </w:tr>
    </w:tbl>
    <w:p w14:paraId="69A4BF87" w14:textId="29EA04D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393438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93438" w:rsidRPr="00393438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Pr="00393438" w:rsidRDefault="00393438">
            <w:pPr>
              <w:keepNext/>
            </w:pPr>
            <w:r w:rsidRPr="00393438">
              <w:rPr>
                <w:b/>
                <w:sz w:val="16"/>
              </w:rPr>
              <w:t xml:space="preserve"> 1. </w:t>
            </w:r>
            <w:r w:rsidRPr="00393438">
              <w:rPr>
                <w:b/>
                <w:sz w:val="18"/>
              </w:rPr>
              <w:t>CĂTRE</w:t>
            </w:r>
          </w:p>
        </w:tc>
      </w:tr>
      <w:tr w:rsidR="00393438" w:rsidRPr="00393438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393438" w:rsidRDefault="00393438">
            <w:pPr>
              <w:keepNext/>
              <w:rPr>
                <w:lang w:val="fr-FR"/>
              </w:rPr>
            </w:pPr>
            <w:proofErr w:type="spellStart"/>
            <w:r w:rsidRPr="00393438">
              <w:rPr>
                <w:b/>
                <w:lang w:val="fr-FR"/>
              </w:rPr>
              <w:t>Instituția</w:t>
            </w:r>
            <w:proofErr w:type="spellEnd"/>
          </w:p>
          <w:p w14:paraId="7BA26637" w14:textId="0FFAD158" w:rsidR="00846492" w:rsidRPr="00393438" w:rsidRDefault="00393438" w:rsidP="00393438">
            <w:pPr>
              <w:keepNext/>
              <w:jc w:val="center"/>
              <w:rPr>
                <w:b/>
                <w:bCs/>
                <w:lang w:val="fr-FR"/>
              </w:rPr>
            </w:pPr>
            <w:r w:rsidRPr="00393438">
              <w:rPr>
                <w:b/>
                <w:bCs/>
                <w:i/>
                <w:lang w:val="fr-FR"/>
              </w:rPr>
              <w:t>PRIMĂRIA ORAȘULUI ISACCEA</w:t>
            </w:r>
          </w:p>
          <w:p w14:paraId="20383914" w14:textId="77777777" w:rsidR="00846492" w:rsidRPr="00393438" w:rsidRDefault="00846492">
            <w:pPr>
              <w:keepNext/>
              <w:rPr>
                <w:lang w:val="fr-FR"/>
              </w:rPr>
            </w:pPr>
          </w:p>
        </w:tc>
      </w:tr>
      <w:tr w:rsidR="00393438" w:rsidRPr="00393438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393438" w:rsidRDefault="00393438">
            <w:pPr>
              <w:spacing w:line="228" w:lineRule="auto"/>
              <w:rPr>
                <w:lang w:val="fr-FR"/>
              </w:rPr>
            </w:pPr>
            <w:proofErr w:type="spellStart"/>
            <w:r w:rsidRPr="00393438">
              <w:rPr>
                <w:lang w:val="fr-FR"/>
              </w:rPr>
              <w:t>Cererea</w:t>
            </w:r>
            <w:proofErr w:type="spellEnd"/>
            <w:r w:rsidRPr="00393438">
              <w:rPr>
                <w:lang w:val="fr-FR"/>
              </w:rPr>
              <w:t xml:space="preserve"> va fi </w:t>
            </w:r>
            <w:proofErr w:type="spellStart"/>
            <w:r w:rsidRPr="00393438">
              <w:rPr>
                <w:lang w:val="fr-FR"/>
              </w:rPr>
              <w:t>transmisă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către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președintele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consiliului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județean</w:t>
            </w:r>
            <w:proofErr w:type="spellEnd"/>
            <w:r w:rsidRPr="00393438">
              <w:rPr>
                <w:lang w:val="fr-FR"/>
              </w:rPr>
              <w:t xml:space="preserve">, </w:t>
            </w:r>
            <w:proofErr w:type="spellStart"/>
            <w:r w:rsidRPr="00393438">
              <w:rPr>
                <w:lang w:val="fr-FR"/>
              </w:rPr>
              <w:t>primarul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general</w:t>
            </w:r>
            <w:proofErr w:type="spellEnd"/>
            <w:r w:rsidRPr="00393438">
              <w:rPr>
                <w:lang w:val="fr-FR"/>
              </w:rPr>
              <w:t xml:space="preserve">, </w:t>
            </w:r>
            <w:proofErr w:type="spellStart"/>
            <w:r w:rsidRPr="00393438">
              <w:rPr>
                <w:lang w:val="fr-FR"/>
              </w:rPr>
              <w:t>primarul</w:t>
            </w:r>
            <w:proofErr w:type="spellEnd"/>
            <w:r w:rsidRPr="00393438">
              <w:rPr>
                <w:lang w:val="fr-FR"/>
              </w:rPr>
              <w:t xml:space="preserve"> de </w:t>
            </w:r>
            <w:proofErr w:type="spellStart"/>
            <w:r w:rsidRPr="00393438">
              <w:rPr>
                <w:lang w:val="fr-FR"/>
              </w:rPr>
              <w:t>sector</w:t>
            </w:r>
            <w:proofErr w:type="spellEnd"/>
            <w:r w:rsidRPr="00393438">
              <w:rPr>
                <w:lang w:val="fr-FR"/>
              </w:rPr>
              <w:t xml:space="preserve"> sau </w:t>
            </w:r>
            <w:proofErr w:type="spellStart"/>
            <w:r w:rsidRPr="00393438">
              <w:rPr>
                <w:lang w:val="fr-FR"/>
              </w:rPr>
              <w:t>primarul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municipiului</w:t>
            </w:r>
            <w:proofErr w:type="spellEnd"/>
            <w:r w:rsidRPr="00393438">
              <w:rPr>
                <w:lang w:val="fr-FR"/>
              </w:rPr>
              <w:t xml:space="preserve"> / orașului / </w:t>
            </w:r>
            <w:proofErr w:type="spellStart"/>
            <w:r w:rsidRPr="00393438">
              <w:rPr>
                <w:lang w:val="fr-FR"/>
              </w:rPr>
              <w:t>comunei</w:t>
            </w:r>
            <w:proofErr w:type="spellEnd"/>
            <w:r w:rsidRPr="00393438">
              <w:rPr>
                <w:lang w:val="fr-FR"/>
              </w:rPr>
              <w:t xml:space="preserve">, </w:t>
            </w:r>
            <w:proofErr w:type="spellStart"/>
            <w:r w:rsidRPr="00393438">
              <w:rPr>
                <w:lang w:val="fr-FR"/>
              </w:rPr>
              <w:t>după</w:t>
            </w:r>
            <w:proofErr w:type="spellEnd"/>
            <w:r w:rsidRPr="00393438">
              <w:rPr>
                <w:lang w:val="fr-FR"/>
              </w:rPr>
              <w:t xml:space="preserve"> </w:t>
            </w:r>
            <w:proofErr w:type="spellStart"/>
            <w:r w:rsidRPr="00393438">
              <w:rPr>
                <w:lang w:val="fr-FR"/>
              </w:rPr>
              <w:t>caz</w:t>
            </w:r>
            <w:proofErr w:type="spellEnd"/>
            <w:r w:rsidRPr="00393438">
              <w:rPr>
                <w:lang w:val="fr-FR"/>
              </w:rPr>
              <w:t>.</w:t>
            </w:r>
          </w:p>
        </w:tc>
      </w:tr>
    </w:tbl>
    <w:p w14:paraId="001AE2FB" w14:textId="77777777" w:rsidR="00846492" w:rsidRPr="00393438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93438" w:rsidRPr="00393438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Pr="00393438" w:rsidRDefault="00393438">
            <w:pPr>
              <w:keepNext/>
            </w:pPr>
            <w:r w:rsidRPr="00393438">
              <w:rPr>
                <w:b/>
                <w:sz w:val="16"/>
                <w:lang w:val="fr-FR"/>
              </w:rPr>
              <w:t xml:space="preserve"> </w:t>
            </w:r>
            <w:r w:rsidRPr="00393438">
              <w:rPr>
                <w:b/>
                <w:sz w:val="16"/>
              </w:rPr>
              <w:t xml:space="preserve">2. </w:t>
            </w:r>
            <w:r w:rsidRPr="00393438">
              <w:rPr>
                <w:b/>
                <w:sz w:val="18"/>
              </w:rPr>
              <w:t>SOLICITANTUL</w:t>
            </w:r>
          </w:p>
        </w:tc>
      </w:tr>
      <w:tr w:rsidR="00393438" w:rsidRPr="00393438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Nume</w:t>
            </w:r>
            <w:proofErr w:type="spellEnd"/>
            <w:r w:rsidRPr="00393438">
              <w:rPr>
                <w:b/>
              </w:rPr>
              <w:t xml:space="preserve"> și </w:t>
            </w:r>
            <w:proofErr w:type="spellStart"/>
            <w:r w:rsidRPr="00393438">
              <w:rPr>
                <w:b/>
              </w:rPr>
              <w:t>prenume</w:t>
            </w:r>
            <w:proofErr w:type="spellEnd"/>
          </w:p>
          <w:p w14:paraId="1CB056C9" w14:textId="77777777" w:rsidR="00846492" w:rsidRPr="00393438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CNP</w:t>
            </w:r>
          </w:p>
          <w:p w14:paraId="34500F5F" w14:textId="77777777" w:rsidR="00846492" w:rsidRPr="00393438" w:rsidRDefault="00846492">
            <w:pPr>
              <w:keepNext/>
            </w:pPr>
          </w:p>
        </w:tc>
      </w:tr>
      <w:tr w:rsidR="00393438" w:rsidRPr="00393438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 xml:space="preserve"> Act de </w:t>
            </w:r>
            <w:proofErr w:type="spellStart"/>
            <w:r w:rsidRPr="00393438">
              <w:rPr>
                <w:sz w:val="16"/>
              </w:rPr>
              <w:t>identitate</w:t>
            </w:r>
            <w:proofErr w:type="spellEnd"/>
          </w:p>
        </w:tc>
      </w:tr>
      <w:tr w:rsidR="00393438" w:rsidRPr="00393438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Seria</w:t>
            </w:r>
            <w:proofErr w:type="spellEnd"/>
          </w:p>
          <w:p w14:paraId="34CEF7E6" w14:textId="77777777" w:rsidR="00846492" w:rsidRPr="00393438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Numărul</w:t>
            </w:r>
            <w:proofErr w:type="spellEnd"/>
          </w:p>
          <w:p w14:paraId="0AEB8A5C" w14:textId="77777777" w:rsidR="00846492" w:rsidRPr="00393438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Eliberat</w:t>
            </w:r>
            <w:proofErr w:type="spellEnd"/>
            <w:r w:rsidRPr="00393438">
              <w:rPr>
                <w:b/>
              </w:rPr>
              <w:t xml:space="preserve"> de</w:t>
            </w:r>
          </w:p>
          <w:p w14:paraId="535D7FCF" w14:textId="77777777" w:rsidR="00846492" w:rsidRPr="00393438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La data</w:t>
            </w:r>
          </w:p>
          <w:p w14:paraId="3BDA4185" w14:textId="77777777" w:rsidR="00846492" w:rsidRPr="00393438" w:rsidRDefault="00846492">
            <w:pPr>
              <w:keepNext/>
            </w:pPr>
          </w:p>
        </w:tc>
      </w:tr>
      <w:tr w:rsidR="00393438" w:rsidRPr="00393438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Domiciliul</w:t>
            </w:r>
            <w:proofErr w:type="spellEnd"/>
          </w:p>
        </w:tc>
      </w:tr>
      <w:tr w:rsidR="00393438" w:rsidRPr="00393438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Județul</w:t>
            </w:r>
            <w:proofErr w:type="spellEnd"/>
          </w:p>
          <w:p w14:paraId="2D3B8F2C" w14:textId="77777777" w:rsidR="00846492" w:rsidRPr="00393438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Municipiul</w:t>
            </w:r>
            <w:proofErr w:type="spellEnd"/>
            <w:r w:rsidRPr="00393438">
              <w:rPr>
                <w:b/>
              </w:rPr>
              <w:t xml:space="preserve"> / orașul / </w:t>
            </w:r>
            <w:proofErr w:type="spellStart"/>
            <w:r w:rsidRPr="00393438">
              <w:rPr>
                <w:b/>
              </w:rPr>
              <w:t>comuna</w:t>
            </w:r>
            <w:proofErr w:type="spellEnd"/>
          </w:p>
          <w:p w14:paraId="7C56BE00" w14:textId="77777777" w:rsidR="00846492" w:rsidRPr="00393438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Satul</w:t>
            </w:r>
            <w:proofErr w:type="spellEnd"/>
            <w:r w:rsidRPr="00393438">
              <w:rPr>
                <w:b/>
              </w:rPr>
              <w:t xml:space="preserve"> / </w:t>
            </w:r>
            <w:proofErr w:type="spellStart"/>
            <w:r w:rsidRPr="00393438">
              <w:rPr>
                <w:b/>
              </w:rPr>
              <w:t>sectorul</w:t>
            </w:r>
            <w:proofErr w:type="spellEnd"/>
          </w:p>
          <w:p w14:paraId="4899515D" w14:textId="77777777" w:rsidR="00846492" w:rsidRPr="00393438" w:rsidRDefault="00846492">
            <w:pPr>
              <w:keepNext/>
            </w:pPr>
          </w:p>
        </w:tc>
      </w:tr>
      <w:tr w:rsidR="00393438" w:rsidRPr="00393438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Strada</w:t>
            </w:r>
          </w:p>
          <w:p w14:paraId="0FFCDC2B" w14:textId="77777777" w:rsidR="00846492" w:rsidRPr="00393438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Nr.</w:t>
            </w:r>
          </w:p>
          <w:p w14:paraId="2B351E33" w14:textId="77777777" w:rsidR="00846492" w:rsidRPr="00393438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Sc.</w:t>
            </w:r>
          </w:p>
          <w:p w14:paraId="00D94A4F" w14:textId="77777777" w:rsidR="00846492" w:rsidRPr="00393438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Et.</w:t>
            </w:r>
          </w:p>
          <w:p w14:paraId="63D38ABA" w14:textId="77777777" w:rsidR="00846492" w:rsidRPr="00393438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Ap.</w:t>
            </w:r>
          </w:p>
          <w:p w14:paraId="0991DEB2" w14:textId="77777777" w:rsidR="00846492" w:rsidRPr="00393438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 xml:space="preserve">Cod </w:t>
            </w:r>
            <w:proofErr w:type="spellStart"/>
            <w:r w:rsidRPr="00393438">
              <w:rPr>
                <w:b/>
              </w:rPr>
              <w:t>poștal</w:t>
            </w:r>
            <w:proofErr w:type="spellEnd"/>
          </w:p>
          <w:p w14:paraId="28DF0FCD" w14:textId="77777777" w:rsidR="00846492" w:rsidRPr="00393438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Ț</w:t>
            </w:r>
            <w:r w:rsidRPr="00393438">
              <w:rPr>
                <w:b/>
              </w:rPr>
              <w:t>ara</w:t>
            </w:r>
            <w:proofErr w:type="spellEnd"/>
          </w:p>
          <w:p w14:paraId="656D3B26" w14:textId="77777777" w:rsidR="00846492" w:rsidRPr="00393438" w:rsidRDefault="00846492">
            <w:pPr>
              <w:keepNext/>
            </w:pPr>
          </w:p>
        </w:tc>
      </w:tr>
      <w:tr w:rsidR="00393438" w:rsidRPr="00393438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 xml:space="preserve"> Date de contact</w:t>
            </w:r>
          </w:p>
        </w:tc>
      </w:tr>
      <w:tr w:rsidR="00393438" w:rsidRPr="00393438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Telefon</w:t>
            </w:r>
            <w:proofErr w:type="spellEnd"/>
            <w:r w:rsidRPr="00393438">
              <w:rPr>
                <w:b/>
              </w:rPr>
              <w:t xml:space="preserve"> / fax</w:t>
            </w:r>
          </w:p>
          <w:p w14:paraId="40438351" w14:textId="77777777" w:rsidR="00846492" w:rsidRPr="00393438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>E-mail</w:t>
            </w:r>
          </w:p>
          <w:p w14:paraId="320A4B08" w14:textId="77777777" w:rsidR="00846492" w:rsidRPr="00393438" w:rsidRDefault="00846492">
            <w:pPr>
              <w:keepNext/>
            </w:pPr>
          </w:p>
        </w:tc>
      </w:tr>
      <w:tr w:rsidR="00846492" w:rsidRPr="00393438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393438" w:rsidRDefault="00393438">
            <w:pPr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 ☐ </w:t>
            </w:r>
            <w:proofErr w:type="spellStart"/>
            <w:r w:rsidRPr="00393438">
              <w:rPr>
                <w:sz w:val="16"/>
                <w:lang w:val="fr-FR"/>
              </w:rPr>
              <w:t>titular</w:t>
            </w:r>
            <w:proofErr w:type="spellEnd"/>
            <w:r w:rsidRPr="00393438">
              <w:rPr>
                <w:sz w:val="16"/>
                <w:lang w:val="fr-FR"/>
              </w:rPr>
              <w:t xml:space="preserve"> al </w:t>
            </w:r>
            <w:proofErr w:type="spellStart"/>
            <w:r w:rsidRPr="00393438">
              <w:rPr>
                <w:sz w:val="16"/>
                <w:lang w:val="fr-FR"/>
              </w:rPr>
              <w:t>dreptului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proprietate</w:t>
            </w:r>
            <w:proofErr w:type="spellEnd"/>
            <w:r w:rsidRPr="00393438">
              <w:rPr>
                <w:sz w:val="16"/>
                <w:lang w:val="fr-FR"/>
              </w:rPr>
              <w:t xml:space="preserve">     ☐ </w:t>
            </w:r>
            <w:proofErr w:type="spellStart"/>
            <w:r w:rsidRPr="00393438">
              <w:rPr>
                <w:sz w:val="16"/>
                <w:lang w:val="fr-FR"/>
              </w:rPr>
              <w:t>împuternicit</w:t>
            </w:r>
            <w:proofErr w:type="spellEnd"/>
            <w:r w:rsidRPr="00393438">
              <w:rPr>
                <w:sz w:val="16"/>
                <w:lang w:val="fr-FR"/>
              </w:rPr>
              <w:t xml:space="preserve"> al </w:t>
            </w:r>
            <w:proofErr w:type="spellStart"/>
            <w:r w:rsidRPr="00393438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393438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393438" w:rsidRPr="00393438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Pr="00393438" w:rsidRDefault="00AD1D4A" w:rsidP="00F80068">
            <w:pPr>
              <w:keepNext/>
            </w:pPr>
            <w:r w:rsidRPr="00393438">
              <w:rPr>
                <w:b/>
                <w:sz w:val="16"/>
              </w:rPr>
              <w:t xml:space="preserve">3. </w:t>
            </w:r>
            <w:r w:rsidRPr="00393438">
              <w:rPr>
                <w:b/>
                <w:sz w:val="18"/>
              </w:rPr>
              <w:t>IMOBILUL</w:t>
            </w:r>
          </w:p>
        </w:tc>
      </w:tr>
      <w:tr w:rsidR="00393438" w:rsidRPr="00393438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Pr="00393438" w:rsidRDefault="00AD1D4A" w:rsidP="00F80068">
            <w:pPr>
              <w:keepNext/>
            </w:pPr>
            <w:proofErr w:type="spellStart"/>
            <w:r w:rsidRPr="00393438">
              <w:rPr>
                <w:b/>
              </w:rPr>
              <w:t>Localizare</w:t>
            </w:r>
            <w:proofErr w:type="spellEnd"/>
            <w:r w:rsidRPr="00393438">
              <w:rPr>
                <w:b/>
              </w:rPr>
              <w:t xml:space="preserve"> / </w:t>
            </w:r>
            <w:proofErr w:type="spellStart"/>
            <w:r w:rsidRPr="00393438">
              <w:rPr>
                <w:b/>
              </w:rPr>
              <w:t>adresă</w:t>
            </w:r>
            <w:proofErr w:type="spellEnd"/>
          </w:p>
          <w:p w14:paraId="72532FD6" w14:textId="77777777" w:rsidR="00AD1D4A" w:rsidRPr="00393438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Pr="00393438" w:rsidRDefault="00AD1D4A" w:rsidP="00F80068">
            <w:pPr>
              <w:keepNext/>
            </w:pPr>
            <w:r w:rsidRPr="00393438">
              <w:rPr>
                <w:b/>
              </w:rPr>
              <w:t>Nr. cadastral</w:t>
            </w:r>
          </w:p>
          <w:p w14:paraId="684FF2B6" w14:textId="77777777" w:rsidR="00AD1D4A" w:rsidRPr="00393438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Pr="00393438" w:rsidRDefault="00AD1D4A" w:rsidP="00F80068">
            <w:pPr>
              <w:keepNext/>
            </w:pPr>
            <w:r w:rsidRPr="00393438">
              <w:rPr>
                <w:b/>
              </w:rPr>
              <w:t xml:space="preserve">Carte </w:t>
            </w:r>
            <w:proofErr w:type="spellStart"/>
            <w:r w:rsidRPr="00393438">
              <w:rPr>
                <w:b/>
              </w:rPr>
              <w:t>funciară</w:t>
            </w:r>
            <w:proofErr w:type="spellEnd"/>
          </w:p>
          <w:p w14:paraId="6BC75FE4" w14:textId="77777777" w:rsidR="00AD1D4A" w:rsidRPr="00393438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Pr="00393438" w:rsidRDefault="00AD1D4A" w:rsidP="00F80068">
            <w:pPr>
              <w:keepNext/>
            </w:pPr>
            <w:proofErr w:type="spellStart"/>
            <w:r w:rsidRPr="00393438">
              <w:rPr>
                <w:b/>
              </w:rPr>
              <w:t>Suprafață</w:t>
            </w:r>
            <w:proofErr w:type="spellEnd"/>
            <w:r w:rsidRPr="00393438">
              <w:rPr>
                <w:b/>
              </w:rPr>
              <w:t xml:space="preserve"> (</w:t>
            </w:r>
            <w:proofErr w:type="spellStart"/>
            <w:r w:rsidRPr="00393438">
              <w:rPr>
                <w:b/>
              </w:rPr>
              <w:t>mp</w:t>
            </w:r>
            <w:proofErr w:type="spellEnd"/>
            <w:r w:rsidRPr="00393438">
              <w:rPr>
                <w:b/>
              </w:rPr>
              <w:t>)</w:t>
            </w:r>
          </w:p>
          <w:p w14:paraId="2D05BD3E" w14:textId="77777777" w:rsidR="00AD1D4A" w:rsidRPr="00393438" w:rsidRDefault="00AD1D4A" w:rsidP="00F80068">
            <w:pPr>
              <w:keepNext/>
            </w:pPr>
          </w:p>
        </w:tc>
      </w:tr>
      <w:tr w:rsidR="00393438" w:rsidRPr="00393438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Pr="00393438" w:rsidRDefault="00AD1D4A" w:rsidP="00F80068">
            <w:pPr>
              <w:keepNext/>
            </w:pPr>
            <w:r w:rsidRPr="00393438">
              <w:rPr>
                <w:sz w:val="16"/>
              </w:rPr>
              <w:t xml:space="preserve"> </w:t>
            </w:r>
            <w:r w:rsidRPr="00393438">
              <w:rPr>
                <w:rFonts w:ascii="Segoe UI Symbol" w:hAnsi="Segoe UI Symbol" w:cs="Segoe UI Symbol"/>
                <w:sz w:val="16"/>
              </w:rPr>
              <w:t>☐</w:t>
            </w:r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intravilan</w:t>
            </w:r>
            <w:proofErr w:type="spellEnd"/>
            <w:r w:rsidRPr="00393438">
              <w:rPr>
                <w:sz w:val="16"/>
              </w:rPr>
              <w:t xml:space="preserve">     </w:t>
            </w:r>
            <w:r w:rsidRPr="00393438">
              <w:rPr>
                <w:rFonts w:ascii="Segoe UI Symbol" w:hAnsi="Segoe UI Symbol" w:cs="Segoe UI Symbol"/>
                <w:sz w:val="16"/>
              </w:rPr>
              <w:t>☐</w:t>
            </w:r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extravilan</w:t>
            </w:r>
            <w:proofErr w:type="spellEnd"/>
            <w:r w:rsidRPr="00393438">
              <w:rPr>
                <w:sz w:val="16"/>
              </w:rPr>
              <w:t xml:space="preserve">     </w:t>
            </w:r>
            <w:r w:rsidRPr="00393438">
              <w:rPr>
                <w:rFonts w:ascii="Segoe UI Symbol" w:hAnsi="Segoe UI Symbol" w:cs="Segoe UI Symbol"/>
                <w:sz w:val="16"/>
              </w:rPr>
              <w:t>☐</w:t>
            </w:r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mediu</w:t>
            </w:r>
            <w:proofErr w:type="spellEnd"/>
            <w:r w:rsidRPr="00393438">
              <w:rPr>
                <w:sz w:val="16"/>
              </w:rPr>
              <w:t xml:space="preserve"> rural     </w:t>
            </w:r>
            <w:r w:rsidRPr="00393438">
              <w:rPr>
                <w:rFonts w:ascii="Segoe UI Symbol" w:hAnsi="Segoe UI Symbol" w:cs="Segoe UI Symbol"/>
                <w:sz w:val="16"/>
              </w:rPr>
              <w:t>☐</w:t>
            </w:r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mediu</w:t>
            </w:r>
            <w:proofErr w:type="spellEnd"/>
            <w:r w:rsidRPr="00393438">
              <w:rPr>
                <w:sz w:val="16"/>
              </w:rPr>
              <w:t xml:space="preserve"> urban</w:t>
            </w:r>
          </w:p>
        </w:tc>
      </w:tr>
      <w:tr w:rsidR="00393438" w:rsidRPr="00393438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393438" w:rsidRDefault="00AD1D4A" w:rsidP="00F80068">
            <w:pPr>
              <w:keepNext/>
              <w:rPr>
                <w:lang w:val="fr-FR"/>
              </w:rPr>
            </w:pPr>
            <w:r w:rsidRPr="00393438">
              <w:rPr>
                <w:sz w:val="16"/>
              </w:rPr>
              <w:t xml:space="preserve"> </w:t>
            </w:r>
            <w:r w:rsidRPr="00393438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localitate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rurală</w:t>
            </w:r>
            <w:proofErr w:type="spellEnd"/>
            <w:r w:rsidRPr="00393438">
              <w:rPr>
                <w:sz w:val="16"/>
                <w:lang w:val="fr-FR"/>
              </w:rPr>
              <w:t xml:space="preserve"> în zonă </w:t>
            </w:r>
            <w:proofErr w:type="spellStart"/>
            <w:proofErr w:type="gramStart"/>
            <w:r w:rsidRPr="00393438">
              <w:rPr>
                <w:sz w:val="16"/>
                <w:lang w:val="fr-FR"/>
              </w:rPr>
              <w:t>metropolitană</w:t>
            </w:r>
            <w:proofErr w:type="spellEnd"/>
            <w:r w:rsidRPr="00393438">
              <w:rPr>
                <w:sz w:val="16"/>
                <w:lang w:val="fr-FR"/>
              </w:rPr>
              <w:t>:</w:t>
            </w:r>
            <w:proofErr w:type="gramEnd"/>
            <w:r w:rsidRPr="00393438">
              <w:rPr>
                <w:sz w:val="16"/>
                <w:lang w:val="fr-FR"/>
              </w:rPr>
              <w:t xml:space="preserve"> DA     </w:t>
            </w:r>
            <w:r w:rsidRPr="00393438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NU     </w:t>
            </w:r>
            <w:r w:rsidRPr="00393438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393438" w:rsidRPr="00393438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393438" w:rsidRDefault="00AD1D4A" w:rsidP="00F80068">
            <w:pPr>
              <w:keepNext/>
              <w:rPr>
                <w:lang w:val="fr-FR"/>
              </w:rPr>
            </w:pPr>
            <w:proofErr w:type="spellStart"/>
            <w:r w:rsidRPr="00393438">
              <w:rPr>
                <w:b/>
                <w:lang w:val="fr-FR"/>
              </w:rPr>
              <w:t>Documentația</w:t>
            </w:r>
            <w:proofErr w:type="spellEnd"/>
            <w:r w:rsidRPr="00393438">
              <w:rPr>
                <w:b/>
                <w:lang w:val="fr-FR"/>
              </w:rPr>
              <w:t xml:space="preserve"> de </w:t>
            </w:r>
            <w:proofErr w:type="spellStart"/>
            <w:r w:rsidRPr="00393438">
              <w:rPr>
                <w:b/>
                <w:lang w:val="fr-FR"/>
              </w:rPr>
              <w:t>urbanism</w:t>
            </w:r>
            <w:proofErr w:type="spellEnd"/>
            <w:r w:rsidRPr="00393438">
              <w:rPr>
                <w:b/>
                <w:lang w:val="fr-FR"/>
              </w:rPr>
              <w:t xml:space="preserve"> / UTR / </w:t>
            </w:r>
            <w:proofErr w:type="spellStart"/>
            <w:r w:rsidRPr="00393438">
              <w:rPr>
                <w:b/>
                <w:lang w:val="fr-FR"/>
              </w:rPr>
              <w:t>reglementarea</w:t>
            </w:r>
            <w:proofErr w:type="spellEnd"/>
            <w:r w:rsidRPr="00393438">
              <w:rPr>
                <w:b/>
                <w:lang w:val="fr-FR"/>
              </w:rPr>
              <w:t xml:space="preserve"> </w:t>
            </w:r>
            <w:proofErr w:type="spellStart"/>
            <w:r w:rsidRPr="00393438">
              <w:rPr>
                <w:b/>
                <w:lang w:val="fr-FR"/>
              </w:rPr>
              <w:t>aplicabilă</w:t>
            </w:r>
            <w:proofErr w:type="spellEnd"/>
          </w:p>
          <w:p w14:paraId="7A5AB06B" w14:textId="77777777" w:rsidR="00AD1D4A" w:rsidRPr="00393438" w:rsidRDefault="00AD1D4A" w:rsidP="00F80068">
            <w:pPr>
              <w:keepNext/>
              <w:rPr>
                <w:lang w:val="fr-FR"/>
              </w:rPr>
            </w:pPr>
          </w:p>
        </w:tc>
      </w:tr>
      <w:tr w:rsidR="00393438" w:rsidRPr="00393438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393438" w:rsidRDefault="00AD1D4A" w:rsidP="00F80068">
            <w:pPr>
              <w:rPr>
                <w:lang w:val="fr-FR"/>
              </w:rPr>
            </w:pPr>
            <w:r w:rsidRPr="00393438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în </w:t>
            </w:r>
            <w:proofErr w:type="spellStart"/>
            <w:r w:rsidRPr="00393438">
              <w:rPr>
                <w:sz w:val="16"/>
                <w:lang w:val="fr-FR"/>
              </w:rPr>
              <w:t>afara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zonelor</w:t>
            </w:r>
            <w:proofErr w:type="spellEnd"/>
            <w:r w:rsidRPr="00393438">
              <w:rPr>
                <w:sz w:val="16"/>
                <w:lang w:val="fr-FR"/>
              </w:rPr>
              <w:t xml:space="preserve"> construite </w:t>
            </w:r>
            <w:proofErr w:type="spellStart"/>
            <w:r w:rsidRPr="00393438">
              <w:rPr>
                <w:sz w:val="16"/>
                <w:lang w:val="fr-FR"/>
              </w:rPr>
              <w:t>protejate</w:t>
            </w:r>
            <w:proofErr w:type="spellEnd"/>
            <w:r w:rsidRPr="00393438">
              <w:rPr>
                <w:sz w:val="16"/>
                <w:lang w:val="fr-FR"/>
              </w:rPr>
              <w:t xml:space="preserve"> și a </w:t>
            </w:r>
            <w:proofErr w:type="spellStart"/>
            <w:r w:rsidRPr="00393438">
              <w:rPr>
                <w:sz w:val="16"/>
                <w:lang w:val="fr-FR"/>
              </w:rPr>
              <w:t>zonelor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protecție</w:t>
            </w:r>
            <w:proofErr w:type="spellEnd"/>
            <w:r w:rsidRPr="00393438">
              <w:rPr>
                <w:sz w:val="16"/>
                <w:lang w:val="fr-FR"/>
              </w:rPr>
              <w:t xml:space="preserve"> a </w:t>
            </w:r>
            <w:proofErr w:type="spellStart"/>
            <w:r w:rsidRPr="00393438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393438" w:rsidRDefault="00AD1D4A" w:rsidP="00F80068">
            <w:pPr>
              <w:rPr>
                <w:lang w:val="fr-FR"/>
              </w:rPr>
            </w:pPr>
            <w:r w:rsidRPr="00393438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zonă </w:t>
            </w:r>
            <w:proofErr w:type="spellStart"/>
            <w:r w:rsidRPr="00393438">
              <w:rPr>
                <w:sz w:val="16"/>
                <w:lang w:val="fr-FR"/>
              </w:rPr>
              <w:t>construită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protejată</w:t>
            </w:r>
            <w:proofErr w:type="spellEnd"/>
            <w:r w:rsidRPr="00393438">
              <w:rPr>
                <w:sz w:val="16"/>
                <w:lang w:val="fr-FR"/>
              </w:rPr>
              <w:t xml:space="preserve"> / zonă de </w:t>
            </w:r>
            <w:proofErr w:type="spellStart"/>
            <w:r w:rsidRPr="00393438">
              <w:rPr>
                <w:sz w:val="16"/>
                <w:lang w:val="fr-FR"/>
              </w:rPr>
              <w:t>protecție</w:t>
            </w:r>
            <w:proofErr w:type="spellEnd"/>
            <w:r w:rsidRPr="00393438">
              <w:rPr>
                <w:sz w:val="16"/>
                <w:lang w:val="fr-FR"/>
              </w:rPr>
              <w:t xml:space="preserve"> a </w:t>
            </w:r>
            <w:proofErr w:type="spellStart"/>
            <w:r w:rsidRPr="00393438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Pr="00393438" w:rsidRDefault="00AD1D4A" w:rsidP="00F80068">
            <w:r w:rsidRPr="00393438">
              <w:rPr>
                <w:rFonts w:ascii="Segoe UI Symbol" w:hAnsi="Segoe UI Symbol" w:cs="Segoe UI Symbol"/>
                <w:sz w:val="16"/>
              </w:rPr>
              <w:t>☐</w:t>
            </w:r>
            <w:r w:rsidRPr="00393438">
              <w:rPr>
                <w:sz w:val="16"/>
              </w:rPr>
              <w:t xml:space="preserve"> monument istoric / în curs de </w:t>
            </w:r>
            <w:proofErr w:type="spellStart"/>
            <w:r w:rsidRPr="00393438">
              <w:rPr>
                <w:sz w:val="16"/>
              </w:rPr>
              <w:t>clasare</w:t>
            </w:r>
            <w:proofErr w:type="spellEnd"/>
            <w:r w:rsidRPr="00393438">
              <w:rPr>
                <w:sz w:val="16"/>
              </w:rPr>
              <w:t xml:space="preserve"> / </w:t>
            </w:r>
            <w:proofErr w:type="spellStart"/>
            <w:r w:rsidRPr="00393438">
              <w:rPr>
                <w:sz w:val="16"/>
              </w:rPr>
              <w:t>valoare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arhitecturală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ori</w:t>
            </w:r>
            <w:proofErr w:type="spellEnd"/>
            <w:r w:rsidRPr="00393438">
              <w:rPr>
                <w:sz w:val="16"/>
              </w:rPr>
              <w:t xml:space="preserve"> istorică</w:t>
            </w:r>
          </w:p>
          <w:p w14:paraId="0724CD46" w14:textId="77777777" w:rsidR="00AD1D4A" w:rsidRPr="00393438" w:rsidRDefault="00AD1D4A" w:rsidP="00F80068">
            <w:r w:rsidRPr="00393438">
              <w:rPr>
                <w:rFonts w:ascii="Segoe UI Symbol" w:hAnsi="Segoe UI Symbol" w:cs="Segoe UI Symbol"/>
                <w:sz w:val="16"/>
              </w:rPr>
              <w:t>☐</w:t>
            </w:r>
            <w:r w:rsidRPr="00393438">
              <w:rPr>
                <w:sz w:val="16"/>
              </w:rPr>
              <w:t xml:space="preserve"> alt </w:t>
            </w:r>
            <w:proofErr w:type="spellStart"/>
            <w:r w:rsidRPr="00393438">
              <w:rPr>
                <w:sz w:val="16"/>
              </w:rPr>
              <w:t>regim</w:t>
            </w:r>
            <w:proofErr w:type="spellEnd"/>
            <w:r w:rsidRPr="00393438"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Pr="00393438" w:rsidRDefault="00AD1D4A">
      <w:pPr>
        <w:spacing w:before="80" w:after="60"/>
        <w:jc w:val="center"/>
        <w:rPr>
          <w:sz w:val="18"/>
        </w:rPr>
      </w:pPr>
      <w:r w:rsidRPr="00393438">
        <w:rPr>
          <w:sz w:val="18"/>
        </w:rPr>
        <w:t xml:space="preserve">în </w:t>
      </w:r>
      <w:proofErr w:type="spellStart"/>
      <w:r w:rsidRPr="00393438">
        <w:rPr>
          <w:sz w:val="18"/>
        </w:rPr>
        <w:t>temeiul</w:t>
      </w:r>
      <w:proofErr w:type="spellEnd"/>
      <w:r w:rsidRPr="00393438">
        <w:rPr>
          <w:sz w:val="18"/>
        </w:rPr>
        <w:t xml:space="preserve"> art. 294–298 din </w:t>
      </w:r>
      <w:proofErr w:type="spellStart"/>
      <w:r w:rsidRPr="00393438">
        <w:rPr>
          <w:sz w:val="18"/>
        </w:rPr>
        <w:t>Legea</w:t>
      </w:r>
      <w:proofErr w:type="spellEnd"/>
      <w:r w:rsidRPr="00393438">
        <w:rPr>
          <w:sz w:val="18"/>
        </w:rPr>
        <w:t xml:space="preserve"> nr. 169/2026 privind </w:t>
      </w:r>
      <w:proofErr w:type="spellStart"/>
      <w:r w:rsidRPr="00393438">
        <w:rPr>
          <w:sz w:val="18"/>
        </w:rPr>
        <w:t>Codul</w:t>
      </w:r>
      <w:proofErr w:type="spellEnd"/>
      <w:r w:rsidRPr="00393438">
        <w:rPr>
          <w:sz w:val="18"/>
        </w:rPr>
        <w:t xml:space="preserve"> </w:t>
      </w:r>
      <w:proofErr w:type="spellStart"/>
      <w:r w:rsidRPr="00393438">
        <w:rPr>
          <w:sz w:val="18"/>
        </w:rPr>
        <w:t>amenajării</w:t>
      </w:r>
      <w:proofErr w:type="spellEnd"/>
      <w:r w:rsidRPr="00393438">
        <w:rPr>
          <w:sz w:val="18"/>
        </w:rPr>
        <w:t xml:space="preserve"> </w:t>
      </w:r>
      <w:proofErr w:type="spellStart"/>
      <w:r w:rsidRPr="00393438">
        <w:rPr>
          <w:sz w:val="18"/>
        </w:rPr>
        <w:t>teritoriului</w:t>
      </w:r>
      <w:proofErr w:type="spellEnd"/>
      <w:r w:rsidRPr="00393438">
        <w:rPr>
          <w:sz w:val="18"/>
        </w:rPr>
        <w:t xml:space="preserve">, </w:t>
      </w:r>
      <w:proofErr w:type="spellStart"/>
      <w:r w:rsidRPr="00393438">
        <w:rPr>
          <w:sz w:val="18"/>
        </w:rPr>
        <w:t>urbanismului</w:t>
      </w:r>
      <w:proofErr w:type="spellEnd"/>
      <w:r w:rsidRPr="00393438">
        <w:rPr>
          <w:sz w:val="18"/>
        </w:rPr>
        <w:t xml:space="preserve"> și </w:t>
      </w:r>
      <w:proofErr w:type="spellStart"/>
      <w:r w:rsidRPr="00393438">
        <w:rPr>
          <w:sz w:val="18"/>
        </w:rPr>
        <w:t>construcțiilor</w:t>
      </w:r>
      <w:proofErr w:type="spellEnd"/>
      <w:r w:rsidRPr="00393438">
        <w:rPr>
          <w:sz w:val="18"/>
        </w:rPr>
        <w:t>,</w:t>
      </w:r>
    </w:p>
    <w:p w14:paraId="0CB86961" w14:textId="77777777" w:rsidR="00D2019F" w:rsidRPr="00393438" w:rsidRDefault="00393438" w:rsidP="007C5D68">
      <w:pPr>
        <w:spacing w:before="80" w:after="60"/>
        <w:jc w:val="center"/>
        <w:rPr>
          <w:sz w:val="18"/>
        </w:rPr>
      </w:pPr>
      <w:r w:rsidRPr="00393438">
        <w:rPr>
          <w:sz w:val="18"/>
        </w:rPr>
        <w:t xml:space="preserve"> </w:t>
      </w:r>
      <w:proofErr w:type="spellStart"/>
      <w:r w:rsidRPr="00393438">
        <w:rPr>
          <w:sz w:val="18"/>
        </w:rPr>
        <w:t>notific</w:t>
      </w:r>
      <w:proofErr w:type="spellEnd"/>
      <w:r w:rsidRPr="00393438">
        <w:rPr>
          <w:sz w:val="18"/>
        </w:rPr>
        <w:t xml:space="preserve"> </w:t>
      </w:r>
    </w:p>
    <w:p w14:paraId="3836DA1E" w14:textId="278B64AA" w:rsidR="00846492" w:rsidRPr="00393438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93438" w:rsidRPr="00393438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Pr="00393438" w:rsidRDefault="00393438">
            <w:pPr>
              <w:keepNext/>
            </w:pPr>
            <w:r w:rsidRPr="00393438">
              <w:rPr>
                <w:b/>
                <w:sz w:val="16"/>
              </w:rPr>
              <w:t xml:space="preserve"> 4. </w:t>
            </w:r>
            <w:r w:rsidR="00932ED5" w:rsidRPr="00393438">
              <w:rPr>
                <w:b/>
                <w:sz w:val="16"/>
              </w:rPr>
              <w:t xml:space="preserve">EXECUTAREA URMĂTOARELOR </w:t>
            </w:r>
            <w:r w:rsidRPr="00393438">
              <w:rPr>
                <w:b/>
                <w:sz w:val="18"/>
              </w:rPr>
              <w:t>LUCRĂRI</w:t>
            </w:r>
          </w:p>
        </w:tc>
      </w:tr>
      <w:tr w:rsidR="00393438" w:rsidRPr="00393438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Pr="00393438" w:rsidRDefault="00393438">
            <w:pPr>
              <w:keepNext/>
            </w:pPr>
            <w:r w:rsidRPr="00393438">
              <w:rPr>
                <w:sz w:val="16"/>
              </w:rPr>
              <w:t xml:space="preserve"> A · </w:t>
            </w:r>
            <w:proofErr w:type="spellStart"/>
            <w:r w:rsidRPr="00393438">
              <w:rPr>
                <w:sz w:val="16"/>
              </w:rPr>
              <w:t>Lucrări</w:t>
            </w:r>
            <w:proofErr w:type="spellEnd"/>
            <w:r w:rsidRPr="00393438">
              <w:rPr>
                <w:sz w:val="16"/>
              </w:rPr>
              <w:t xml:space="preserve"> noi în </w:t>
            </w:r>
            <w:proofErr w:type="spellStart"/>
            <w:r w:rsidRPr="00393438">
              <w:rPr>
                <w:sz w:val="16"/>
              </w:rPr>
              <w:t>mediul</w:t>
            </w:r>
            <w:proofErr w:type="spellEnd"/>
            <w:r w:rsidRPr="00393438">
              <w:rPr>
                <w:sz w:val="16"/>
              </w:rPr>
              <w:t xml:space="preserve"> rural, în </w:t>
            </w:r>
            <w:proofErr w:type="spellStart"/>
            <w:r w:rsidRPr="00393438">
              <w:rPr>
                <w:sz w:val="16"/>
              </w:rPr>
              <w:t>intravila</w:t>
            </w:r>
            <w:r w:rsidR="007C5D68" w:rsidRPr="00393438">
              <w:rPr>
                <w:sz w:val="16"/>
              </w:rPr>
              <w:t>n</w:t>
            </w:r>
            <w:proofErr w:type="spellEnd"/>
            <w:r w:rsidR="007C5D68" w:rsidRPr="00393438">
              <w:rPr>
                <w:sz w:val="16"/>
              </w:rPr>
              <w:t xml:space="preserve">, din </w:t>
            </w:r>
            <w:proofErr w:type="spellStart"/>
            <w:r w:rsidR="007C5D68" w:rsidRPr="00393438">
              <w:rPr>
                <w:sz w:val="16"/>
              </w:rPr>
              <w:t>categoria</w:t>
            </w:r>
            <w:proofErr w:type="spellEnd"/>
            <w:r w:rsidR="007C5D68" w:rsidRPr="00393438">
              <w:rPr>
                <w:sz w:val="16"/>
              </w:rPr>
              <w:t xml:space="preserve"> </w:t>
            </w:r>
            <w:proofErr w:type="spellStart"/>
            <w:r w:rsidR="007C5D68" w:rsidRPr="00393438">
              <w:rPr>
                <w:sz w:val="16"/>
              </w:rPr>
              <w:t>celor</w:t>
            </w:r>
            <w:proofErr w:type="spellEnd"/>
            <w:r w:rsidR="007C5D68" w:rsidRPr="00393438">
              <w:rPr>
                <w:sz w:val="16"/>
              </w:rPr>
              <w:t xml:space="preserve"> </w:t>
            </w:r>
            <w:proofErr w:type="spellStart"/>
            <w:r w:rsidR="007C5D68" w:rsidRPr="00393438">
              <w:rPr>
                <w:sz w:val="16"/>
              </w:rPr>
              <w:t>prevăzute</w:t>
            </w:r>
            <w:proofErr w:type="spellEnd"/>
            <w:r w:rsidR="007C5D68" w:rsidRPr="00393438">
              <w:rPr>
                <w:sz w:val="16"/>
              </w:rPr>
              <w:t xml:space="preserve"> la </w:t>
            </w:r>
            <w:r w:rsidRPr="00393438">
              <w:rPr>
                <w:sz w:val="16"/>
              </w:rPr>
              <w:t xml:space="preserve">art. 294 </w:t>
            </w:r>
            <w:proofErr w:type="spellStart"/>
            <w:r w:rsidRPr="00393438">
              <w:rPr>
                <w:sz w:val="16"/>
              </w:rPr>
              <w:t>alin</w:t>
            </w:r>
            <w:proofErr w:type="spellEnd"/>
            <w:r w:rsidRPr="00393438">
              <w:rPr>
                <w:sz w:val="16"/>
              </w:rPr>
              <w:t>. (2) lit. a)</w:t>
            </w:r>
            <w:r w:rsidR="007C5D68" w:rsidRPr="00393438">
              <w:rPr>
                <w:sz w:val="16"/>
              </w:rPr>
              <w:t xml:space="preserve"> din </w:t>
            </w:r>
            <w:proofErr w:type="spellStart"/>
            <w:r w:rsidR="007C5D68" w:rsidRPr="00393438">
              <w:rPr>
                <w:sz w:val="16"/>
              </w:rPr>
              <w:t>Legea</w:t>
            </w:r>
            <w:proofErr w:type="spellEnd"/>
            <w:r w:rsidR="007C5D68" w:rsidRPr="00393438">
              <w:rPr>
                <w:sz w:val="16"/>
              </w:rPr>
              <w:t xml:space="preserve"> nr. 169/2026</w:t>
            </w:r>
          </w:p>
        </w:tc>
      </w:tr>
      <w:tr w:rsidR="00393438" w:rsidRPr="00393438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A.1 </w:t>
            </w:r>
            <w:proofErr w:type="spellStart"/>
            <w:r w:rsidRPr="00393438">
              <w:rPr>
                <w:sz w:val="16"/>
                <w:lang w:val="fr-FR"/>
              </w:rPr>
              <w:t>construcții</w:t>
            </w:r>
            <w:proofErr w:type="spellEnd"/>
            <w:r w:rsidRPr="00393438">
              <w:rPr>
                <w:sz w:val="16"/>
                <w:lang w:val="fr-FR"/>
              </w:rPr>
              <w:t xml:space="preserve"> noi </w:t>
            </w:r>
            <w:proofErr w:type="spellStart"/>
            <w:r w:rsidRPr="00393438">
              <w:rPr>
                <w:sz w:val="16"/>
                <w:lang w:val="fr-FR"/>
              </w:rPr>
              <w:t>exterioare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locuinței</w:t>
            </w:r>
            <w:proofErr w:type="spellEnd"/>
            <w:r w:rsidRPr="00393438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393438">
              <w:rPr>
                <w:sz w:val="16"/>
                <w:lang w:val="fr-FR"/>
              </w:rPr>
              <w:t>garaje</w:t>
            </w:r>
            <w:proofErr w:type="spellEnd"/>
            <w:r w:rsidRPr="00393438">
              <w:rPr>
                <w:sz w:val="16"/>
                <w:lang w:val="fr-FR"/>
              </w:rPr>
              <w:t xml:space="preserve">, </w:t>
            </w:r>
            <w:proofErr w:type="spellStart"/>
            <w:r w:rsidRPr="00393438">
              <w:rPr>
                <w:sz w:val="16"/>
                <w:lang w:val="fr-FR"/>
              </w:rPr>
              <w:t>terase</w:t>
            </w:r>
            <w:proofErr w:type="spellEnd"/>
            <w:r w:rsidRPr="00393438">
              <w:rPr>
                <w:sz w:val="16"/>
                <w:lang w:val="fr-FR"/>
              </w:rPr>
              <w:t xml:space="preserve">, </w:t>
            </w:r>
            <w:proofErr w:type="spellStart"/>
            <w:r w:rsidRPr="00393438">
              <w:rPr>
                <w:sz w:val="16"/>
                <w:lang w:val="fr-FR"/>
              </w:rPr>
              <w:t>pergole</w:t>
            </w:r>
            <w:proofErr w:type="spellEnd"/>
            <w:r w:rsidRPr="00393438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A.2 o </w:t>
            </w:r>
            <w:proofErr w:type="spellStart"/>
            <w:r w:rsidRPr="00393438">
              <w:rPr>
                <w:sz w:val="16"/>
                <w:lang w:val="fr-FR"/>
              </w:rPr>
              <w:t>singură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locuință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unifamilială</w:t>
            </w:r>
            <w:proofErr w:type="spellEnd"/>
            <w:r w:rsidRPr="00393438">
              <w:rPr>
                <w:sz w:val="16"/>
                <w:lang w:val="fr-FR"/>
              </w:rPr>
              <w:t xml:space="preserve"> (P sau D+P, max. 150 </w:t>
            </w:r>
            <w:proofErr w:type="spellStart"/>
            <w:r w:rsidRPr="00393438">
              <w:rPr>
                <w:sz w:val="16"/>
                <w:lang w:val="fr-FR"/>
              </w:rPr>
              <w:t>mp</w:t>
            </w:r>
            <w:proofErr w:type="spellEnd"/>
            <w:r w:rsidR="00D2019F" w:rsidRPr="00393438">
              <w:rPr>
                <w:sz w:val="16"/>
                <w:lang w:val="fr-FR"/>
              </w:rPr>
              <w:t xml:space="preserve">) : </w:t>
            </w:r>
            <w:r w:rsidR="00D2019F" w:rsidRPr="00393438">
              <w:rPr>
                <w:rFonts w:ascii="Segoe UI Symbol" w:hAnsi="Segoe UI Symbol" w:cs="Segoe UI Symbol"/>
                <w:sz w:val="16"/>
                <w:lang w:val="fr-FR"/>
              </w:rPr>
              <w:t xml:space="preserve">☐ </w:t>
            </w:r>
            <w:r w:rsidRPr="00393438">
              <w:rPr>
                <w:sz w:val="16"/>
                <w:lang w:val="fr-FR"/>
              </w:rPr>
              <w:t xml:space="preserve">pe </w:t>
            </w:r>
            <w:proofErr w:type="spellStart"/>
            <w:r w:rsidRPr="00393438">
              <w:rPr>
                <w:sz w:val="16"/>
                <w:lang w:val="fr-FR"/>
              </w:rPr>
              <w:t>bază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393438">
              <w:rPr>
                <w:sz w:val="16"/>
                <w:lang w:val="fr-FR"/>
              </w:rPr>
              <w:t>proiect</w:t>
            </w:r>
            <w:proofErr w:type="spellEnd"/>
            <w:r w:rsidR="007F39C2" w:rsidRPr="00393438">
              <w:rPr>
                <w:sz w:val="16"/>
                <w:lang w:val="fr-FR"/>
              </w:rPr>
              <w:t xml:space="preserve"> </w:t>
            </w:r>
            <w:r w:rsidR="00D2019F" w:rsidRPr="00393438">
              <w:rPr>
                <w:sz w:val="16"/>
                <w:lang w:val="fr-FR"/>
              </w:rPr>
              <w:t xml:space="preserve"> /</w:t>
            </w:r>
            <w:proofErr w:type="gramEnd"/>
            <w:r w:rsidR="00D2019F" w:rsidRPr="00393438">
              <w:rPr>
                <w:sz w:val="16"/>
                <w:lang w:val="fr-FR"/>
              </w:rPr>
              <w:t xml:space="preserve"> </w:t>
            </w:r>
            <w:r w:rsidR="00D2019F" w:rsidRPr="00393438">
              <w:rPr>
                <w:rFonts w:ascii="Segoe UI Symbol" w:hAnsi="Segoe UI Symbol" w:cs="Segoe UI Symbol"/>
                <w:sz w:val="16"/>
                <w:lang w:val="fr-FR"/>
              </w:rPr>
              <w:t xml:space="preserve">☐ </w:t>
            </w:r>
            <w:r w:rsidR="00D2019F" w:rsidRPr="00393438">
              <w:rPr>
                <w:sz w:val="16"/>
                <w:lang w:val="fr-FR"/>
              </w:rPr>
              <w:t xml:space="preserve">pe </w:t>
            </w:r>
            <w:proofErr w:type="spellStart"/>
            <w:r w:rsidR="00D2019F" w:rsidRPr="00393438">
              <w:rPr>
                <w:sz w:val="16"/>
                <w:lang w:val="fr-FR"/>
              </w:rPr>
              <w:t>bază</w:t>
            </w:r>
            <w:proofErr w:type="spellEnd"/>
            <w:r w:rsidR="00D2019F"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393438">
              <w:rPr>
                <w:sz w:val="16"/>
                <w:lang w:val="fr-FR"/>
              </w:rPr>
              <w:t>proiect</w:t>
            </w:r>
            <w:proofErr w:type="spellEnd"/>
            <w:r w:rsidR="00D2019F" w:rsidRPr="00393438">
              <w:rPr>
                <w:sz w:val="16"/>
                <w:lang w:val="fr-FR"/>
              </w:rPr>
              <w:t>-tip</w:t>
            </w:r>
          </w:p>
        </w:tc>
      </w:tr>
      <w:tr w:rsidR="00393438" w:rsidRPr="00393438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Pr="00393438" w:rsidRDefault="00393438">
            <w:pPr>
              <w:keepNext/>
            </w:pPr>
            <w:r w:rsidRPr="00393438">
              <w:rPr>
                <w:sz w:val="16"/>
                <w:lang w:val="fr-FR"/>
              </w:rPr>
              <w:t xml:space="preserve"> B · </w:t>
            </w:r>
            <w:proofErr w:type="spellStart"/>
            <w:r w:rsidRPr="00393438">
              <w:rPr>
                <w:sz w:val="16"/>
                <w:lang w:val="fr-FR"/>
              </w:rPr>
              <w:t>Intervenții</w:t>
            </w:r>
            <w:proofErr w:type="spellEnd"/>
            <w:r w:rsidRPr="00393438">
              <w:rPr>
                <w:sz w:val="16"/>
                <w:lang w:val="fr-FR"/>
              </w:rPr>
              <w:t xml:space="preserve"> la </w:t>
            </w:r>
            <w:proofErr w:type="spellStart"/>
            <w:r w:rsidRPr="00393438">
              <w:rPr>
                <w:sz w:val="16"/>
                <w:lang w:val="fr-FR"/>
              </w:rPr>
              <w:t>construcții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existente</w:t>
            </w:r>
            <w:proofErr w:type="spellEnd"/>
            <w:r w:rsidRPr="00393438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393438">
              <w:rPr>
                <w:sz w:val="16"/>
                <w:lang w:val="fr-FR"/>
              </w:rPr>
              <w:t>din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categoria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celor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prevăzute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393438">
              <w:rPr>
                <w:sz w:val="16"/>
                <w:lang w:val="fr-FR"/>
              </w:rPr>
              <w:t>alin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. </w:t>
            </w:r>
            <w:r w:rsidR="007C5D68" w:rsidRPr="00393438">
              <w:rPr>
                <w:sz w:val="16"/>
              </w:rPr>
              <w:t xml:space="preserve">(2) lit. b) din </w:t>
            </w:r>
            <w:proofErr w:type="spellStart"/>
            <w:r w:rsidR="007C5D68" w:rsidRPr="00393438">
              <w:rPr>
                <w:sz w:val="16"/>
              </w:rPr>
              <w:t>Legea</w:t>
            </w:r>
            <w:proofErr w:type="spellEnd"/>
            <w:r w:rsidR="007C5D68" w:rsidRPr="00393438">
              <w:rPr>
                <w:sz w:val="16"/>
              </w:rPr>
              <w:t xml:space="preserve"> nr. 169/2026</w:t>
            </w:r>
          </w:p>
        </w:tc>
      </w:tr>
    </w:tbl>
    <w:p w14:paraId="2E89E498" w14:textId="77777777" w:rsidR="007C5D68" w:rsidRPr="00393438" w:rsidRDefault="007C5D68">
      <w:pPr>
        <w:keepNext/>
        <w:rPr>
          <w:sz w:val="16"/>
        </w:rPr>
        <w:sectPr w:rsidR="007C5D68" w:rsidRPr="00393438" w:rsidSect="007C5D68">
          <w:footerReference w:type="default" r:id="rId9"/>
          <w:headerReference w:type="firs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93438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>☐</w:t>
            </w:r>
            <w:r w:rsidRPr="00393438">
              <w:rPr>
                <w:sz w:val="16"/>
              </w:rPr>
              <w:t xml:space="preserve"> B.1 </w:t>
            </w:r>
            <w:proofErr w:type="spellStart"/>
            <w:r w:rsidRPr="00393438">
              <w:rPr>
                <w:sz w:val="16"/>
              </w:rPr>
              <w:t>împrejmuiri</w:t>
            </w:r>
            <w:proofErr w:type="spellEnd"/>
            <w:r w:rsidRPr="00393438">
              <w:rPr>
                <w:sz w:val="16"/>
              </w:rPr>
              <w:t xml:space="preserve"> noi</w:t>
            </w:r>
          </w:p>
          <w:p w14:paraId="0EF99278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>☐</w:t>
            </w:r>
            <w:r w:rsidRPr="00393438">
              <w:rPr>
                <w:sz w:val="16"/>
              </w:rPr>
              <w:t xml:space="preserve"> B.2 </w:t>
            </w:r>
            <w:proofErr w:type="spellStart"/>
            <w:r w:rsidRPr="00393438">
              <w:rPr>
                <w:sz w:val="16"/>
              </w:rPr>
              <w:t>înlocuire</w:t>
            </w:r>
            <w:proofErr w:type="spellEnd"/>
            <w:r w:rsidRPr="00393438">
              <w:rPr>
                <w:sz w:val="16"/>
              </w:rPr>
              <w:t xml:space="preserve"> / </w:t>
            </w:r>
            <w:proofErr w:type="spellStart"/>
            <w:r w:rsidRPr="00393438">
              <w:rPr>
                <w:sz w:val="16"/>
              </w:rPr>
              <w:t>reconfigurare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>☐</w:t>
            </w:r>
            <w:r w:rsidRPr="00393438">
              <w:rPr>
                <w:sz w:val="16"/>
              </w:rPr>
              <w:t xml:space="preserve"> B.3 </w:t>
            </w:r>
            <w:proofErr w:type="spellStart"/>
            <w:r w:rsidRPr="00393438">
              <w:rPr>
                <w:sz w:val="16"/>
              </w:rPr>
              <w:t>amenajare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mansardă</w:t>
            </w:r>
            <w:proofErr w:type="spellEnd"/>
            <w:r w:rsidRPr="00393438">
              <w:rPr>
                <w:sz w:val="16"/>
              </w:rPr>
              <w:t xml:space="preserve"> în pod existent</w:t>
            </w:r>
          </w:p>
          <w:p w14:paraId="74A790CD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B.4 </w:t>
            </w:r>
            <w:proofErr w:type="spellStart"/>
            <w:r w:rsidRPr="00393438">
              <w:rPr>
                <w:sz w:val="16"/>
                <w:lang w:val="fr-FR"/>
              </w:rPr>
              <w:t>renovare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extindere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bucătărie</w:t>
            </w:r>
            <w:proofErr w:type="spellEnd"/>
            <w:r w:rsidRPr="00393438">
              <w:rPr>
                <w:sz w:val="16"/>
                <w:lang w:val="fr-FR"/>
              </w:rPr>
              <w:t xml:space="preserve"> sau </w:t>
            </w:r>
            <w:proofErr w:type="gramStart"/>
            <w:r w:rsidRPr="00393438">
              <w:rPr>
                <w:sz w:val="16"/>
                <w:lang w:val="fr-FR"/>
              </w:rPr>
              <w:t>baie;</w:t>
            </w:r>
            <w:proofErr w:type="gram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închidere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unitară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B.5 </w:t>
            </w:r>
            <w:proofErr w:type="spellStart"/>
            <w:r w:rsidRPr="00393438">
              <w:rPr>
                <w:sz w:val="16"/>
                <w:lang w:val="fr-FR"/>
              </w:rPr>
              <w:t>compartimentări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>☐</w:t>
            </w:r>
            <w:r w:rsidRPr="00393438">
              <w:rPr>
                <w:sz w:val="16"/>
              </w:rPr>
              <w:t xml:space="preserve"> B.6 </w:t>
            </w:r>
            <w:proofErr w:type="spellStart"/>
            <w:r w:rsidRPr="00393438">
              <w:rPr>
                <w:sz w:val="16"/>
              </w:rPr>
              <w:t>remodelări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fațad</w:t>
            </w:r>
            <w:r w:rsidRPr="00393438">
              <w:rPr>
                <w:sz w:val="16"/>
              </w:rPr>
              <w:t>e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fără</w:t>
            </w:r>
            <w:proofErr w:type="spellEnd"/>
            <w:r w:rsidRPr="00393438">
              <w:rPr>
                <w:sz w:val="16"/>
              </w:rPr>
              <w:t xml:space="preserve"> rol structural</w:t>
            </w:r>
          </w:p>
        </w:tc>
      </w:tr>
    </w:tbl>
    <w:p w14:paraId="7B137162" w14:textId="77777777" w:rsidR="007C5D68" w:rsidRPr="00393438" w:rsidRDefault="007C5D68">
      <w:pPr>
        <w:keepNext/>
        <w:rPr>
          <w:sz w:val="16"/>
        </w:rPr>
        <w:sectPr w:rsidR="007C5D68" w:rsidRPr="0039343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93438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B.7 </w:t>
            </w:r>
            <w:proofErr w:type="spellStart"/>
            <w:r w:rsidRPr="00393438">
              <w:rPr>
                <w:sz w:val="16"/>
                <w:lang w:val="fr-FR"/>
              </w:rPr>
              <w:t>reabilitare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energetică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unitară</w:t>
            </w:r>
            <w:proofErr w:type="spellEnd"/>
            <w:r w:rsidRPr="00393438">
              <w:rPr>
                <w:sz w:val="16"/>
                <w:lang w:val="fr-FR"/>
              </w:rPr>
              <w:t xml:space="preserve"> (</w:t>
            </w:r>
            <w:proofErr w:type="spellStart"/>
            <w:r w:rsidRPr="00393438">
              <w:rPr>
                <w:sz w:val="16"/>
                <w:lang w:val="fr-FR"/>
              </w:rPr>
              <w:t>clădiri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locuit</w:t>
            </w:r>
            <w:proofErr w:type="spellEnd"/>
            <w:r w:rsidRPr="00393438">
              <w:rPr>
                <w:sz w:val="16"/>
                <w:lang w:val="fr-FR"/>
              </w:rPr>
              <w:t xml:space="preserve">, max. 3 </w:t>
            </w:r>
            <w:proofErr w:type="spellStart"/>
            <w:r w:rsidRPr="00393438">
              <w:rPr>
                <w:sz w:val="16"/>
                <w:lang w:val="fr-FR"/>
              </w:rPr>
              <w:t>niveluri</w:t>
            </w:r>
            <w:proofErr w:type="spellEnd"/>
            <w:r w:rsidRPr="00393438">
              <w:rPr>
                <w:sz w:val="16"/>
                <w:lang w:val="fr-FR"/>
              </w:rPr>
              <w:t>)</w:t>
            </w:r>
          </w:p>
          <w:p w14:paraId="11CF2574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B.8 </w:t>
            </w:r>
            <w:proofErr w:type="spellStart"/>
            <w:r w:rsidRPr="00393438">
              <w:rPr>
                <w:sz w:val="16"/>
                <w:lang w:val="fr-FR"/>
              </w:rPr>
              <w:t>compartimentări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demontabile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B.9 </w:t>
            </w:r>
            <w:proofErr w:type="spellStart"/>
            <w:r w:rsidRPr="00393438">
              <w:rPr>
                <w:sz w:val="16"/>
                <w:lang w:val="fr-FR"/>
              </w:rPr>
              <w:t>schimbare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destinație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fără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Pr="00393438" w:rsidRDefault="00393438">
            <w:pPr>
              <w:keepNext/>
            </w:pPr>
            <w:r w:rsidRPr="00393438">
              <w:rPr>
                <w:sz w:val="16"/>
              </w:rPr>
              <w:t>☐</w:t>
            </w:r>
            <w:r w:rsidRPr="00393438">
              <w:rPr>
                <w:sz w:val="16"/>
              </w:rPr>
              <w:t xml:space="preserve"> B.10 </w:t>
            </w:r>
            <w:proofErr w:type="spellStart"/>
            <w:r w:rsidRPr="00393438">
              <w:rPr>
                <w:sz w:val="16"/>
              </w:rPr>
              <w:t>grupuri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sanitare</w:t>
            </w:r>
            <w:proofErr w:type="spellEnd"/>
            <w:r w:rsidRPr="00393438">
              <w:rPr>
                <w:sz w:val="16"/>
              </w:rPr>
              <w:t xml:space="preserve"> / </w:t>
            </w:r>
            <w:proofErr w:type="spellStart"/>
            <w:r w:rsidRPr="00393438">
              <w:rPr>
                <w:sz w:val="16"/>
              </w:rPr>
              <w:t>camere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tehnice</w:t>
            </w:r>
            <w:proofErr w:type="spellEnd"/>
            <w:r w:rsidRPr="00393438">
              <w:rPr>
                <w:sz w:val="16"/>
              </w:rPr>
              <w:t xml:space="preserve"> (max. 25 </w:t>
            </w:r>
            <w:proofErr w:type="spellStart"/>
            <w:r w:rsidRPr="00393438">
              <w:rPr>
                <w:sz w:val="16"/>
              </w:rPr>
              <w:t>mp</w:t>
            </w:r>
            <w:proofErr w:type="spellEnd"/>
            <w:r w:rsidRPr="00393438">
              <w:rPr>
                <w:sz w:val="16"/>
              </w:rPr>
              <w:t>)</w:t>
            </w:r>
          </w:p>
          <w:p w14:paraId="443DCDAD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B.11 </w:t>
            </w:r>
            <w:proofErr w:type="spellStart"/>
            <w:r w:rsidRPr="00393438">
              <w:rPr>
                <w:sz w:val="16"/>
                <w:lang w:val="fr-FR"/>
              </w:rPr>
              <w:t>întreținere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reparații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curente</w:t>
            </w:r>
            <w:proofErr w:type="spellEnd"/>
            <w:r w:rsidRPr="00393438">
              <w:rPr>
                <w:sz w:val="16"/>
                <w:lang w:val="fr-FR"/>
              </w:rPr>
              <w:t xml:space="preserve"> la </w:t>
            </w:r>
            <w:proofErr w:type="spellStart"/>
            <w:r w:rsidRPr="00393438">
              <w:rPr>
                <w:sz w:val="16"/>
                <w:lang w:val="fr-FR"/>
              </w:rPr>
              <w:t>rețele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Pr="00393438" w:rsidRDefault="007C5D68">
      <w:pPr>
        <w:keepNext/>
        <w:rPr>
          <w:sz w:val="16"/>
          <w:lang w:val="fr-FR"/>
        </w:rPr>
        <w:sectPr w:rsidR="007C5D68" w:rsidRPr="0039343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93438" w:rsidRPr="0039343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lastRenderedPageBreak/>
              <w:t xml:space="preserve"> C · În zone de </w:t>
            </w:r>
            <w:proofErr w:type="spellStart"/>
            <w:r w:rsidRPr="00393438">
              <w:rPr>
                <w:sz w:val="16"/>
                <w:lang w:val="fr-FR"/>
              </w:rPr>
              <w:t>protecție</w:t>
            </w:r>
            <w:proofErr w:type="spellEnd"/>
            <w:r w:rsidRPr="00393438">
              <w:rPr>
                <w:sz w:val="16"/>
                <w:lang w:val="fr-FR"/>
              </w:rPr>
              <w:t xml:space="preserve"> a </w:t>
            </w:r>
            <w:proofErr w:type="spellStart"/>
            <w:r w:rsidRPr="00393438">
              <w:rPr>
                <w:sz w:val="16"/>
                <w:lang w:val="fr-FR"/>
              </w:rPr>
              <w:t>monumentelor</w:t>
            </w:r>
            <w:proofErr w:type="spellEnd"/>
            <w:r w:rsidRPr="00393438">
              <w:rPr>
                <w:sz w:val="16"/>
                <w:lang w:val="fr-FR"/>
              </w:rPr>
              <w:t xml:space="preserve"> sau zone construite </w:t>
            </w:r>
            <w:proofErr w:type="spellStart"/>
            <w:r w:rsidRPr="00393438">
              <w:rPr>
                <w:sz w:val="16"/>
                <w:lang w:val="fr-FR"/>
              </w:rPr>
              <w:t>protejate</w:t>
            </w:r>
            <w:proofErr w:type="spellEnd"/>
            <w:r w:rsidRPr="00393438">
              <w:rPr>
                <w:sz w:val="16"/>
                <w:lang w:val="fr-FR"/>
              </w:rPr>
              <w:t xml:space="preserve"> —</w:t>
            </w:r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din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categoria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celor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393438">
              <w:rPr>
                <w:sz w:val="16"/>
                <w:lang w:val="fr-FR"/>
              </w:rPr>
              <w:t>prevăzute</w:t>
            </w:r>
            <w:proofErr w:type="spellEnd"/>
            <w:r w:rsidR="007C5D68" w:rsidRPr="00393438">
              <w:rPr>
                <w:sz w:val="16"/>
                <w:lang w:val="fr-FR"/>
              </w:rPr>
              <w:t xml:space="preserve"> la</w:t>
            </w:r>
            <w:r w:rsidRPr="00393438">
              <w:rPr>
                <w:sz w:val="16"/>
                <w:lang w:val="fr-FR"/>
              </w:rPr>
              <w:t xml:space="preserve"> art. 294 </w:t>
            </w:r>
            <w:proofErr w:type="spellStart"/>
            <w:r w:rsidRPr="00393438">
              <w:rPr>
                <w:sz w:val="16"/>
                <w:lang w:val="fr-FR"/>
              </w:rPr>
              <w:t>alin</w:t>
            </w:r>
            <w:proofErr w:type="spellEnd"/>
            <w:r w:rsidRPr="00393438">
              <w:rPr>
                <w:sz w:val="16"/>
                <w:lang w:val="fr-FR"/>
              </w:rPr>
              <w:t xml:space="preserve">. </w:t>
            </w:r>
            <w:r w:rsidRPr="00393438">
              <w:rPr>
                <w:sz w:val="16"/>
                <w:lang w:val="fr-FR"/>
              </w:rPr>
              <w:t>(3)</w:t>
            </w:r>
            <w:r w:rsidR="007C5D68" w:rsidRPr="00393438">
              <w:rPr>
                <w:sz w:val="16"/>
                <w:lang w:val="fr-FR"/>
              </w:rPr>
              <w:t xml:space="preserve"> </w:t>
            </w:r>
            <w:r w:rsidR="007C5D68" w:rsidRPr="00393438">
              <w:rPr>
                <w:sz w:val="16"/>
              </w:rPr>
              <w:t xml:space="preserve">din </w:t>
            </w:r>
            <w:proofErr w:type="spellStart"/>
            <w:r w:rsidR="007C5D68" w:rsidRPr="00393438">
              <w:rPr>
                <w:sz w:val="16"/>
              </w:rPr>
              <w:t>Legea</w:t>
            </w:r>
            <w:proofErr w:type="spellEnd"/>
            <w:r w:rsidR="007C5D68" w:rsidRPr="00393438">
              <w:rPr>
                <w:sz w:val="16"/>
              </w:rPr>
              <w:t xml:space="preserve"> nr. 169/2026</w:t>
            </w:r>
          </w:p>
        </w:tc>
      </w:tr>
      <w:tr w:rsidR="00393438" w:rsidRPr="00393438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C.1 </w:t>
            </w:r>
            <w:proofErr w:type="spellStart"/>
            <w:r w:rsidRPr="00393438">
              <w:rPr>
                <w:sz w:val="16"/>
                <w:lang w:val="fr-FR"/>
              </w:rPr>
              <w:t>reparații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întreținere</w:t>
            </w:r>
            <w:proofErr w:type="spellEnd"/>
            <w:r w:rsidRPr="00393438">
              <w:rPr>
                <w:sz w:val="16"/>
                <w:lang w:val="fr-FR"/>
              </w:rPr>
              <w:t xml:space="preserve"> la </w:t>
            </w:r>
            <w:proofErr w:type="spellStart"/>
            <w:r w:rsidRPr="00393438">
              <w:rPr>
                <w:sz w:val="16"/>
                <w:lang w:val="fr-FR"/>
              </w:rPr>
              <w:t>construcții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C.2 </w:t>
            </w:r>
            <w:proofErr w:type="spellStart"/>
            <w:r w:rsidRPr="00393438">
              <w:rPr>
                <w:sz w:val="16"/>
                <w:lang w:val="fr-FR"/>
              </w:rPr>
              <w:t>reparații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interioare</w:t>
            </w:r>
            <w:proofErr w:type="spellEnd"/>
            <w:r w:rsidRPr="00393438">
              <w:rPr>
                <w:sz w:val="16"/>
                <w:lang w:val="fr-FR"/>
              </w:rPr>
              <w:t xml:space="preserve"> și </w:t>
            </w:r>
            <w:proofErr w:type="spellStart"/>
            <w:r w:rsidRPr="00393438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C.3 </w:t>
            </w:r>
            <w:proofErr w:type="spellStart"/>
            <w:r w:rsidRPr="00393438">
              <w:rPr>
                <w:sz w:val="16"/>
                <w:lang w:val="fr-FR"/>
              </w:rPr>
              <w:t>reparații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împrejmuiri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acoperișuri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terase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ziduri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C.4 </w:t>
            </w:r>
            <w:proofErr w:type="spellStart"/>
            <w:r w:rsidRPr="00393438">
              <w:rPr>
                <w:sz w:val="16"/>
                <w:lang w:val="fr-FR"/>
              </w:rPr>
              <w:t>compartimentări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nestructurale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C.5 </w:t>
            </w:r>
            <w:proofErr w:type="spellStart"/>
            <w:r w:rsidRPr="00393438">
              <w:rPr>
                <w:sz w:val="16"/>
                <w:lang w:val="fr-FR"/>
              </w:rPr>
              <w:t>schimbare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destinație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fără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C.6 </w:t>
            </w:r>
            <w:proofErr w:type="spellStart"/>
            <w:r w:rsidRPr="00393438">
              <w:rPr>
                <w:sz w:val="16"/>
                <w:lang w:val="fr-FR"/>
              </w:rPr>
              <w:t>instalații</w:t>
            </w:r>
            <w:proofErr w:type="spellEnd"/>
            <w:r w:rsidRPr="00393438">
              <w:rPr>
                <w:sz w:val="16"/>
                <w:lang w:val="fr-FR"/>
              </w:rPr>
              <w:t xml:space="preserve"> pentru </w:t>
            </w:r>
            <w:proofErr w:type="spellStart"/>
            <w:r w:rsidRPr="00393438">
              <w:rPr>
                <w:sz w:val="16"/>
                <w:lang w:val="fr-FR"/>
              </w:rPr>
              <w:t>securitate</w:t>
            </w:r>
            <w:proofErr w:type="spellEnd"/>
            <w:r w:rsidRPr="00393438">
              <w:rPr>
                <w:sz w:val="16"/>
                <w:lang w:val="fr-FR"/>
              </w:rPr>
              <w:t xml:space="preserve"> la </w:t>
            </w:r>
            <w:proofErr w:type="spellStart"/>
            <w:r w:rsidRPr="00393438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393438" w:rsidRPr="00393438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Pr="00393438" w:rsidRDefault="00393438">
            <w:pPr>
              <w:keepNext/>
            </w:pPr>
            <w:r w:rsidRPr="00393438">
              <w:rPr>
                <w:sz w:val="16"/>
                <w:lang w:val="fr-FR"/>
              </w:rPr>
              <w:t xml:space="preserve"> D · </w:t>
            </w:r>
            <w:proofErr w:type="spellStart"/>
            <w:r w:rsidRPr="00393438">
              <w:rPr>
                <w:sz w:val="16"/>
                <w:lang w:val="fr-FR"/>
              </w:rPr>
              <w:t>Lucrări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amenajare</w:t>
            </w:r>
            <w:proofErr w:type="spellEnd"/>
            <w:r w:rsidRPr="00393438">
              <w:rPr>
                <w:sz w:val="16"/>
                <w:lang w:val="fr-FR"/>
              </w:rPr>
              <w:t xml:space="preserve"> — art. 294 </w:t>
            </w:r>
            <w:proofErr w:type="spellStart"/>
            <w:r w:rsidRPr="00393438">
              <w:rPr>
                <w:sz w:val="16"/>
                <w:lang w:val="fr-FR"/>
              </w:rPr>
              <w:t>alin</w:t>
            </w:r>
            <w:proofErr w:type="spellEnd"/>
            <w:r w:rsidRPr="00393438">
              <w:rPr>
                <w:sz w:val="16"/>
                <w:lang w:val="fr-FR"/>
              </w:rPr>
              <w:t xml:space="preserve">. </w:t>
            </w:r>
            <w:r w:rsidRPr="00393438">
              <w:rPr>
                <w:sz w:val="16"/>
              </w:rPr>
              <w:t>(4)</w:t>
            </w:r>
          </w:p>
        </w:tc>
      </w:tr>
      <w:tr w:rsidR="007F39C2" w:rsidRPr="00393438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393438" w:rsidRDefault="007F39C2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D.1 </w:t>
            </w:r>
            <w:proofErr w:type="spellStart"/>
            <w:r w:rsidRPr="00393438">
              <w:rPr>
                <w:sz w:val="16"/>
                <w:lang w:val="fr-FR"/>
              </w:rPr>
              <w:t>campinguri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tabere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din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structuri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393438" w:rsidRDefault="007F39C2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D.2 </w:t>
            </w:r>
            <w:proofErr w:type="spellStart"/>
            <w:r w:rsidRPr="00393438">
              <w:rPr>
                <w:sz w:val="16"/>
                <w:lang w:val="fr-FR"/>
              </w:rPr>
              <w:t>modificări</w:t>
            </w:r>
            <w:proofErr w:type="spellEnd"/>
            <w:r w:rsidRPr="00393438">
              <w:rPr>
                <w:sz w:val="16"/>
                <w:lang w:val="fr-FR"/>
              </w:rPr>
              <w:t xml:space="preserve"> în camping / </w:t>
            </w:r>
            <w:proofErr w:type="spellStart"/>
            <w:r w:rsidRPr="00393438">
              <w:rPr>
                <w:sz w:val="16"/>
                <w:lang w:val="fr-FR"/>
              </w:rPr>
              <w:t>sat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vacanță</w:t>
            </w:r>
            <w:proofErr w:type="spellEnd"/>
            <w:r w:rsidRPr="00393438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393438" w:rsidRDefault="007F39C2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D.3 </w:t>
            </w:r>
            <w:proofErr w:type="spellStart"/>
            <w:r w:rsidRPr="00393438">
              <w:rPr>
                <w:sz w:val="16"/>
                <w:lang w:val="fr-FR"/>
              </w:rPr>
              <w:t>teren</w:t>
            </w:r>
            <w:proofErr w:type="spellEnd"/>
            <w:r w:rsidRPr="00393438">
              <w:rPr>
                <w:sz w:val="16"/>
                <w:lang w:val="fr-FR"/>
              </w:rPr>
              <w:t xml:space="preserve"> de sport </w:t>
            </w:r>
            <w:proofErr w:type="spellStart"/>
            <w:r w:rsidRPr="00393438">
              <w:rPr>
                <w:sz w:val="16"/>
                <w:lang w:val="fr-FR"/>
              </w:rPr>
              <w:t>fără</w:t>
            </w:r>
            <w:proofErr w:type="spellEnd"/>
            <w:r w:rsidRPr="00393438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393438">
              <w:rPr>
                <w:sz w:val="16"/>
                <w:lang w:val="fr-FR"/>
              </w:rPr>
              <w:t>distracții</w:t>
            </w:r>
            <w:proofErr w:type="spellEnd"/>
            <w:r w:rsidRPr="00393438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393438" w:rsidRDefault="007F39C2">
            <w:pPr>
              <w:keepNext/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D.4 </w:t>
            </w:r>
            <w:proofErr w:type="spellStart"/>
            <w:r w:rsidRPr="00393438">
              <w:rPr>
                <w:sz w:val="16"/>
                <w:lang w:val="fr-FR"/>
              </w:rPr>
              <w:t>spații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publice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grădini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393438" w:rsidRDefault="007F39C2">
            <w:pPr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D.5 </w:t>
            </w:r>
            <w:proofErr w:type="spellStart"/>
            <w:r w:rsidRPr="00393438">
              <w:rPr>
                <w:sz w:val="16"/>
                <w:lang w:val="fr-FR"/>
              </w:rPr>
              <w:t>trotuare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ziduri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sprijin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scări</w:t>
            </w:r>
            <w:proofErr w:type="spellEnd"/>
            <w:r w:rsidRPr="00393438">
              <w:rPr>
                <w:sz w:val="16"/>
                <w:lang w:val="fr-FR"/>
              </w:rPr>
              <w:t xml:space="preserve"> de </w:t>
            </w:r>
            <w:proofErr w:type="spellStart"/>
            <w:r w:rsidRPr="00393438">
              <w:rPr>
                <w:sz w:val="16"/>
                <w:lang w:val="fr-FR"/>
              </w:rPr>
              <w:t>acces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terase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393438" w:rsidRDefault="007F39C2">
            <w:pPr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D.6 </w:t>
            </w:r>
            <w:proofErr w:type="spellStart"/>
            <w:r w:rsidRPr="00393438">
              <w:rPr>
                <w:sz w:val="16"/>
                <w:lang w:val="fr-FR"/>
              </w:rPr>
              <w:t>perdele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forestiere</w:t>
            </w:r>
            <w:proofErr w:type="spellEnd"/>
            <w:r w:rsidRPr="00393438">
              <w:rPr>
                <w:sz w:val="16"/>
                <w:lang w:val="fr-FR"/>
              </w:rPr>
              <w:t xml:space="preserve"> / </w:t>
            </w:r>
            <w:proofErr w:type="spellStart"/>
            <w:r w:rsidRPr="00393438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393438" w:rsidRDefault="007F39C2">
            <w:pPr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D.7 </w:t>
            </w:r>
            <w:proofErr w:type="spellStart"/>
            <w:r w:rsidRPr="00393438">
              <w:rPr>
                <w:sz w:val="16"/>
                <w:lang w:val="fr-FR"/>
              </w:rPr>
              <w:t>construcții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393438" w:rsidRDefault="007F39C2" w:rsidP="004C2114">
            <w:pPr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393438">
              <w:rPr>
                <w:sz w:val="16"/>
                <w:lang w:val="fr-FR"/>
              </w:rPr>
              <w:t>acces</w:t>
            </w:r>
            <w:proofErr w:type="spellEnd"/>
            <w:r w:rsidRPr="00393438">
              <w:rPr>
                <w:sz w:val="16"/>
                <w:lang w:val="fr-FR"/>
              </w:rPr>
              <w:t xml:space="preserve"> pentru </w:t>
            </w:r>
            <w:proofErr w:type="spellStart"/>
            <w:r w:rsidRPr="00393438">
              <w:rPr>
                <w:sz w:val="16"/>
                <w:lang w:val="fr-FR"/>
              </w:rPr>
              <w:t>persoanele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cu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393438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393438" w:rsidRPr="00393438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393438" w:rsidRDefault="00393438">
            <w:pPr>
              <w:keepNext/>
              <w:rPr>
                <w:lang w:val="fr-FR"/>
              </w:rPr>
            </w:pPr>
            <w:r w:rsidRPr="00393438">
              <w:rPr>
                <w:b/>
                <w:sz w:val="16"/>
                <w:lang w:val="fr-FR"/>
              </w:rPr>
              <w:t xml:space="preserve"> 5. </w:t>
            </w:r>
            <w:r w:rsidRPr="00393438">
              <w:rPr>
                <w:b/>
                <w:sz w:val="18"/>
                <w:lang w:val="fr-FR"/>
              </w:rPr>
              <w:t>PROIECTUL TEHNIC DE EXECUȚIE CU CONȚINUT SIMPLIFICAT</w:t>
            </w:r>
          </w:p>
        </w:tc>
      </w:tr>
      <w:tr w:rsidR="00393438" w:rsidRPr="00393438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Denumire</w:t>
            </w:r>
            <w:proofErr w:type="spellEnd"/>
            <w:r w:rsidRPr="00393438">
              <w:rPr>
                <w:b/>
              </w:rPr>
              <w:t xml:space="preserve"> / cod </w:t>
            </w:r>
            <w:proofErr w:type="spellStart"/>
            <w:r w:rsidRPr="00393438">
              <w:rPr>
                <w:b/>
              </w:rPr>
              <w:t>proiect</w:t>
            </w:r>
            <w:proofErr w:type="spellEnd"/>
          </w:p>
          <w:p w14:paraId="0B739958" w14:textId="77777777" w:rsidR="00846492" w:rsidRPr="00393438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Pr="00393438" w:rsidRDefault="00393438">
            <w:pPr>
              <w:keepNext/>
            </w:pPr>
            <w:r w:rsidRPr="00393438">
              <w:rPr>
                <w:b/>
              </w:rPr>
              <w:t xml:space="preserve">Nr. / </w:t>
            </w:r>
            <w:proofErr w:type="gramStart"/>
            <w:r w:rsidRPr="00393438">
              <w:rPr>
                <w:b/>
              </w:rPr>
              <w:t>data</w:t>
            </w:r>
            <w:proofErr w:type="gramEnd"/>
          </w:p>
          <w:p w14:paraId="49345079" w14:textId="77777777" w:rsidR="00846492" w:rsidRPr="00393438" w:rsidRDefault="00846492">
            <w:pPr>
              <w:keepNext/>
            </w:pPr>
          </w:p>
        </w:tc>
      </w:tr>
      <w:tr w:rsidR="00393438" w:rsidRPr="00393438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Arhitectură</w:t>
            </w:r>
            <w:proofErr w:type="spellEnd"/>
            <w:r w:rsidRPr="00393438">
              <w:rPr>
                <w:b/>
              </w:rPr>
              <w:t xml:space="preserve"> / </w:t>
            </w:r>
            <w:proofErr w:type="spellStart"/>
            <w:r w:rsidRPr="00393438">
              <w:rPr>
                <w:b/>
              </w:rPr>
              <w:t>coordonare</w:t>
            </w:r>
            <w:proofErr w:type="spellEnd"/>
            <w:r w:rsidRPr="00393438">
              <w:rPr>
                <w:b/>
              </w:rPr>
              <w:t xml:space="preserve"> — </w:t>
            </w:r>
            <w:proofErr w:type="spellStart"/>
            <w:r w:rsidRPr="00393438">
              <w:rPr>
                <w:b/>
              </w:rPr>
              <w:t>nume</w:t>
            </w:r>
            <w:proofErr w:type="spellEnd"/>
            <w:r w:rsidR="00870FD7" w:rsidRPr="00393438">
              <w:rPr>
                <w:b/>
              </w:rPr>
              <w:t>/</w:t>
            </w:r>
            <w:proofErr w:type="spellStart"/>
            <w:r w:rsidR="00870FD7" w:rsidRPr="00393438">
              <w:rPr>
                <w:b/>
              </w:rPr>
              <w:t>prenume</w:t>
            </w:r>
            <w:proofErr w:type="spellEnd"/>
            <w:r w:rsidR="00870FD7" w:rsidRPr="00393438">
              <w:rPr>
                <w:b/>
              </w:rPr>
              <w:t>/</w:t>
            </w:r>
            <w:r w:rsidRPr="00393438">
              <w:rPr>
                <w:b/>
              </w:rPr>
              <w:t xml:space="preserve">, </w:t>
            </w:r>
            <w:proofErr w:type="spellStart"/>
            <w:r w:rsidR="003F4418" w:rsidRPr="00393438">
              <w:rPr>
                <w:b/>
              </w:rPr>
              <w:t>nr.TNA</w:t>
            </w:r>
            <w:proofErr w:type="spellEnd"/>
          </w:p>
          <w:p w14:paraId="59DFFC81" w14:textId="77777777" w:rsidR="00846492" w:rsidRPr="00393438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Semnătura</w:t>
            </w:r>
            <w:proofErr w:type="spellEnd"/>
          </w:p>
          <w:p w14:paraId="3069E7FC" w14:textId="77777777" w:rsidR="00846492" w:rsidRPr="00393438" w:rsidRDefault="00846492">
            <w:pPr>
              <w:keepNext/>
            </w:pPr>
          </w:p>
        </w:tc>
      </w:tr>
      <w:tr w:rsidR="00393438" w:rsidRPr="00393438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Structură</w:t>
            </w:r>
            <w:proofErr w:type="spellEnd"/>
            <w:r w:rsidRPr="00393438">
              <w:rPr>
                <w:b/>
              </w:rPr>
              <w:t xml:space="preserve"> </w:t>
            </w:r>
            <w:r w:rsidR="00870FD7" w:rsidRPr="00393438">
              <w:rPr>
                <w:b/>
              </w:rPr>
              <w:t xml:space="preserve">— </w:t>
            </w:r>
            <w:proofErr w:type="spellStart"/>
            <w:r w:rsidR="00870FD7" w:rsidRPr="00393438">
              <w:rPr>
                <w:b/>
              </w:rPr>
              <w:t>nume</w:t>
            </w:r>
            <w:proofErr w:type="spellEnd"/>
            <w:r w:rsidR="00870FD7" w:rsidRPr="00393438">
              <w:rPr>
                <w:b/>
              </w:rPr>
              <w:t>/</w:t>
            </w:r>
            <w:proofErr w:type="spellStart"/>
            <w:r w:rsidR="00870FD7" w:rsidRPr="00393438">
              <w:rPr>
                <w:b/>
              </w:rPr>
              <w:t>prenume</w:t>
            </w:r>
            <w:proofErr w:type="spellEnd"/>
          </w:p>
          <w:p w14:paraId="7C7384FB" w14:textId="77777777" w:rsidR="00846492" w:rsidRPr="00393438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Pr="00393438" w:rsidRDefault="00393438">
            <w:pPr>
              <w:keepNext/>
            </w:pPr>
            <w:proofErr w:type="spellStart"/>
            <w:r w:rsidRPr="00393438">
              <w:rPr>
                <w:b/>
              </w:rPr>
              <w:t>Semnătura</w:t>
            </w:r>
            <w:proofErr w:type="spellEnd"/>
          </w:p>
          <w:p w14:paraId="792D2924" w14:textId="77777777" w:rsidR="00846492" w:rsidRPr="00393438" w:rsidRDefault="00846492">
            <w:pPr>
              <w:keepNext/>
            </w:pPr>
          </w:p>
        </w:tc>
      </w:tr>
      <w:tr w:rsidR="00846492" w:rsidRPr="00393438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Pr="00393438" w:rsidRDefault="00393438">
            <w:pPr>
              <w:rPr>
                <w:b/>
              </w:rPr>
            </w:pPr>
            <w:proofErr w:type="spellStart"/>
            <w:r w:rsidRPr="00393438">
              <w:rPr>
                <w:b/>
              </w:rPr>
              <w:t>Instalații</w:t>
            </w:r>
            <w:proofErr w:type="spellEnd"/>
            <w:r w:rsidRPr="00393438">
              <w:rPr>
                <w:b/>
              </w:rPr>
              <w:t xml:space="preserve"> </w:t>
            </w:r>
            <w:r w:rsidR="00870FD7" w:rsidRPr="00393438">
              <w:rPr>
                <w:b/>
              </w:rPr>
              <w:t xml:space="preserve">— </w:t>
            </w:r>
            <w:proofErr w:type="spellStart"/>
            <w:r w:rsidR="00870FD7" w:rsidRPr="00393438">
              <w:rPr>
                <w:b/>
              </w:rPr>
              <w:t>nume</w:t>
            </w:r>
            <w:proofErr w:type="spellEnd"/>
            <w:r w:rsidR="00870FD7" w:rsidRPr="00393438">
              <w:rPr>
                <w:b/>
              </w:rPr>
              <w:t>/</w:t>
            </w:r>
            <w:proofErr w:type="spellStart"/>
            <w:r w:rsidR="00870FD7" w:rsidRPr="00393438">
              <w:rPr>
                <w:b/>
              </w:rPr>
              <w:t>prenume</w:t>
            </w:r>
            <w:proofErr w:type="spellEnd"/>
            <w:r w:rsidR="00FD1916" w:rsidRPr="00393438">
              <w:rPr>
                <w:b/>
              </w:rPr>
              <w:t xml:space="preserve">, </w:t>
            </w:r>
            <w:proofErr w:type="spellStart"/>
            <w:r w:rsidR="00FD1916" w:rsidRPr="00393438">
              <w:rPr>
                <w:b/>
              </w:rPr>
              <w:t>specialitate</w:t>
            </w:r>
            <w:proofErr w:type="spellEnd"/>
          </w:p>
          <w:p w14:paraId="3F533455" w14:textId="489AAF0C" w:rsidR="00846492" w:rsidRPr="00393438" w:rsidRDefault="00870FD7">
            <w:r w:rsidRPr="00393438">
              <w:rPr>
                <w:b/>
              </w:rPr>
              <w:t xml:space="preserve">Alte </w:t>
            </w:r>
            <w:proofErr w:type="spellStart"/>
            <w:r w:rsidRPr="00393438">
              <w:rPr>
                <w:b/>
              </w:rPr>
              <w:t>specialități</w:t>
            </w:r>
            <w:proofErr w:type="spellEnd"/>
            <w:r w:rsidRPr="00393438">
              <w:rPr>
                <w:b/>
              </w:rPr>
              <w:t xml:space="preserve"> (</w:t>
            </w:r>
            <w:proofErr w:type="spellStart"/>
            <w:r w:rsidRPr="00393438">
              <w:rPr>
                <w:b/>
              </w:rPr>
              <w:t>dacă</w:t>
            </w:r>
            <w:proofErr w:type="spellEnd"/>
            <w:r w:rsidRPr="00393438">
              <w:rPr>
                <w:b/>
              </w:rPr>
              <w:t xml:space="preserve"> este </w:t>
            </w:r>
            <w:proofErr w:type="spellStart"/>
            <w:proofErr w:type="gramStart"/>
            <w:r w:rsidRPr="00393438">
              <w:rPr>
                <w:b/>
              </w:rPr>
              <w:t>cazul</w:t>
            </w:r>
            <w:proofErr w:type="spellEnd"/>
            <w:r w:rsidRPr="00393438">
              <w:rPr>
                <w:b/>
              </w:rPr>
              <w:t>)  —</w:t>
            </w:r>
            <w:proofErr w:type="gramEnd"/>
            <w:r w:rsidRPr="00393438">
              <w:rPr>
                <w:b/>
              </w:rPr>
              <w:t xml:space="preserve"> </w:t>
            </w:r>
            <w:proofErr w:type="spellStart"/>
            <w:r w:rsidRPr="00393438">
              <w:rPr>
                <w:b/>
              </w:rPr>
              <w:t>nume</w:t>
            </w:r>
            <w:proofErr w:type="spellEnd"/>
            <w:r w:rsidRPr="00393438">
              <w:rPr>
                <w:b/>
              </w:rPr>
              <w:t>/</w:t>
            </w:r>
            <w:proofErr w:type="spellStart"/>
            <w:r w:rsidRPr="00393438">
              <w:rPr>
                <w:b/>
              </w:rPr>
              <w:t>prenume</w:t>
            </w:r>
            <w:proofErr w:type="spellEnd"/>
            <w:r w:rsidRPr="00393438">
              <w:rPr>
                <w:b/>
              </w:rPr>
              <w:t>, atestare</w:t>
            </w:r>
          </w:p>
          <w:p w14:paraId="760B832F" w14:textId="77777777" w:rsidR="00846492" w:rsidRPr="00393438" w:rsidRDefault="00846492"/>
        </w:tc>
        <w:tc>
          <w:tcPr>
            <w:tcW w:w="3212" w:type="dxa"/>
          </w:tcPr>
          <w:p w14:paraId="32B487E7" w14:textId="77777777" w:rsidR="00846492" w:rsidRPr="00393438" w:rsidRDefault="00393438">
            <w:proofErr w:type="spellStart"/>
            <w:r w:rsidRPr="00393438">
              <w:rPr>
                <w:b/>
              </w:rPr>
              <w:t>Semnătura</w:t>
            </w:r>
            <w:proofErr w:type="spellEnd"/>
          </w:p>
          <w:p w14:paraId="52CE7D10" w14:textId="77777777" w:rsidR="00846492" w:rsidRPr="00393438" w:rsidRDefault="00846492"/>
        </w:tc>
      </w:tr>
    </w:tbl>
    <w:p w14:paraId="6C590180" w14:textId="77777777" w:rsidR="00846492" w:rsidRPr="00393438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93438" w:rsidRPr="00393438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Pr="00393438" w:rsidRDefault="00393438">
            <w:pPr>
              <w:keepNext/>
            </w:pPr>
            <w:r w:rsidRPr="00393438">
              <w:rPr>
                <w:b/>
                <w:sz w:val="16"/>
              </w:rPr>
              <w:t xml:space="preserve"> 6. </w:t>
            </w:r>
            <w:r w:rsidRPr="00393438">
              <w:rPr>
                <w:b/>
                <w:sz w:val="18"/>
              </w:rPr>
              <w:t>SE ANEXEAZĂ</w:t>
            </w:r>
          </w:p>
        </w:tc>
      </w:tr>
      <w:tr w:rsidR="00846492" w:rsidRPr="00393438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Pr="00393438" w:rsidRDefault="00393438">
            <w:pPr>
              <w:rPr>
                <w:sz w:val="16"/>
              </w:rPr>
            </w:pPr>
            <w:r w:rsidRPr="00393438">
              <w:rPr>
                <w:sz w:val="16"/>
              </w:rPr>
              <w:t xml:space="preserve"> ☐ </w:t>
            </w:r>
            <w:proofErr w:type="spellStart"/>
            <w:r w:rsidRPr="00393438">
              <w:rPr>
                <w:sz w:val="16"/>
              </w:rPr>
              <w:t>dovada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titlului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asupra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imobilului</w:t>
            </w:r>
            <w:proofErr w:type="spellEnd"/>
            <w:r w:rsidRPr="00393438">
              <w:rPr>
                <w:sz w:val="16"/>
              </w:rPr>
              <w:t xml:space="preserve">     ☐ </w:t>
            </w:r>
            <w:proofErr w:type="spellStart"/>
            <w:r w:rsidRPr="00393438">
              <w:rPr>
                <w:sz w:val="16"/>
              </w:rPr>
              <w:t>proiectul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tehnic</w:t>
            </w:r>
            <w:proofErr w:type="spellEnd"/>
            <w:r w:rsidRPr="00393438">
              <w:rPr>
                <w:sz w:val="16"/>
              </w:rPr>
              <w:t xml:space="preserve"> cu </w:t>
            </w:r>
            <w:proofErr w:type="spellStart"/>
            <w:r w:rsidRPr="00393438">
              <w:rPr>
                <w:sz w:val="16"/>
              </w:rPr>
              <w:t>conținut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simplificat</w:t>
            </w:r>
            <w:proofErr w:type="spellEnd"/>
            <w:r w:rsidRPr="00393438">
              <w:rPr>
                <w:sz w:val="16"/>
              </w:rPr>
              <w:t xml:space="preserve">     ☐ </w:t>
            </w:r>
            <w:proofErr w:type="spellStart"/>
            <w:r w:rsidRPr="00393438">
              <w:rPr>
                <w:sz w:val="16"/>
              </w:rPr>
              <w:t>studiul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geotehnic</w:t>
            </w:r>
            <w:proofErr w:type="spellEnd"/>
            <w:r w:rsidRPr="00393438">
              <w:rPr>
                <w:sz w:val="16"/>
              </w:rPr>
              <w:t xml:space="preserve"> (</w:t>
            </w:r>
            <w:proofErr w:type="spellStart"/>
            <w:r w:rsidRPr="00393438">
              <w:rPr>
                <w:sz w:val="16"/>
              </w:rPr>
              <w:t>obligatoriu</w:t>
            </w:r>
            <w:proofErr w:type="spellEnd"/>
            <w:r w:rsidRPr="00393438">
              <w:rPr>
                <w:sz w:val="16"/>
              </w:rPr>
              <w:t xml:space="preserve"> la </w:t>
            </w:r>
            <w:proofErr w:type="spellStart"/>
            <w:r w:rsidRPr="00393438">
              <w:rPr>
                <w:sz w:val="16"/>
              </w:rPr>
              <w:t>locuințe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unifamiliale</w:t>
            </w:r>
            <w:proofErr w:type="spellEnd"/>
            <w:r w:rsidRPr="00393438">
              <w:rPr>
                <w:sz w:val="16"/>
              </w:rPr>
              <w:t xml:space="preserve">)     </w:t>
            </w:r>
          </w:p>
          <w:p w14:paraId="5BBEDD70" w14:textId="77777777" w:rsidR="003869B3" w:rsidRPr="00393438" w:rsidRDefault="00393438">
            <w:pPr>
              <w:rPr>
                <w:sz w:val="16"/>
              </w:rPr>
            </w:pPr>
            <w:r w:rsidRPr="00393438">
              <w:rPr>
                <w:sz w:val="16"/>
              </w:rPr>
              <w:t>☐</w:t>
            </w:r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studiul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topografic</w:t>
            </w:r>
            <w:proofErr w:type="spellEnd"/>
            <w:r w:rsidRPr="00393438">
              <w:rPr>
                <w:sz w:val="16"/>
              </w:rPr>
              <w:t xml:space="preserve"> </w:t>
            </w:r>
            <w:r w:rsidR="007F39C2" w:rsidRPr="00393438">
              <w:rPr>
                <w:sz w:val="16"/>
              </w:rPr>
              <w:t>(</w:t>
            </w:r>
            <w:proofErr w:type="spellStart"/>
            <w:r w:rsidR="007F39C2" w:rsidRPr="00393438">
              <w:rPr>
                <w:sz w:val="16"/>
              </w:rPr>
              <w:t>obligatoriu</w:t>
            </w:r>
            <w:proofErr w:type="spellEnd"/>
            <w:r w:rsidR="007F39C2" w:rsidRPr="00393438">
              <w:rPr>
                <w:sz w:val="16"/>
              </w:rPr>
              <w:t xml:space="preserve"> la </w:t>
            </w:r>
            <w:proofErr w:type="spellStart"/>
            <w:r w:rsidR="007F39C2" w:rsidRPr="00393438">
              <w:rPr>
                <w:sz w:val="16"/>
              </w:rPr>
              <w:t>locuințe</w:t>
            </w:r>
            <w:proofErr w:type="spellEnd"/>
            <w:r w:rsidR="007F39C2" w:rsidRPr="00393438">
              <w:rPr>
                <w:sz w:val="16"/>
              </w:rPr>
              <w:t xml:space="preserve"> </w:t>
            </w:r>
            <w:proofErr w:type="spellStart"/>
            <w:proofErr w:type="gramStart"/>
            <w:r w:rsidR="007F39C2" w:rsidRPr="00393438">
              <w:rPr>
                <w:sz w:val="16"/>
              </w:rPr>
              <w:t>unifamiliale</w:t>
            </w:r>
            <w:proofErr w:type="spellEnd"/>
            <w:r w:rsidR="007F39C2" w:rsidRPr="00393438">
              <w:rPr>
                <w:sz w:val="16"/>
              </w:rPr>
              <w:t xml:space="preserve">)   </w:t>
            </w:r>
            <w:proofErr w:type="gramEnd"/>
            <w:r w:rsidR="007F39C2" w:rsidRPr="00393438">
              <w:rPr>
                <w:sz w:val="16"/>
              </w:rPr>
              <w:t xml:space="preserve">  </w:t>
            </w:r>
            <w:r w:rsidRPr="00393438">
              <w:rPr>
                <w:sz w:val="16"/>
              </w:rPr>
              <w:t xml:space="preserve">     ☐ </w:t>
            </w:r>
            <w:proofErr w:type="spellStart"/>
            <w:r w:rsidRPr="00393438">
              <w:rPr>
                <w:sz w:val="16"/>
              </w:rPr>
              <w:t>acordul</w:t>
            </w:r>
            <w:proofErr w:type="spellEnd"/>
            <w:r w:rsidRPr="00393438">
              <w:rPr>
                <w:sz w:val="16"/>
              </w:rPr>
              <w:t xml:space="preserve"> / </w:t>
            </w:r>
            <w:proofErr w:type="spellStart"/>
            <w:r w:rsidRPr="00393438">
              <w:rPr>
                <w:sz w:val="16"/>
              </w:rPr>
              <w:t>avizul</w:t>
            </w:r>
            <w:proofErr w:type="spellEnd"/>
            <w:r w:rsidRPr="00393438">
              <w:rPr>
                <w:sz w:val="16"/>
              </w:rPr>
              <w:t xml:space="preserve"> pentru </w:t>
            </w:r>
            <w:proofErr w:type="spellStart"/>
            <w:r w:rsidRPr="00393438">
              <w:rPr>
                <w:sz w:val="16"/>
              </w:rPr>
              <w:t>patrimoniu</w:t>
            </w:r>
            <w:proofErr w:type="spellEnd"/>
            <w:r w:rsidRPr="00393438">
              <w:rPr>
                <w:sz w:val="16"/>
              </w:rPr>
              <w:t xml:space="preserve">, </w:t>
            </w:r>
            <w:proofErr w:type="spellStart"/>
            <w:r w:rsidRPr="00393438">
              <w:rPr>
                <w:sz w:val="16"/>
              </w:rPr>
              <w:t>după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caz</w:t>
            </w:r>
            <w:proofErr w:type="spellEnd"/>
            <w:r w:rsidRPr="00393438">
              <w:rPr>
                <w:sz w:val="16"/>
              </w:rPr>
              <w:t xml:space="preserve">  </w:t>
            </w:r>
          </w:p>
          <w:p w14:paraId="52119DB7" w14:textId="450281CB" w:rsidR="00846492" w:rsidRPr="00393438" w:rsidRDefault="003869B3">
            <w:pPr>
              <w:rPr>
                <w:sz w:val="16"/>
                <w:lang w:val="fr-FR"/>
              </w:rPr>
            </w:pPr>
            <w:r w:rsidRPr="00393438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avizul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arhitectului-șef</w:t>
            </w:r>
            <w:proofErr w:type="spellEnd"/>
            <w:r w:rsidRPr="00393438">
              <w:rPr>
                <w:sz w:val="16"/>
                <w:lang w:val="fr-FR"/>
              </w:rPr>
              <w:t xml:space="preserve"> al </w:t>
            </w:r>
            <w:proofErr w:type="spellStart"/>
            <w:r w:rsidRPr="00393438">
              <w:rPr>
                <w:sz w:val="16"/>
                <w:lang w:val="fr-FR"/>
              </w:rPr>
              <w:t>județului</w:t>
            </w:r>
            <w:proofErr w:type="spellEnd"/>
            <w:r w:rsidRPr="00393438">
              <w:rPr>
                <w:sz w:val="16"/>
                <w:lang w:val="fr-FR"/>
              </w:rPr>
              <w:t xml:space="preserve"> (</w:t>
            </w:r>
            <w:proofErr w:type="spellStart"/>
            <w:r w:rsidRPr="00393438">
              <w:rPr>
                <w:sz w:val="16"/>
                <w:lang w:val="fr-FR"/>
              </w:rPr>
              <w:t>obligatoriu</w:t>
            </w:r>
            <w:proofErr w:type="spellEnd"/>
            <w:r w:rsidRPr="00393438">
              <w:rPr>
                <w:sz w:val="16"/>
                <w:lang w:val="fr-FR"/>
              </w:rPr>
              <w:t xml:space="preserve"> la </w:t>
            </w:r>
            <w:proofErr w:type="spellStart"/>
            <w:r w:rsidRPr="00393438">
              <w:rPr>
                <w:sz w:val="16"/>
                <w:lang w:val="fr-FR"/>
              </w:rPr>
              <w:t>locuințe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gramStart"/>
            <w:r w:rsidRPr="00393438">
              <w:rPr>
                <w:sz w:val="16"/>
                <w:lang w:val="fr-FR"/>
              </w:rPr>
              <w:t xml:space="preserve">unifamiliale)   </w:t>
            </w:r>
            <w:proofErr w:type="gramEnd"/>
            <w:r w:rsidRPr="00393438">
              <w:rPr>
                <w:sz w:val="16"/>
              </w:rPr>
              <w:t xml:space="preserve">☐ </w:t>
            </w:r>
            <w:proofErr w:type="spellStart"/>
            <w:r w:rsidRPr="00393438">
              <w:rPr>
                <w:sz w:val="16"/>
              </w:rPr>
              <w:t>dovada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plății</w:t>
            </w:r>
            <w:proofErr w:type="spellEnd"/>
            <w:r w:rsidRPr="00393438">
              <w:rPr>
                <w:sz w:val="16"/>
              </w:rPr>
              <w:t xml:space="preserve"> </w:t>
            </w:r>
            <w:proofErr w:type="spellStart"/>
            <w:r w:rsidRPr="00393438"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Pr="00393438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93438" w:rsidRPr="00393438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Pr="00393438" w:rsidRDefault="00393438">
            <w:pPr>
              <w:keepNext/>
            </w:pPr>
            <w:r w:rsidRPr="00393438">
              <w:rPr>
                <w:b/>
                <w:sz w:val="16"/>
              </w:rPr>
              <w:t xml:space="preserve"> 7. </w:t>
            </w:r>
            <w:r w:rsidRPr="00393438">
              <w:rPr>
                <w:b/>
                <w:sz w:val="18"/>
              </w:rPr>
              <w:t>RĂSPUNDEREA</w:t>
            </w:r>
          </w:p>
        </w:tc>
      </w:tr>
      <w:tr w:rsidR="00393438" w:rsidRPr="00393438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Pr="00393438" w:rsidRDefault="00393438">
            <w:pPr>
              <w:spacing w:line="228" w:lineRule="auto"/>
              <w:rPr>
                <w:i/>
                <w:sz w:val="17"/>
              </w:rPr>
            </w:pPr>
            <w:proofErr w:type="spellStart"/>
            <w:r w:rsidRPr="00393438">
              <w:rPr>
                <w:i/>
                <w:sz w:val="17"/>
              </w:rPr>
              <w:t>Declar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că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lucrările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notificate</w:t>
            </w:r>
            <w:proofErr w:type="spellEnd"/>
            <w:r w:rsidRPr="00393438">
              <w:rPr>
                <w:i/>
                <w:sz w:val="17"/>
              </w:rPr>
              <w:t xml:space="preserve"> se </w:t>
            </w:r>
            <w:proofErr w:type="spellStart"/>
            <w:r w:rsidRPr="00393438">
              <w:rPr>
                <w:i/>
                <w:sz w:val="17"/>
              </w:rPr>
              <w:t>încadrează</w:t>
            </w:r>
            <w:proofErr w:type="spellEnd"/>
            <w:r w:rsidRPr="00393438">
              <w:rPr>
                <w:i/>
                <w:sz w:val="17"/>
              </w:rPr>
              <w:t xml:space="preserve"> strict în art. 294 din </w:t>
            </w:r>
            <w:proofErr w:type="spellStart"/>
            <w:r w:rsidRPr="00393438">
              <w:rPr>
                <w:i/>
                <w:sz w:val="17"/>
              </w:rPr>
              <w:t>Lege</w:t>
            </w:r>
            <w:r w:rsidR="003F4418" w:rsidRPr="00393438">
              <w:rPr>
                <w:i/>
                <w:sz w:val="17"/>
              </w:rPr>
              <w:t>a</w:t>
            </w:r>
            <w:proofErr w:type="spellEnd"/>
            <w:r w:rsidR="003F4418" w:rsidRPr="00393438">
              <w:rPr>
                <w:i/>
                <w:sz w:val="17"/>
              </w:rPr>
              <w:t xml:space="preserve"> nr. 169/2026 și</w:t>
            </w:r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cunosc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faptul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că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confirmarea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înregistrării</w:t>
            </w:r>
            <w:proofErr w:type="spellEnd"/>
            <w:r w:rsidRPr="00393438">
              <w:rPr>
                <w:i/>
                <w:sz w:val="17"/>
              </w:rPr>
              <w:t xml:space="preserve"> nu </w:t>
            </w:r>
            <w:proofErr w:type="spellStart"/>
            <w:r w:rsidRPr="00393438">
              <w:rPr>
                <w:i/>
                <w:sz w:val="17"/>
              </w:rPr>
              <w:t>echivalează</w:t>
            </w:r>
            <w:proofErr w:type="spellEnd"/>
            <w:r w:rsidRPr="00393438">
              <w:rPr>
                <w:i/>
                <w:sz w:val="17"/>
              </w:rPr>
              <w:t xml:space="preserve"> cu aprobarea </w:t>
            </w:r>
            <w:proofErr w:type="spellStart"/>
            <w:r w:rsidRPr="00393438">
              <w:rPr>
                <w:i/>
                <w:sz w:val="17"/>
              </w:rPr>
              <w:t>notificării</w:t>
            </w:r>
            <w:proofErr w:type="spellEnd"/>
            <w:r w:rsidRPr="00393438">
              <w:rPr>
                <w:i/>
                <w:sz w:val="17"/>
              </w:rPr>
              <w:t xml:space="preserve">, </w:t>
            </w:r>
            <w:proofErr w:type="spellStart"/>
            <w:r w:rsidRPr="00393438">
              <w:rPr>
                <w:i/>
                <w:sz w:val="17"/>
              </w:rPr>
              <w:t>iar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răspunderea</w:t>
            </w:r>
            <w:proofErr w:type="spellEnd"/>
            <w:r w:rsidRPr="00393438">
              <w:rPr>
                <w:i/>
                <w:sz w:val="17"/>
              </w:rPr>
              <w:t xml:space="preserve"> pentru </w:t>
            </w:r>
            <w:proofErr w:type="spellStart"/>
            <w:r w:rsidRPr="00393438">
              <w:rPr>
                <w:i/>
                <w:sz w:val="17"/>
              </w:rPr>
              <w:t>corectitudinea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proiectului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revine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proiectanților</w:t>
            </w:r>
            <w:proofErr w:type="spellEnd"/>
            <w:r w:rsidRPr="00393438">
              <w:rPr>
                <w:i/>
                <w:sz w:val="17"/>
              </w:rPr>
              <w:t xml:space="preserve">, pe </w:t>
            </w:r>
            <w:proofErr w:type="spellStart"/>
            <w:r w:rsidRPr="00393438">
              <w:rPr>
                <w:i/>
                <w:sz w:val="17"/>
              </w:rPr>
              <w:t>specialități</w:t>
            </w:r>
            <w:proofErr w:type="spellEnd"/>
            <w:r w:rsidRPr="00393438">
              <w:rPr>
                <w:i/>
                <w:sz w:val="17"/>
              </w:rPr>
              <w:t>.</w:t>
            </w:r>
          </w:p>
          <w:p w14:paraId="76D9B038" w14:textId="34ABA3C0" w:rsidR="00852977" w:rsidRPr="00393438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 w:rsidRPr="00393438">
              <w:rPr>
                <w:i/>
                <w:sz w:val="17"/>
              </w:rPr>
              <w:t>Autoritatea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administrației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publice</w:t>
            </w:r>
            <w:proofErr w:type="spellEnd"/>
            <w:r w:rsidRPr="00393438">
              <w:rPr>
                <w:i/>
                <w:sz w:val="17"/>
              </w:rPr>
              <w:t xml:space="preserve"> locale nu este </w:t>
            </w:r>
            <w:proofErr w:type="spellStart"/>
            <w:r w:rsidRPr="00393438">
              <w:rPr>
                <w:i/>
                <w:sz w:val="17"/>
              </w:rPr>
              <w:t>responsabilă</w:t>
            </w:r>
            <w:proofErr w:type="spellEnd"/>
            <w:r w:rsidRPr="00393438">
              <w:rPr>
                <w:i/>
                <w:sz w:val="17"/>
              </w:rPr>
              <w:t xml:space="preserve"> pentru </w:t>
            </w:r>
            <w:proofErr w:type="spellStart"/>
            <w:r w:rsidRPr="00393438">
              <w:rPr>
                <w:i/>
                <w:sz w:val="17"/>
              </w:rPr>
              <w:t>eventualele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prejudicii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ulterioare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cauzate</w:t>
            </w:r>
            <w:proofErr w:type="spellEnd"/>
            <w:r w:rsidRPr="00393438">
              <w:rPr>
                <w:i/>
                <w:sz w:val="17"/>
              </w:rPr>
              <w:t xml:space="preserve"> de </w:t>
            </w:r>
            <w:proofErr w:type="spellStart"/>
            <w:r w:rsidRPr="00393438">
              <w:rPr>
                <w:i/>
                <w:sz w:val="17"/>
              </w:rPr>
              <w:t>existența</w:t>
            </w:r>
            <w:proofErr w:type="spellEnd"/>
            <w:r w:rsidRPr="00393438">
              <w:rPr>
                <w:i/>
                <w:sz w:val="17"/>
              </w:rPr>
              <w:t xml:space="preserve"> unor </w:t>
            </w:r>
            <w:proofErr w:type="spellStart"/>
            <w:r w:rsidRPr="00393438">
              <w:rPr>
                <w:i/>
                <w:sz w:val="17"/>
              </w:rPr>
              <w:t>litigii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aflate</w:t>
            </w:r>
            <w:proofErr w:type="spellEnd"/>
            <w:r w:rsidRPr="00393438">
              <w:rPr>
                <w:i/>
                <w:sz w:val="17"/>
              </w:rPr>
              <w:t xml:space="preserve"> pe </w:t>
            </w:r>
            <w:proofErr w:type="spellStart"/>
            <w:r w:rsidRPr="00393438">
              <w:rPr>
                <w:i/>
                <w:sz w:val="17"/>
              </w:rPr>
              <w:t>rolul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instanțelor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judecătorești</w:t>
            </w:r>
            <w:proofErr w:type="spellEnd"/>
            <w:r w:rsidRPr="00393438">
              <w:rPr>
                <w:i/>
                <w:sz w:val="17"/>
              </w:rPr>
              <w:t xml:space="preserve"> privind </w:t>
            </w:r>
            <w:proofErr w:type="spellStart"/>
            <w:r w:rsidRPr="00393438">
              <w:rPr>
                <w:i/>
                <w:sz w:val="17"/>
              </w:rPr>
              <w:t>imobilul</w:t>
            </w:r>
            <w:proofErr w:type="spellEnd"/>
            <w:r w:rsidRPr="00393438">
              <w:rPr>
                <w:i/>
                <w:sz w:val="17"/>
              </w:rPr>
              <w:t xml:space="preserve"> și </w:t>
            </w:r>
            <w:proofErr w:type="spellStart"/>
            <w:r w:rsidRPr="00393438">
              <w:rPr>
                <w:i/>
                <w:sz w:val="17"/>
              </w:rPr>
              <w:t>nici</w:t>
            </w:r>
            <w:proofErr w:type="spellEnd"/>
            <w:r w:rsidRPr="00393438">
              <w:rPr>
                <w:i/>
                <w:sz w:val="17"/>
              </w:rPr>
              <w:t xml:space="preserve"> pentru </w:t>
            </w:r>
            <w:proofErr w:type="spellStart"/>
            <w:r w:rsidRPr="00393438">
              <w:rPr>
                <w:i/>
                <w:sz w:val="17"/>
              </w:rPr>
              <w:t>existența</w:t>
            </w:r>
            <w:proofErr w:type="spellEnd"/>
            <w:r w:rsidRPr="00393438">
              <w:rPr>
                <w:i/>
                <w:sz w:val="17"/>
              </w:rPr>
              <w:t xml:space="preserve"> unor </w:t>
            </w:r>
            <w:proofErr w:type="spellStart"/>
            <w:r w:rsidRPr="00393438">
              <w:rPr>
                <w:i/>
                <w:sz w:val="17"/>
              </w:rPr>
              <w:t>grevări</w:t>
            </w:r>
            <w:proofErr w:type="spellEnd"/>
            <w:r w:rsidRPr="00393438">
              <w:rPr>
                <w:i/>
                <w:sz w:val="17"/>
              </w:rPr>
              <w:t xml:space="preserve"> ale </w:t>
            </w:r>
            <w:proofErr w:type="spellStart"/>
            <w:r w:rsidRPr="00393438">
              <w:rPr>
                <w:i/>
                <w:sz w:val="17"/>
              </w:rPr>
              <w:t>imobilului</w:t>
            </w:r>
            <w:proofErr w:type="spellEnd"/>
            <w:r w:rsidRPr="00393438">
              <w:rPr>
                <w:i/>
                <w:sz w:val="17"/>
              </w:rPr>
              <w:t xml:space="preserve"> cu </w:t>
            </w:r>
            <w:proofErr w:type="spellStart"/>
            <w:r w:rsidRPr="00393438">
              <w:rPr>
                <w:i/>
                <w:sz w:val="17"/>
              </w:rPr>
              <w:t>sarcini</w:t>
            </w:r>
            <w:proofErr w:type="spellEnd"/>
            <w:r w:rsidRPr="00393438">
              <w:rPr>
                <w:i/>
                <w:sz w:val="17"/>
              </w:rPr>
              <w:t xml:space="preserve"> de </w:t>
            </w:r>
            <w:proofErr w:type="spellStart"/>
            <w:r w:rsidRPr="00393438">
              <w:rPr>
                <w:i/>
                <w:sz w:val="17"/>
              </w:rPr>
              <w:t>tipul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interdicțiilor</w:t>
            </w:r>
            <w:proofErr w:type="spellEnd"/>
            <w:r w:rsidRPr="00393438">
              <w:rPr>
                <w:i/>
                <w:sz w:val="17"/>
              </w:rPr>
              <w:t xml:space="preserve">, </w:t>
            </w:r>
            <w:proofErr w:type="spellStart"/>
            <w:r w:rsidRPr="00393438">
              <w:rPr>
                <w:i/>
                <w:sz w:val="17"/>
              </w:rPr>
              <w:t>responsabilitatea</w:t>
            </w:r>
            <w:proofErr w:type="spellEnd"/>
            <w:r w:rsidRPr="00393438">
              <w:rPr>
                <w:i/>
                <w:sz w:val="17"/>
              </w:rPr>
              <w:t xml:space="preserve"> aparținând în </w:t>
            </w:r>
            <w:proofErr w:type="spellStart"/>
            <w:r w:rsidRPr="00393438">
              <w:rPr>
                <w:i/>
                <w:sz w:val="17"/>
              </w:rPr>
              <w:t>toate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cazurile</w:t>
            </w:r>
            <w:proofErr w:type="spellEnd"/>
            <w:r w:rsidRPr="00393438">
              <w:rPr>
                <w:i/>
                <w:sz w:val="17"/>
              </w:rPr>
              <w:t xml:space="preserve"> </w:t>
            </w:r>
            <w:proofErr w:type="spellStart"/>
            <w:r w:rsidRPr="00393438">
              <w:rPr>
                <w:i/>
                <w:sz w:val="17"/>
              </w:rPr>
              <w:t>beneficiarului</w:t>
            </w:r>
            <w:proofErr w:type="spellEnd"/>
            <w:r w:rsidRPr="00393438">
              <w:rPr>
                <w:i/>
                <w:sz w:val="17"/>
              </w:rPr>
              <w:t>.</w:t>
            </w:r>
          </w:p>
          <w:p w14:paraId="0766A618" w14:textId="05D981A6" w:rsidR="004D2D0E" w:rsidRPr="00393438" w:rsidRDefault="004D2D0E" w:rsidP="00852977"/>
        </w:tc>
      </w:tr>
      <w:tr w:rsidR="00393438" w:rsidRPr="00393438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Pr="00393438" w:rsidRDefault="00FD1916" w:rsidP="00303E64">
            <w:pPr>
              <w:keepNext/>
            </w:pPr>
            <w:r w:rsidRPr="00393438">
              <w:rPr>
                <w:b/>
                <w:sz w:val="16"/>
              </w:rPr>
              <w:t xml:space="preserve">7. </w:t>
            </w:r>
            <w:r w:rsidRPr="00393438">
              <w:rPr>
                <w:b/>
                <w:sz w:val="18"/>
              </w:rPr>
              <w:t>OBILIGAȚII</w:t>
            </w:r>
          </w:p>
        </w:tc>
      </w:tr>
      <w:tr w:rsidR="00FD1916" w:rsidRPr="00393438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393438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393438">
              <w:rPr>
                <w:i/>
                <w:sz w:val="17"/>
                <w:lang w:val="fr-FR"/>
              </w:rPr>
              <w:t>Beneficiarul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sz w:val="17"/>
                <w:lang w:val="fr-FR"/>
              </w:rPr>
              <w:t>lucrărilor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393438">
              <w:rPr>
                <w:i/>
                <w:sz w:val="17"/>
                <w:lang w:val="fr-FR"/>
              </w:rPr>
              <w:t>notificate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393438">
              <w:rPr>
                <w:i/>
                <w:sz w:val="17"/>
                <w:lang w:val="fr-FR"/>
              </w:rPr>
              <w:t>obligația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sz w:val="17"/>
                <w:lang w:val="fr-FR"/>
              </w:rPr>
              <w:t>amplasării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sz w:val="17"/>
                <w:lang w:val="fr-FR"/>
              </w:rPr>
              <w:t>panoului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93438">
              <w:rPr>
                <w:i/>
                <w:sz w:val="17"/>
                <w:lang w:val="fr-FR"/>
              </w:rPr>
              <w:t>identificare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393438">
              <w:rPr>
                <w:i/>
                <w:sz w:val="17"/>
                <w:lang w:val="fr-FR"/>
              </w:rPr>
              <w:t>investiției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393438">
              <w:rPr>
                <w:i/>
                <w:sz w:val="17"/>
                <w:lang w:val="fr-FR"/>
              </w:rPr>
              <w:t>loc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sz w:val="17"/>
                <w:lang w:val="fr-FR"/>
              </w:rPr>
              <w:t>vizibil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pe </w:t>
            </w:r>
            <w:proofErr w:type="spellStart"/>
            <w:r w:rsidRPr="00393438">
              <w:rPr>
                <w:i/>
                <w:sz w:val="17"/>
                <w:lang w:val="fr-FR"/>
              </w:rPr>
              <w:t>durata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sz w:val="17"/>
                <w:lang w:val="fr-FR"/>
              </w:rPr>
              <w:t>execuției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393438">
              <w:rPr>
                <w:i/>
                <w:sz w:val="17"/>
                <w:lang w:val="fr-FR"/>
              </w:rPr>
              <w:t>alin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. (5) </w:t>
            </w:r>
            <w:proofErr w:type="spellStart"/>
            <w:r w:rsidRPr="00393438">
              <w:rPr>
                <w:i/>
                <w:sz w:val="17"/>
                <w:lang w:val="fr-FR"/>
              </w:rPr>
              <w:t>din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sz w:val="17"/>
                <w:lang w:val="fr-FR"/>
              </w:rPr>
              <w:t>Legea</w:t>
            </w:r>
            <w:proofErr w:type="spellEnd"/>
            <w:r w:rsidRPr="00393438"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393438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şi un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și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în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sau prin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I.S.C. </w:t>
            </w:r>
            <w:proofErr w:type="gramStart"/>
            <w:r w:rsidRPr="00393438">
              <w:rPr>
                <w:i/>
                <w:iCs/>
                <w:sz w:val="17"/>
                <w:szCs w:val="17"/>
                <w:lang w:val="fr-FR"/>
              </w:rPr>
              <w:t>-  cf.</w:t>
            </w:r>
            <w:proofErr w:type="gram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.(6)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393438"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 w:rsidRPr="00393438"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393438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393438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93438" w:rsidRPr="00393438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Pr="00393438" w:rsidRDefault="00393438">
            <w:pPr>
              <w:keepNext/>
            </w:pPr>
            <w:r w:rsidRPr="00393438">
              <w:rPr>
                <w:b/>
                <w:sz w:val="16"/>
                <w:lang w:val="fr-FR"/>
              </w:rPr>
              <w:t xml:space="preserve"> </w:t>
            </w:r>
            <w:r w:rsidRPr="00393438">
              <w:rPr>
                <w:b/>
                <w:sz w:val="16"/>
              </w:rPr>
              <w:t xml:space="preserve">8. </w:t>
            </w:r>
            <w:r w:rsidRPr="00393438">
              <w:rPr>
                <w:b/>
                <w:sz w:val="18"/>
              </w:rPr>
              <w:t>COMUNICAREA RĂSPUNSULUI</w:t>
            </w:r>
          </w:p>
        </w:tc>
      </w:tr>
      <w:tr w:rsidR="00846492" w:rsidRPr="00393438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393438" w:rsidRDefault="00393438">
            <w:pPr>
              <w:rPr>
                <w:lang w:val="fr-FR"/>
              </w:rPr>
            </w:pPr>
            <w:r w:rsidRPr="00393438">
              <w:rPr>
                <w:sz w:val="16"/>
                <w:lang w:val="fr-FR"/>
              </w:rPr>
              <w:t xml:space="preserve"> ☐ în format </w:t>
            </w:r>
            <w:proofErr w:type="spellStart"/>
            <w:r w:rsidRPr="00393438">
              <w:rPr>
                <w:sz w:val="16"/>
                <w:lang w:val="fr-FR"/>
              </w:rPr>
              <w:t>scris</w:t>
            </w:r>
            <w:proofErr w:type="spellEnd"/>
            <w:r w:rsidRPr="00393438">
              <w:rPr>
                <w:sz w:val="16"/>
                <w:lang w:val="fr-FR"/>
              </w:rPr>
              <w:t xml:space="preserve">, prin </w:t>
            </w:r>
            <w:proofErr w:type="spellStart"/>
            <w:r w:rsidRPr="00393438">
              <w:rPr>
                <w:sz w:val="16"/>
                <w:lang w:val="fr-FR"/>
              </w:rPr>
              <w:t>poștă</w:t>
            </w:r>
            <w:proofErr w:type="spellEnd"/>
            <w:r w:rsidRPr="00393438">
              <w:rPr>
                <w:sz w:val="16"/>
                <w:lang w:val="fr-FR"/>
              </w:rPr>
              <w:t xml:space="preserve">     ☐ în format digital, la </w:t>
            </w:r>
            <w:proofErr w:type="spellStart"/>
            <w:r w:rsidRPr="00393438">
              <w:rPr>
                <w:sz w:val="16"/>
                <w:lang w:val="fr-FR"/>
              </w:rPr>
              <w:t>adresa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gramStart"/>
            <w:r w:rsidRPr="00393438">
              <w:rPr>
                <w:sz w:val="16"/>
                <w:lang w:val="fr-FR"/>
              </w:rPr>
              <w:t>de e-mail</w:t>
            </w:r>
            <w:proofErr w:type="gram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indicată</w:t>
            </w:r>
            <w:proofErr w:type="spellEnd"/>
            <w:r w:rsidRPr="00393438">
              <w:rPr>
                <w:sz w:val="16"/>
                <w:lang w:val="fr-FR"/>
              </w:rPr>
              <w:t xml:space="preserve">     ☐ </w:t>
            </w:r>
            <w:proofErr w:type="spellStart"/>
            <w:r w:rsidRPr="00393438">
              <w:rPr>
                <w:sz w:val="16"/>
                <w:lang w:val="fr-FR"/>
              </w:rPr>
              <w:t>ridicare</w:t>
            </w:r>
            <w:proofErr w:type="spellEnd"/>
            <w:r w:rsidRPr="00393438">
              <w:rPr>
                <w:sz w:val="16"/>
                <w:lang w:val="fr-FR"/>
              </w:rPr>
              <w:t xml:space="preserve"> de la </w:t>
            </w:r>
            <w:proofErr w:type="spellStart"/>
            <w:r w:rsidRPr="00393438">
              <w:rPr>
                <w:sz w:val="16"/>
                <w:lang w:val="fr-FR"/>
              </w:rPr>
              <w:t>sediul</w:t>
            </w:r>
            <w:proofErr w:type="spellEnd"/>
            <w:r w:rsidRPr="00393438">
              <w:rPr>
                <w:sz w:val="16"/>
                <w:lang w:val="fr-FR"/>
              </w:rPr>
              <w:t xml:space="preserve"> </w:t>
            </w:r>
            <w:proofErr w:type="spellStart"/>
            <w:r w:rsidRPr="00393438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393438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93438" w:rsidRPr="00393438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Pr="00393438" w:rsidRDefault="00393438">
            <w:pPr>
              <w:keepNext/>
            </w:pPr>
            <w:r w:rsidRPr="00393438">
              <w:rPr>
                <w:b/>
                <w:sz w:val="16"/>
                <w:lang w:val="fr-FR"/>
              </w:rPr>
              <w:t xml:space="preserve"> </w:t>
            </w:r>
            <w:r w:rsidRPr="00393438">
              <w:rPr>
                <w:b/>
                <w:sz w:val="16"/>
              </w:rPr>
              <w:t xml:space="preserve">9. </w:t>
            </w:r>
            <w:r w:rsidRPr="00393438">
              <w:rPr>
                <w:b/>
                <w:sz w:val="18"/>
              </w:rPr>
              <w:t>DATA ȘI SEMNĂTURA</w:t>
            </w:r>
          </w:p>
        </w:tc>
      </w:tr>
      <w:tr w:rsidR="00846492" w:rsidRPr="00393438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Pr="00393438" w:rsidRDefault="00393438">
            <w:r w:rsidRPr="00393438">
              <w:rPr>
                <w:b/>
              </w:rPr>
              <w:t>Data</w:t>
            </w:r>
          </w:p>
          <w:p w14:paraId="418D45B2" w14:textId="77777777" w:rsidR="00846492" w:rsidRPr="00393438" w:rsidRDefault="00846492"/>
        </w:tc>
        <w:tc>
          <w:tcPr>
            <w:tcW w:w="4818" w:type="dxa"/>
          </w:tcPr>
          <w:p w14:paraId="63B78572" w14:textId="77777777" w:rsidR="00846492" w:rsidRPr="00393438" w:rsidRDefault="00393438">
            <w:proofErr w:type="spellStart"/>
            <w:r w:rsidRPr="00393438">
              <w:rPr>
                <w:b/>
              </w:rPr>
              <w:t>Beneficiarul</w:t>
            </w:r>
            <w:proofErr w:type="spellEnd"/>
            <w:r w:rsidRPr="00393438">
              <w:rPr>
                <w:b/>
              </w:rPr>
              <w:t xml:space="preserve"> / </w:t>
            </w:r>
            <w:proofErr w:type="spellStart"/>
            <w:r w:rsidRPr="00393438">
              <w:rPr>
                <w:b/>
              </w:rPr>
              <w:t>reprezentantul</w:t>
            </w:r>
            <w:proofErr w:type="spellEnd"/>
          </w:p>
          <w:p w14:paraId="128740B5" w14:textId="77777777" w:rsidR="00846492" w:rsidRPr="00393438" w:rsidRDefault="00846492"/>
        </w:tc>
        <w:tc>
          <w:tcPr>
            <w:tcW w:w="3212" w:type="dxa"/>
          </w:tcPr>
          <w:p w14:paraId="69CA0E82" w14:textId="77777777" w:rsidR="00846492" w:rsidRPr="00393438" w:rsidRDefault="00393438">
            <w:proofErr w:type="spellStart"/>
            <w:r w:rsidRPr="00393438">
              <w:rPr>
                <w:b/>
              </w:rPr>
              <w:t>Semnătura</w:t>
            </w:r>
            <w:proofErr w:type="spellEnd"/>
          </w:p>
          <w:p w14:paraId="079B7842" w14:textId="77777777" w:rsidR="00846492" w:rsidRPr="00393438" w:rsidRDefault="00846492"/>
        </w:tc>
      </w:tr>
    </w:tbl>
    <w:p w14:paraId="13FEF6FB" w14:textId="77777777" w:rsidR="00846492" w:rsidRPr="00393438" w:rsidRDefault="00846492">
      <w:pPr>
        <w:spacing w:line="168" w:lineRule="auto"/>
      </w:pPr>
    </w:p>
    <w:sectPr w:rsidR="00846492" w:rsidRPr="00393438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02783" w14:textId="77777777" w:rsidR="001A55CA" w:rsidRDefault="001A55CA">
      <w:r>
        <w:separator/>
      </w:r>
    </w:p>
  </w:endnote>
  <w:endnote w:type="continuationSeparator" w:id="0">
    <w:p w14:paraId="109C2EC7" w14:textId="77777777" w:rsidR="001A55CA" w:rsidRDefault="001A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5D4A" w14:textId="77777777" w:rsidR="00846492" w:rsidRDefault="00393438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E93B" w14:textId="77777777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009DC" w14:textId="77777777" w:rsidR="001A55CA" w:rsidRDefault="001A55CA">
      <w:r>
        <w:separator/>
      </w:r>
    </w:p>
  </w:footnote>
  <w:footnote w:type="continuationSeparator" w:id="0">
    <w:p w14:paraId="11DA1E5B" w14:textId="77777777" w:rsidR="001A55CA" w:rsidRDefault="001A5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93438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864</Words>
  <Characters>4929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2</cp:revision>
  <dcterms:created xsi:type="dcterms:W3CDTF">2013-12-23T23:15:00Z</dcterms:created>
  <dcterms:modified xsi:type="dcterms:W3CDTF">2026-09-14T14:57:00Z</dcterms:modified>
  <cp:category/>
</cp:coreProperties>
</file>