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02F55" w14:paraId="602F08DB" w14:textId="77777777" w:rsidTr="00902F55">
        <w:trPr>
          <w:cantSplit/>
          <w:trHeight w:val="232"/>
        </w:trPr>
        <w:tc>
          <w:tcPr>
            <w:tcW w:w="1606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B9BE00C" w14:textId="5C43CC46" w:rsidR="00902F55" w:rsidRDefault="00902F55">
            <w:pPr>
              <w:keepNext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793EDC71" wp14:editId="179F7B24">
                  <wp:extent cx="723900" cy="1028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25EF1616" w14:textId="77777777" w:rsidR="00902F55" w:rsidRDefault="00902F55">
            <w:pPr>
              <w:keepNext/>
              <w:rPr>
                <w:sz w:val="22"/>
              </w:rPr>
            </w:pPr>
            <w:proofErr w:type="spellStart"/>
            <w:proofErr w:type="gramStart"/>
            <w:r>
              <w:rPr>
                <w:sz w:val="22"/>
              </w:rPr>
              <w:t>Județul</w:t>
            </w:r>
            <w:proofErr w:type="spellEnd"/>
            <w:r>
              <w:rPr>
                <w:sz w:val="22"/>
              </w:rPr>
              <w:t xml:space="preserve">  </w:t>
            </w:r>
            <w:r>
              <w:rPr>
                <w:b/>
                <w:sz w:val="22"/>
              </w:rPr>
              <w:t>TULCEA</w:t>
            </w:r>
            <w:proofErr w:type="gramEnd"/>
          </w:p>
        </w:tc>
      </w:tr>
      <w:tr w:rsidR="00902F55" w14:paraId="6C558DC3" w14:textId="77777777" w:rsidTr="00902F55">
        <w:trPr>
          <w:cantSplit/>
          <w:trHeight w:val="277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773A29D" w14:textId="77777777" w:rsidR="00902F55" w:rsidRDefault="00902F55">
            <w:pPr>
              <w:rPr>
                <w:sz w:val="22"/>
              </w:rPr>
            </w:pPr>
          </w:p>
        </w:tc>
        <w:tc>
          <w:tcPr>
            <w:tcW w:w="80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7A320778" w14:textId="77777777" w:rsidR="00902F55" w:rsidRDefault="00902F55">
            <w:pPr>
              <w:keepNext/>
              <w:rPr>
                <w:sz w:val="22"/>
                <w:lang w:val="ro-RO"/>
              </w:rPr>
            </w:pPr>
            <w:proofErr w:type="spellStart"/>
            <w:r>
              <w:rPr>
                <w:sz w:val="22"/>
              </w:rPr>
              <w:t>Autoritatea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administrației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publice</w:t>
            </w:r>
            <w:proofErr w:type="spellEnd"/>
            <w:r>
              <w:rPr>
                <w:sz w:val="22"/>
              </w:rPr>
              <w:t xml:space="preserve">   </w:t>
            </w:r>
            <w:r>
              <w:rPr>
                <w:b/>
                <w:sz w:val="22"/>
              </w:rPr>
              <w:t>ORA</w:t>
            </w:r>
            <w:r>
              <w:rPr>
                <w:b/>
                <w:sz w:val="22"/>
                <w:lang w:val="ro-RO"/>
              </w:rPr>
              <w:t>ȘUL ISACCEA</w:t>
            </w:r>
          </w:p>
        </w:tc>
      </w:tr>
      <w:tr w:rsidR="00902F55" w14:paraId="7D973B6B" w14:textId="77777777" w:rsidTr="00902F55">
        <w:trPr>
          <w:cantSplit/>
          <w:trHeight w:val="623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92C65C1" w14:textId="77777777" w:rsidR="00902F55" w:rsidRDefault="00902F55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74876F4" w14:textId="77777777" w:rsidR="00902F55" w:rsidRDefault="00902F55">
            <w:pPr>
              <w:keepNext/>
              <w:rPr>
                <w:sz w:val="22"/>
                <w:lang w:val="fr-FR"/>
              </w:rPr>
            </w:pPr>
            <w:r>
              <w:rPr>
                <w:sz w:val="22"/>
                <w:lang w:val="fr-FR"/>
              </w:rPr>
              <w:t xml:space="preserve">Cod de </w:t>
            </w:r>
            <w:proofErr w:type="spellStart"/>
            <w:r>
              <w:rPr>
                <w:sz w:val="22"/>
                <w:lang w:val="fr-FR"/>
              </w:rPr>
              <w:t>identificare</w:t>
            </w:r>
            <w:proofErr w:type="spellEnd"/>
            <w:r>
              <w:rPr>
                <w:sz w:val="22"/>
                <w:lang w:val="fr-FR"/>
              </w:rPr>
              <w:t xml:space="preserve"> </w:t>
            </w:r>
            <w:proofErr w:type="spellStart"/>
            <w:r>
              <w:rPr>
                <w:sz w:val="22"/>
                <w:lang w:val="fr-FR"/>
              </w:rPr>
              <w:t>fiscală</w:t>
            </w:r>
            <w:proofErr w:type="spellEnd"/>
            <w:r>
              <w:rPr>
                <w:sz w:val="22"/>
                <w:lang w:val="fr-FR"/>
              </w:rPr>
              <w:t xml:space="preserve"> (CIF)</w:t>
            </w:r>
          </w:p>
          <w:p w14:paraId="22084051" w14:textId="77777777" w:rsidR="00902F55" w:rsidRDefault="00902F55">
            <w:pPr>
              <w:keepNext/>
              <w:jc w:val="center"/>
              <w:rPr>
                <w:sz w:val="22"/>
                <w:lang w:val="fr-FR"/>
              </w:rPr>
            </w:pPr>
          </w:p>
          <w:p w14:paraId="31981674" w14:textId="77777777" w:rsidR="00902F55" w:rsidRDefault="00902F55">
            <w:pPr>
              <w:keepNext/>
              <w:jc w:val="center"/>
              <w:rPr>
                <w:b/>
                <w:sz w:val="22"/>
                <w:lang w:val="fr-FR"/>
              </w:rPr>
            </w:pPr>
            <w:r>
              <w:rPr>
                <w:b/>
                <w:sz w:val="22"/>
                <w:lang w:val="fr-FR"/>
              </w:rPr>
              <w:t>3721907</w:t>
            </w:r>
          </w:p>
        </w:tc>
        <w:tc>
          <w:tcPr>
            <w:tcW w:w="562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32A22E5E" w14:textId="77777777" w:rsidR="00902F55" w:rsidRDefault="00902F55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Adresa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oficială</w:t>
            </w:r>
            <w:proofErr w:type="spellEnd"/>
          </w:p>
          <w:p w14:paraId="12D997E7" w14:textId="77777777" w:rsidR="00902F55" w:rsidRDefault="00902F55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Str.  1 </w:t>
            </w:r>
            <w:proofErr w:type="spellStart"/>
            <w:proofErr w:type="gramStart"/>
            <w:r>
              <w:rPr>
                <w:bCs/>
                <w:iCs/>
                <w:sz w:val="22"/>
              </w:rPr>
              <w:t>Decembrie</w:t>
            </w:r>
            <w:proofErr w:type="spellEnd"/>
            <w:r>
              <w:rPr>
                <w:bCs/>
                <w:iCs/>
                <w:sz w:val="22"/>
              </w:rPr>
              <w:t xml:space="preserve">  Nr</w:t>
            </w:r>
            <w:proofErr w:type="gramEnd"/>
            <w:r>
              <w:rPr>
                <w:bCs/>
                <w:iCs/>
                <w:sz w:val="22"/>
              </w:rPr>
              <w:t xml:space="preserve">. 25, Isaccea, </w:t>
            </w:r>
            <w:proofErr w:type="spellStart"/>
            <w:r>
              <w:rPr>
                <w:bCs/>
                <w:iCs/>
                <w:sz w:val="22"/>
              </w:rPr>
              <w:t>județul</w:t>
            </w:r>
            <w:proofErr w:type="spellEnd"/>
            <w:r>
              <w:rPr>
                <w:bCs/>
                <w:iCs/>
                <w:sz w:val="22"/>
              </w:rPr>
              <w:t xml:space="preserve"> </w:t>
            </w:r>
            <w:proofErr w:type="spellStart"/>
            <w:r>
              <w:rPr>
                <w:bCs/>
                <w:iCs/>
                <w:sz w:val="22"/>
              </w:rPr>
              <w:t>Tulcea</w:t>
            </w:r>
            <w:proofErr w:type="spellEnd"/>
          </w:p>
          <w:p w14:paraId="40A544E5" w14:textId="77777777" w:rsidR="00902F55" w:rsidRDefault="00902F55">
            <w:pPr>
              <w:keepNext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 xml:space="preserve">Tel.  0240/506.600, Fax 0240/506.623 </w:t>
            </w:r>
          </w:p>
          <w:p w14:paraId="1F50E613" w14:textId="77777777" w:rsidR="00902F55" w:rsidRDefault="00902F55">
            <w:pPr>
              <w:keepNext/>
              <w:jc w:val="both"/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E-mail: secretariatisaccea@gmail.com</w:t>
            </w:r>
          </w:p>
        </w:tc>
      </w:tr>
      <w:tr w:rsidR="00902F55" w14:paraId="42C84734" w14:textId="77777777" w:rsidTr="00902F55">
        <w:trPr>
          <w:cantSplit/>
          <w:trHeight w:val="510"/>
        </w:trPr>
        <w:tc>
          <w:tcPr>
            <w:tcW w:w="9636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2DCF73E1" w14:textId="77777777" w:rsidR="00902F55" w:rsidRDefault="00902F55">
            <w:pPr>
              <w:rPr>
                <w:sz w:val="22"/>
              </w:rPr>
            </w:pPr>
          </w:p>
        </w:tc>
        <w:tc>
          <w:tcPr>
            <w:tcW w:w="481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A9D49E5" w14:textId="77777777" w:rsidR="00902F55" w:rsidRDefault="00902F55">
            <w:pPr>
              <w:keepNext/>
              <w:rPr>
                <w:sz w:val="22"/>
              </w:rPr>
            </w:pPr>
            <w:proofErr w:type="spellStart"/>
            <w:r>
              <w:rPr>
                <w:sz w:val="22"/>
              </w:rPr>
              <w:t>Număr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înregistrare</w:t>
            </w:r>
            <w:proofErr w:type="spellEnd"/>
          </w:p>
          <w:p w14:paraId="4F2890C9" w14:textId="77777777" w:rsidR="00902F55" w:rsidRDefault="00902F55">
            <w:pPr>
              <w:keepNext/>
              <w:rPr>
                <w:sz w:val="22"/>
              </w:rPr>
            </w:pPr>
          </w:p>
        </w:tc>
        <w:tc>
          <w:tcPr>
            <w:tcW w:w="321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62474A81" w14:textId="77777777" w:rsidR="00902F55" w:rsidRDefault="00902F55">
            <w:pPr>
              <w:keepNext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 w14:paraId="64022EBF" w14:textId="77777777" w:rsidR="00902F55" w:rsidRDefault="00902F55">
            <w:pPr>
              <w:keepNext/>
              <w:rPr>
                <w:sz w:val="22"/>
              </w:rPr>
            </w:pPr>
          </w:p>
        </w:tc>
      </w:tr>
      <w:tr w:rsidR="00902F55" w14:paraId="4629D06D" w14:textId="77777777" w:rsidTr="00902F55">
        <w:trPr>
          <w:cantSplit/>
        </w:trPr>
        <w:tc>
          <w:tcPr>
            <w:tcW w:w="963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  <w:hideMark/>
          </w:tcPr>
          <w:p w14:paraId="18606C5C" w14:textId="77777777" w:rsidR="00902F55" w:rsidRDefault="00902F55">
            <w:pPr>
              <w:rPr>
                <w:sz w:val="22"/>
                <w:lang w:val="fr-FR"/>
              </w:rPr>
            </w:pPr>
            <w:r>
              <w:rPr>
                <w:i/>
                <w:sz w:val="22"/>
                <w:lang w:val="fr-FR"/>
              </w:rPr>
              <w:t xml:space="preserve"> </w:t>
            </w:r>
            <w:proofErr w:type="gramStart"/>
            <w:r>
              <w:rPr>
                <w:i/>
                <w:sz w:val="22"/>
                <w:lang w:val="fr-FR"/>
              </w:rPr>
              <w:t>se</w:t>
            </w:r>
            <w:proofErr w:type="gramEnd"/>
            <w:r>
              <w:rPr>
                <w:i/>
                <w:sz w:val="22"/>
                <w:lang w:val="fr-FR"/>
              </w:rPr>
              <w:t xml:space="preserve"> </w:t>
            </w:r>
            <w:proofErr w:type="spellStart"/>
            <w:r>
              <w:rPr>
                <w:i/>
                <w:sz w:val="22"/>
                <w:lang w:val="fr-FR"/>
              </w:rPr>
              <w:t>completează</w:t>
            </w:r>
            <w:proofErr w:type="spellEnd"/>
            <w:r>
              <w:rPr>
                <w:i/>
                <w:sz w:val="22"/>
                <w:lang w:val="fr-FR"/>
              </w:rPr>
              <w:t xml:space="preserve"> de </w:t>
            </w:r>
            <w:proofErr w:type="spellStart"/>
            <w:r>
              <w:rPr>
                <w:i/>
                <w:sz w:val="22"/>
                <w:lang w:val="fr-FR"/>
              </w:rPr>
              <w:t>autoritate</w:t>
            </w:r>
            <w:proofErr w:type="spellEnd"/>
            <w:r>
              <w:rPr>
                <w:i/>
                <w:sz w:val="22"/>
                <w:lang w:val="fr-FR"/>
              </w:rPr>
              <w:t xml:space="preserve"> — </w:t>
            </w:r>
            <w:proofErr w:type="spellStart"/>
            <w:r>
              <w:rPr>
                <w:i/>
                <w:sz w:val="22"/>
                <w:lang w:val="fr-FR"/>
              </w:rPr>
              <w:t>solicitantul</w:t>
            </w:r>
            <w:proofErr w:type="spellEnd"/>
            <w:r>
              <w:rPr>
                <w:i/>
                <w:sz w:val="22"/>
                <w:lang w:val="fr-FR"/>
              </w:rPr>
              <w:t xml:space="preserve"> nu </w:t>
            </w:r>
            <w:proofErr w:type="spellStart"/>
            <w:r>
              <w:rPr>
                <w:i/>
                <w:sz w:val="22"/>
                <w:lang w:val="fr-FR"/>
              </w:rPr>
              <w:t>scrie</w:t>
            </w:r>
            <w:proofErr w:type="spellEnd"/>
            <w:r>
              <w:rPr>
                <w:i/>
                <w:sz w:val="22"/>
                <w:lang w:val="fr-FR"/>
              </w:rPr>
              <w:t xml:space="preserve"> în </w:t>
            </w:r>
            <w:proofErr w:type="spellStart"/>
            <w:r>
              <w:rPr>
                <w:i/>
                <w:sz w:val="22"/>
                <w:lang w:val="fr-FR"/>
              </w:rPr>
              <w:t>această</w:t>
            </w:r>
            <w:proofErr w:type="spellEnd"/>
            <w:r>
              <w:rPr>
                <w:i/>
                <w:sz w:val="22"/>
                <w:lang w:val="fr-FR"/>
              </w:rPr>
              <w:t xml:space="preserve"> zonă</w:t>
            </w:r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902F55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Pr="00902F55" w:rsidRDefault="00902F55">
      <w:pPr>
        <w:spacing w:after="120"/>
        <w:jc w:val="center"/>
        <w:rPr>
          <w:sz w:val="22"/>
        </w:rPr>
      </w:pPr>
      <w:r w:rsidRPr="00902F55">
        <w:rPr>
          <w:sz w:val="22"/>
        </w:rPr>
        <w:t xml:space="preserve">privind </w:t>
      </w:r>
      <w:proofErr w:type="spellStart"/>
      <w:r w:rsidRPr="00902F55">
        <w:rPr>
          <w:sz w:val="22"/>
        </w:rPr>
        <w:t>finalizarea</w:t>
      </w:r>
      <w:proofErr w:type="spellEnd"/>
      <w:r w:rsidRPr="00902F55">
        <w:rPr>
          <w:sz w:val="22"/>
        </w:rPr>
        <w:t xml:space="preserve"> </w:t>
      </w:r>
      <w:proofErr w:type="spellStart"/>
      <w:r w:rsidRPr="00902F55">
        <w:rPr>
          <w:sz w:val="22"/>
        </w:rPr>
        <w:t>lucrărilor</w:t>
      </w:r>
      <w:proofErr w:type="spellEnd"/>
      <w:r w:rsidRPr="00902F55">
        <w:rPr>
          <w:sz w:val="22"/>
        </w:rPr>
        <w:t xml:space="preserve"> </w:t>
      </w:r>
      <w:proofErr w:type="spellStart"/>
      <w:r w:rsidRPr="00902F55">
        <w:rPr>
          <w:sz w:val="22"/>
        </w:rPr>
        <w:t>notificate</w:t>
      </w:r>
      <w:proofErr w:type="spellEnd"/>
      <w:r w:rsidRPr="00902F55">
        <w:rPr>
          <w:sz w:val="22"/>
        </w:rPr>
        <w:t xml:space="preserve"> și </w:t>
      </w:r>
      <w:proofErr w:type="spellStart"/>
      <w:r w:rsidRPr="00902F55">
        <w:rPr>
          <w:sz w:val="22"/>
        </w:rPr>
        <w:t>solicitarea</w:t>
      </w:r>
      <w:proofErr w:type="spellEnd"/>
      <w:r w:rsidRPr="00902F55">
        <w:rPr>
          <w:sz w:val="22"/>
        </w:rPr>
        <w:t xml:space="preserve"> </w:t>
      </w:r>
      <w:proofErr w:type="spellStart"/>
      <w:r w:rsidRPr="00902F55">
        <w:rPr>
          <w:sz w:val="22"/>
        </w:rPr>
        <w:t>participării</w:t>
      </w:r>
      <w:proofErr w:type="spellEnd"/>
      <w:r w:rsidRPr="00902F55">
        <w:rPr>
          <w:sz w:val="22"/>
        </w:rPr>
        <w:t xml:space="preserve"> </w:t>
      </w:r>
      <w:proofErr w:type="spellStart"/>
      <w:r w:rsidRPr="00902F55">
        <w:rPr>
          <w:sz w:val="22"/>
        </w:rPr>
        <w:t>reprezentantului</w:t>
      </w:r>
      <w:proofErr w:type="spellEnd"/>
      <w:r w:rsidRPr="00902F55">
        <w:rPr>
          <w:sz w:val="22"/>
        </w:rPr>
        <w:t xml:space="preserve"> UAT la </w:t>
      </w:r>
      <w:proofErr w:type="spellStart"/>
      <w:r w:rsidRPr="00902F55">
        <w:rPr>
          <w:sz w:val="22"/>
        </w:rPr>
        <w:t>recepție</w:t>
      </w:r>
      <w:proofErr w:type="spellEnd"/>
    </w:p>
    <w:p w14:paraId="279D8DA9" w14:textId="77777777" w:rsidR="00C85C0B" w:rsidRPr="00902F55" w:rsidRDefault="00C85C0B">
      <w:pPr>
        <w:spacing w:after="60"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02F55" w:rsidRPr="00902F55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 1. </w:t>
            </w:r>
            <w:r w:rsidRPr="00902F55">
              <w:rPr>
                <w:b/>
                <w:sz w:val="22"/>
              </w:rPr>
              <w:t>CĂTRE</w:t>
            </w:r>
          </w:p>
        </w:tc>
      </w:tr>
      <w:tr w:rsidR="00902F55" w:rsidRPr="00902F55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902F55" w:rsidRDefault="00902F55">
            <w:pPr>
              <w:keepNext/>
              <w:rPr>
                <w:sz w:val="22"/>
                <w:lang w:val="fr-FR"/>
              </w:rPr>
            </w:pPr>
            <w:proofErr w:type="spellStart"/>
            <w:r w:rsidRPr="00902F55">
              <w:rPr>
                <w:b/>
                <w:sz w:val="22"/>
                <w:lang w:val="fr-FR"/>
              </w:rPr>
              <w:t>Instituția</w:t>
            </w:r>
            <w:proofErr w:type="spellEnd"/>
          </w:p>
          <w:p w14:paraId="661E6056" w14:textId="040D1B25" w:rsidR="00C85C0B" w:rsidRPr="00902F55" w:rsidRDefault="00902F55" w:rsidP="00902F55">
            <w:pPr>
              <w:keepNext/>
              <w:jc w:val="center"/>
              <w:rPr>
                <w:b/>
                <w:bCs/>
                <w:sz w:val="22"/>
                <w:lang w:val="fr-FR"/>
              </w:rPr>
            </w:pPr>
            <w:r w:rsidRPr="00902F55">
              <w:rPr>
                <w:b/>
                <w:bCs/>
                <w:i/>
                <w:sz w:val="22"/>
                <w:lang w:val="fr-FR"/>
              </w:rPr>
              <w:t>PRIMĂRIA ORAȘULUI ISACCEA</w:t>
            </w:r>
          </w:p>
          <w:p w14:paraId="3662B31C" w14:textId="77777777" w:rsidR="00C85C0B" w:rsidRPr="00902F55" w:rsidRDefault="00C85C0B">
            <w:pPr>
              <w:keepNext/>
              <w:rPr>
                <w:sz w:val="22"/>
                <w:lang w:val="fr-FR"/>
              </w:rPr>
            </w:pPr>
          </w:p>
        </w:tc>
      </w:tr>
      <w:tr w:rsidR="00902F55" w:rsidRPr="00902F55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902F55" w:rsidRDefault="00902F55">
            <w:pPr>
              <w:spacing w:line="228" w:lineRule="auto"/>
              <w:rPr>
                <w:sz w:val="22"/>
                <w:lang w:val="fr-FR"/>
              </w:rPr>
            </w:pPr>
            <w:proofErr w:type="spellStart"/>
            <w:r w:rsidRPr="00902F55">
              <w:rPr>
                <w:sz w:val="22"/>
                <w:lang w:val="fr-FR"/>
              </w:rPr>
              <w:t>Cererea</w:t>
            </w:r>
            <w:proofErr w:type="spellEnd"/>
            <w:r w:rsidRPr="00902F55">
              <w:rPr>
                <w:sz w:val="22"/>
                <w:lang w:val="fr-FR"/>
              </w:rPr>
              <w:t xml:space="preserve"> va fi </w:t>
            </w:r>
            <w:proofErr w:type="spellStart"/>
            <w:r w:rsidRPr="00902F55">
              <w:rPr>
                <w:sz w:val="22"/>
                <w:lang w:val="fr-FR"/>
              </w:rPr>
              <w:t>transmisă</w:t>
            </w:r>
            <w:proofErr w:type="spellEnd"/>
            <w:r w:rsidRPr="00902F55">
              <w:rPr>
                <w:sz w:val="22"/>
                <w:lang w:val="fr-FR"/>
              </w:rPr>
              <w:t xml:space="preserve"> </w:t>
            </w:r>
            <w:proofErr w:type="spellStart"/>
            <w:r w:rsidRPr="00902F55">
              <w:rPr>
                <w:sz w:val="22"/>
                <w:lang w:val="fr-FR"/>
              </w:rPr>
              <w:t>către</w:t>
            </w:r>
            <w:proofErr w:type="spellEnd"/>
            <w:r w:rsidRPr="00902F55">
              <w:rPr>
                <w:sz w:val="22"/>
                <w:lang w:val="fr-FR"/>
              </w:rPr>
              <w:t xml:space="preserve"> </w:t>
            </w:r>
            <w:proofErr w:type="spellStart"/>
            <w:r w:rsidRPr="00902F55">
              <w:rPr>
                <w:sz w:val="22"/>
                <w:lang w:val="fr-FR"/>
              </w:rPr>
              <w:t>președintele</w:t>
            </w:r>
            <w:proofErr w:type="spellEnd"/>
            <w:r w:rsidRPr="00902F55">
              <w:rPr>
                <w:sz w:val="22"/>
                <w:lang w:val="fr-FR"/>
              </w:rPr>
              <w:t xml:space="preserve"> </w:t>
            </w:r>
            <w:proofErr w:type="spellStart"/>
            <w:r w:rsidRPr="00902F55">
              <w:rPr>
                <w:sz w:val="22"/>
                <w:lang w:val="fr-FR"/>
              </w:rPr>
              <w:t>consiliului</w:t>
            </w:r>
            <w:proofErr w:type="spellEnd"/>
            <w:r w:rsidRPr="00902F55">
              <w:rPr>
                <w:sz w:val="22"/>
                <w:lang w:val="fr-FR"/>
              </w:rPr>
              <w:t xml:space="preserve"> </w:t>
            </w:r>
            <w:proofErr w:type="spellStart"/>
            <w:r w:rsidRPr="00902F55">
              <w:rPr>
                <w:sz w:val="22"/>
                <w:lang w:val="fr-FR"/>
              </w:rPr>
              <w:t>județean</w:t>
            </w:r>
            <w:proofErr w:type="spellEnd"/>
            <w:r w:rsidRPr="00902F55">
              <w:rPr>
                <w:sz w:val="22"/>
                <w:lang w:val="fr-FR"/>
              </w:rPr>
              <w:t xml:space="preserve">, </w:t>
            </w:r>
            <w:proofErr w:type="spellStart"/>
            <w:r w:rsidRPr="00902F55">
              <w:rPr>
                <w:sz w:val="22"/>
                <w:lang w:val="fr-FR"/>
              </w:rPr>
              <w:t>primarul</w:t>
            </w:r>
            <w:proofErr w:type="spellEnd"/>
            <w:r w:rsidRPr="00902F55">
              <w:rPr>
                <w:sz w:val="22"/>
                <w:lang w:val="fr-FR"/>
              </w:rPr>
              <w:t xml:space="preserve"> </w:t>
            </w:r>
            <w:proofErr w:type="spellStart"/>
            <w:r w:rsidRPr="00902F55">
              <w:rPr>
                <w:sz w:val="22"/>
                <w:lang w:val="fr-FR"/>
              </w:rPr>
              <w:t>general</w:t>
            </w:r>
            <w:proofErr w:type="spellEnd"/>
            <w:r w:rsidRPr="00902F55">
              <w:rPr>
                <w:sz w:val="22"/>
                <w:lang w:val="fr-FR"/>
              </w:rPr>
              <w:t xml:space="preserve">, </w:t>
            </w:r>
            <w:proofErr w:type="spellStart"/>
            <w:r w:rsidRPr="00902F55">
              <w:rPr>
                <w:sz w:val="22"/>
                <w:lang w:val="fr-FR"/>
              </w:rPr>
              <w:t>primarul</w:t>
            </w:r>
            <w:proofErr w:type="spellEnd"/>
            <w:r w:rsidRPr="00902F55">
              <w:rPr>
                <w:sz w:val="22"/>
                <w:lang w:val="fr-FR"/>
              </w:rPr>
              <w:t xml:space="preserve"> de </w:t>
            </w:r>
            <w:proofErr w:type="spellStart"/>
            <w:r w:rsidRPr="00902F55">
              <w:rPr>
                <w:sz w:val="22"/>
                <w:lang w:val="fr-FR"/>
              </w:rPr>
              <w:t>sector</w:t>
            </w:r>
            <w:proofErr w:type="spellEnd"/>
            <w:r w:rsidRPr="00902F55">
              <w:rPr>
                <w:sz w:val="22"/>
                <w:lang w:val="fr-FR"/>
              </w:rPr>
              <w:t xml:space="preserve"> sau </w:t>
            </w:r>
            <w:proofErr w:type="spellStart"/>
            <w:r w:rsidRPr="00902F55">
              <w:rPr>
                <w:sz w:val="22"/>
                <w:lang w:val="fr-FR"/>
              </w:rPr>
              <w:t>primarul</w:t>
            </w:r>
            <w:proofErr w:type="spellEnd"/>
            <w:r w:rsidRPr="00902F55">
              <w:rPr>
                <w:sz w:val="22"/>
                <w:lang w:val="fr-FR"/>
              </w:rPr>
              <w:t xml:space="preserve"> </w:t>
            </w:r>
            <w:proofErr w:type="spellStart"/>
            <w:r w:rsidRPr="00902F55">
              <w:rPr>
                <w:sz w:val="22"/>
                <w:lang w:val="fr-FR"/>
              </w:rPr>
              <w:t>municipiului</w:t>
            </w:r>
            <w:proofErr w:type="spellEnd"/>
            <w:r w:rsidRPr="00902F55">
              <w:rPr>
                <w:sz w:val="22"/>
                <w:lang w:val="fr-FR"/>
              </w:rPr>
              <w:t xml:space="preserve"> / orașului / </w:t>
            </w:r>
            <w:proofErr w:type="spellStart"/>
            <w:r w:rsidRPr="00902F55">
              <w:rPr>
                <w:sz w:val="22"/>
                <w:lang w:val="fr-FR"/>
              </w:rPr>
              <w:t>comunei</w:t>
            </w:r>
            <w:proofErr w:type="spellEnd"/>
            <w:r w:rsidRPr="00902F55">
              <w:rPr>
                <w:sz w:val="22"/>
                <w:lang w:val="fr-FR"/>
              </w:rPr>
              <w:t xml:space="preserve">, </w:t>
            </w:r>
            <w:proofErr w:type="spellStart"/>
            <w:r w:rsidRPr="00902F55">
              <w:rPr>
                <w:sz w:val="22"/>
                <w:lang w:val="fr-FR"/>
              </w:rPr>
              <w:t>după</w:t>
            </w:r>
            <w:proofErr w:type="spellEnd"/>
            <w:r w:rsidRPr="00902F55">
              <w:rPr>
                <w:sz w:val="22"/>
                <w:lang w:val="fr-FR"/>
              </w:rPr>
              <w:t xml:space="preserve"> </w:t>
            </w:r>
            <w:proofErr w:type="spellStart"/>
            <w:r w:rsidRPr="00902F55">
              <w:rPr>
                <w:sz w:val="22"/>
                <w:lang w:val="fr-FR"/>
              </w:rPr>
              <w:t>caz</w:t>
            </w:r>
            <w:proofErr w:type="spellEnd"/>
            <w:r w:rsidRPr="00902F55">
              <w:rPr>
                <w:sz w:val="22"/>
                <w:lang w:val="fr-FR"/>
              </w:rPr>
              <w:t>.</w:t>
            </w:r>
          </w:p>
        </w:tc>
      </w:tr>
    </w:tbl>
    <w:p w14:paraId="75E15653" w14:textId="77777777" w:rsidR="00C85C0B" w:rsidRPr="00902F55" w:rsidRDefault="00C85C0B">
      <w:pPr>
        <w:spacing w:line="168" w:lineRule="auto"/>
        <w:rPr>
          <w:sz w:val="22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02F55" w:rsidRPr="00902F55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  <w:lang w:val="fr-FR"/>
              </w:rPr>
              <w:t xml:space="preserve"> </w:t>
            </w:r>
            <w:r w:rsidRPr="00902F55">
              <w:rPr>
                <w:b/>
                <w:sz w:val="22"/>
              </w:rPr>
              <w:t xml:space="preserve">2. </w:t>
            </w:r>
            <w:r w:rsidRPr="00902F55">
              <w:rPr>
                <w:b/>
                <w:sz w:val="22"/>
              </w:rPr>
              <w:t>SOLICITANTUL</w:t>
            </w:r>
          </w:p>
        </w:tc>
      </w:tr>
      <w:tr w:rsidR="00902F55" w:rsidRPr="00902F55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Nume</w:t>
            </w:r>
            <w:proofErr w:type="spellEnd"/>
            <w:r w:rsidRPr="00902F55">
              <w:rPr>
                <w:b/>
                <w:sz w:val="22"/>
              </w:rPr>
              <w:t xml:space="preserve"> și </w:t>
            </w:r>
            <w:proofErr w:type="spellStart"/>
            <w:r w:rsidRPr="00902F55">
              <w:rPr>
                <w:b/>
                <w:sz w:val="22"/>
              </w:rPr>
              <w:t>prenume</w:t>
            </w:r>
            <w:proofErr w:type="spellEnd"/>
          </w:p>
          <w:p w14:paraId="78962F31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4015" w:type="dxa"/>
            <w:gridSpan w:val="3"/>
          </w:tcPr>
          <w:p w14:paraId="349D53B4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>CNP</w:t>
            </w:r>
          </w:p>
          <w:p w14:paraId="12A0DF42" w14:textId="77777777" w:rsidR="00C85C0B" w:rsidRPr="00902F55" w:rsidRDefault="00C85C0B">
            <w:pPr>
              <w:keepNext/>
              <w:rPr>
                <w:sz w:val="22"/>
              </w:rPr>
            </w:pPr>
          </w:p>
        </w:tc>
      </w:tr>
      <w:tr w:rsidR="00902F55" w:rsidRPr="00902F55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sz w:val="22"/>
              </w:rPr>
              <w:t xml:space="preserve"> Act de </w:t>
            </w:r>
            <w:proofErr w:type="spellStart"/>
            <w:r w:rsidRPr="00902F55">
              <w:rPr>
                <w:sz w:val="22"/>
              </w:rPr>
              <w:t>identitate</w:t>
            </w:r>
            <w:proofErr w:type="spellEnd"/>
          </w:p>
        </w:tc>
      </w:tr>
      <w:tr w:rsidR="00902F55" w:rsidRPr="00902F55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Seria</w:t>
            </w:r>
            <w:proofErr w:type="spellEnd"/>
          </w:p>
          <w:p w14:paraId="1372DB4F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38543067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Numărul</w:t>
            </w:r>
            <w:proofErr w:type="spellEnd"/>
          </w:p>
          <w:p w14:paraId="10D1BCEF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4818" w:type="dxa"/>
            <w:gridSpan w:val="5"/>
          </w:tcPr>
          <w:p w14:paraId="5949C44F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Eliberat</w:t>
            </w:r>
            <w:proofErr w:type="spellEnd"/>
            <w:r w:rsidRPr="00902F55">
              <w:rPr>
                <w:b/>
                <w:sz w:val="22"/>
              </w:rPr>
              <w:t xml:space="preserve"> de</w:t>
            </w:r>
          </w:p>
          <w:p w14:paraId="7DFD0055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6E02C3D3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>La data</w:t>
            </w:r>
          </w:p>
          <w:p w14:paraId="7B1F54BC" w14:textId="77777777" w:rsidR="00C85C0B" w:rsidRPr="00902F55" w:rsidRDefault="00C85C0B">
            <w:pPr>
              <w:keepNext/>
              <w:rPr>
                <w:sz w:val="22"/>
              </w:rPr>
            </w:pPr>
          </w:p>
        </w:tc>
      </w:tr>
      <w:tr w:rsidR="00902F55" w:rsidRPr="00902F55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sz w:val="22"/>
              </w:rPr>
              <w:t xml:space="preserve"> </w:t>
            </w:r>
            <w:proofErr w:type="spellStart"/>
            <w:r w:rsidRPr="00902F55">
              <w:rPr>
                <w:sz w:val="22"/>
              </w:rPr>
              <w:t>Domiciliul</w:t>
            </w:r>
            <w:proofErr w:type="spellEnd"/>
          </w:p>
        </w:tc>
      </w:tr>
      <w:tr w:rsidR="00902F55" w:rsidRPr="00902F55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Județul</w:t>
            </w:r>
            <w:proofErr w:type="spellEnd"/>
          </w:p>
          <w:p w14:paraId="2186F192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4"/>
          </w:tcPr>
          <w:p w14:paraId="50EE20EA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Municipiul</w:t>
            </w:r>
            <w:proofErr w:type="spellEnd"/>
            <w:r w:rsidRPr="00902F55">
              <w:rPr>
                <w:b/>
                <w:sz w:val="22"/>
              </w:rPr>
              <w:t xml:space="preserve"> / orașul / </w:t>
            </w:r>
            <w:proofErr w:type="spellStart"/>
            <w:r w:rsidRPr="00902F55">
              <w:rPr>
                <w:b/>
                <w:sz w:val="22"/>
              </w:rPr>
              <w:t>comuna</w:t>
            </w:r>
            <w:proofErr w:type="spellEnd"/>
          </w:p>
          <w:p w14:paraId="5A7197A9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3212" w:type="dxa"/>
            <w:gridSpan w:val="2"/>
          </w:tcPr>
          <w:p w14:paraId="52D40263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Satul</w:t>
            </w:r>
            <w:proofErr w:type="spellEnd"/>
            <w:r w:rsidRPr="00902F55">
              <w:rPr>
                <w:b/>
                <w:sz w:val="22"/>
              </w:rPr>
              <w:t xml:space="preserve"> / </w:t>
            </w:r>
            <w:proofErr w:type="spellStart"/>
            <w:r w:rsidRPr="00902F55">
              <w:rPr>
                <w:b/>
                <w:sz w:val="22"/>
              </w:rPr>
              <w:t>sectorul</w:t>
            </w:r>
            <w:proofErr w:type="spellEnd"/>
          </w:p>
          <w:p w14:paraId="2A6C818F" w14:textId="77777777" w:rsidR="00C85C0B" w:rsidRPr="00902F55" w:rsidRDefault="00C85C0B">
            <w:pPr>
              <w:keepNext/>
              <w:rPr>
                <w:sz w:val="22"/>
              </w:rPr>
            </w:pPr>
          </w:p>
        </w:tc>
      </w:tr>
      <w:tr w:rsidR="00902F55" w:rsidRPr="00902F55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>Strada</w:t>
            </w:r>
          </w:p>
          <w:p w14:paraId="4F3D8CE6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075341DA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>Nr.</w:t>
            </w:r>
          </w:p>
          <w:p w14:paraId="20120A0F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6F18AE53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>Sc.</w:t>
            </w:r>
          </w:p>
          <w:p w14:paraId="20E48DEE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7B25ACF6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>Et.</w:t>
            </w:r>
          </w:p>
          <w:p w14:paraId="6F6960D6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803" w:type="dxa"/>
          </w:tcPr>
          <w:p w14:paraId="38B4DB2B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>Ap.</w:t>
            </w:r>
          </w:p>
          <w:p w14:paraId="0D48C9FB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3C794EFE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Cod </w:t>
            </w:r>
            <w:proofErr w:type="spellStart"/>
            <w:r w:rsidRPr="00902F55">
              <w:rPr>
                <w:b/>
                <w:sz w:val="22"/>
              </w:rPr>
              <w:t>poștal</w:t>
            </w:r>
            <w:proofErr w:type="spellEnd"/>
          </w:p>
          <w:p w14:paraId="14D83194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44F2C34C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Ț</w:t>
            </w:r>
            <w:r w:rsidRPr="00902F55">
              <w:rPr>
                <w:b/>
                <w:sz w:val="22"/>
              </w:rPr>
              <w:t>ara</w:t>
            </w:r>
            <w:proofErr w:type="spellEnd"/>
          </w:p>
          <w:p w14:paraId="303B0DDB" w14:textId="77777777" w:rsidR="00C85C0B" w:rsidRPr="00902F55" w:rsidRDefault="00C85C0B">
            <w:pPr>
              <w:keepNext/>
              <w:rPr>
                <w:sz w:val="22"/>
              </w:rPr>
            </w:pPr>
          </w:p>
        </w:tc>
      </w:tr>
      <w:tr w:rsidR="00902F55" w:rsidRPr="00902F55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sz w:val="22"/>
              </w:rPr>
              <w:t xml:space="preserve"> Date de contact</w:t>
            </w:r>
          </w:p>
        </w:tc>
      </w:tr>
      <w:tr w:rsidR="00C85C0B" w:rsidRPr="00902F55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Pr="00902F55" w:rsidRDefault="00902F55">
            <w:pPr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Telefon</w:t>
            </w:r>
            <w:proofErr w:type="spellEnd"/>
            <w:r w:rsidRPr="00902F55">
              <w:rPr>
                <w:b/>
                <w:sz w:val="22"/>
              </w:rPr>
              <w:t xml:space="preserve"> / fax</w:t>
            </w:r>
          </w:p>
          <w:p w14:paraId="1D1557B5" w14:textId="77777777" w:rsidR="00C85C0B" w:rsidRPr="00902F55" w:rsidRDefault="00C85C0B">
            <w:pPr>
              <w:rPr>
                <w:sz w:val="22"/>
              </w:rPr>
            </w:pPr>
          </w:p>
        </w:tc>
        <w:tc>
          <w:tcPr>
            <w:tcW w:w="5621" w:type="dxa"/>
            <w:gridSpan w:val="5"/>
          </w:tcPr>
          <w:p w14:paraId="56D269E2" w14:textId="77777777" w:rsidR="00C85C0B" w:rsidRPr="00902F55" w:rsidRDefault="00902F55">
            <w:pPr>
              <w:rPr>
                <w:sz w:val="22"/>
              </w:rPr>
            </w:pPr>
            <w:r w:rsidRPr="00902F55">
              <w:rPr>
                <w:b/>
                <w:sz w:val="22"/>
              </w:rPr>
              <w:t>E-mail</w:t>
            </w:r>
          </w:p>
          <w:p w14:paraId="6134E69B" w14:textId="77777777" w:rsidR="00C85C0B" w:rsidRPr="00902F55" w:rsidRDefault="00C85C0B">
            <w:pPr>
              <w:rPr>
                <w:sz w:val="22"/>
              </w:rPr>
            </w:pPr>
          </w:p>
        </w:tc>
      </w:tr>
    </w:tbl>
    <w:p w14:paraId="4DBE4EFE" w14:textId="77777777" w:rsidR="00C85C0B" w:rsidRPr="00902F55" w:rsidRDefault="00C85C0B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902F55" w:rsidRPr="00902F55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 3. </w:t>
            </w:r>
            <w:r w:rsidRPr="00902F55">
              <w:rPr>
                <w:b/>
                <w:sz w:val="22"/>
              </w:rPr>
              <w:t>NOTIFICAREA</w:t>
            </w:r>
          </w:p>
        </w:tc>
      </w:tr>
      <w:tr w:rsidR="00C85C0B" w:rsidRPr="00902F55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Pr="00902F55" w:rsidRDefault="00902F55">
            <w:pPr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Nr. / </w:t>
            </w:r>
            <w:proofErr w:type="gramStart"/>
            <w:r w:rsidRPr="00902F55">
              <w:rPr>
                <w:b/>
                <w:sz w:val="22"/>
              </w:rPr>
              <w:t>data</w:t>
            </w:r>
            <w:proofErr w:type="gramEnd"/>
            <w:r w:rsidRPr="00902F55">
              <w:rPr>
                <w:b/>
                <w:sz w:val="22"/>
              </w:rPr>
              <w:t xml:space="preserve"> </w:t>
            </w:r>
            <w:proofErr w:type="spellStart"/>
            <w:r w:rsidRPr="00902F55">
              <w:rPr>
                <w:b/>
                <w:sz w:val="22"/>
              </w:rPr>
              <w:t>notificării</w:t>
            </w:r>
            <w:proofErr w:type="spellEnd"/>
          </w:p>
          <w:p w14:paraId="782A3FB4" w14:textId="77777777" w:rsidR="00C85C0B" w:rsidRPr="00902F55" w:rsidRDefault="00C85C0B">
            <w:pPr>
              <w:rPr>
                <w:sz w:val="22"/>
              </w:rPr>
            </w:pPr>
          </w:p>
        </w:tc>
        <w:tc>
          <w:tcPr>
            <w:tcW w:w="2409" w:type="dxa"/>
          </w:tcPr>
          <w:p w14:paraId="07DACF42" w14:textId="77777777" w:rsidR="00C85C0B" w:rsidRPr="00902F55" w:rsidRDefault="00902F55">
            <w:pPr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Proiect</w:t>
            </w:r>
            <w:proofErr w:type="spellEnd"/>
            <w:r w:rsidRPr="00902F55">
              <w:rPr>
                <w:b/>
                <w:sz w:val="22"/>
              </w:rPr>
              <w:t xml:space="preserve"> nr. / </w:t>
            </w:r>
            <w:proofErr w:type="gramStart"/>
            <w:r w:rsidRPr="00902F55">
              <w:rPr>
                <w:b/>
                <w:sz w:val="22"/>
              </w:rPr>
              <w:t>cod</w:t>
            </w:r>
            <w:proofErr w:type="gramEnd"/>
          </w:p>
          <w:p w14:paraId="704DDBFC" w14:textId="77777777" w:rsidR="00C85C0B" w:rsidRPr="00902F55" w:rsidRDefault="00C85C0B">
            <w:pPr>
              <w:rPr>
                <w:sz w:val="22"/>
              </w:rPr>
            </w:pPr>
          </w:p>
        </w:tc>
        <w:tc>
          <w:tcPr>
            <w:tcW w:w="4818" w:type="dxa"/>
          </w:tcPr>
          <w:p w14:paraId="75FD378C" w14:textId="77777777" w:rsidR="00C85C0B" w:rsidRPr="00902F55" w:rsidRDefault="00902F55">
            <w:pPr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Imobilul</w:t>
            </w:r>
            <w:proofErr w:type="spellEnd"/>
          </w:p>
          <w:p w14:paraId="0E48F05F" w14:textId="77777777" w:rsidR="00C85C0B" w:rsidRPr="00902F55" w:rsidRDefault="00C85C0B">
            <w:pPr>
              <w:rPr>
                <w:sz w:val="22"/>
              </w:rPr>
            </w:pPr>
          </w:p>
        </w:tc>
      </w:tr>
    </w:tbl>
    <w:p w14:paraId="13D2FF9F" w14:textId="77777777" w:rsidR="00C85C0B" w:rsidRPr="00902F55" w:rsidRDefault="00C85C0B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902F55" w:rsidRPr="00902F55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 4. </w:t>
            </w:r>
            <w:r w:rsidRPr="00902F55">
              <w:rPr>
                <w:b/>
                <w:sz w:val="22"/>
              </w:rPr>
              <w:t>EXECUȚIA ȘI RECEPȚIA</w:t>
            </w:r>
          </w:p>
        </w:tc>
      </w:tr>
      <w:tr w:rsidR="00902F55" w:rsidRPr="00902F55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Data </w:t>
            </w:r>
            <w:proofErr w:type="spellStart"/>
            <w:r w:rsidRPr="00902F55">
              <w:rPr>
                <w:b/>
                <w:sz w:val="22"/>
              </w:rPr>
              <w:t>începerii</w:t>
            </w:r>
            <w:proofErr w:type="spellEnd"/>
            <w:r w:rsidRPr="00902F55">
              <w:rPr>
                <w:b/>
                <w:sz w:val="22"/>
              </w:rPr>
              <w:t xml:space="preserve"> </w:t>
            </w:r>
            <w:proofErr w:type="spellStart"/>
            <w:r w:rsidRPr="00902F55">
              <w:rPr>
                <w:b/>
                <w:sz w:val="22"/>
              </w:rPr>
              <w:t>lucrărilor</w:t>
            </w:r>
            <w:proofErr w:type="spellEnd"/>
          </w:p>
          <w:p w14:paraId="2D6D470D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i/>
                <w:sz w:val="22"/>
              </w:rPr>
              <w:t xml:space="preserve">se </w:t>
            </w:r>
            <w:proofErr w:type="spellStart"/>
            <w:r w:rsidRPr="00902F55">
              <w:rPr>
                <w:i/>
                <w:sz w:val="22"/>
              </w:rPr>
              <w:t>declară</w:t>
            </w:r>
            <w:proofErr w:type="spellEnd"/>
            <w:r w:rsidRPr="00902F55">
              <w:rPr>
                <w:i/>
                <w:sz w:val="22"/>
              </w:rPr>
              <w:t xml:space="preserve"> </w:t>
            </w:r>
            <w:proofErr w:type="spellStart"/>
            <w:r w:rsidRPr="00902F55">
              <w:rPr>
                <w:i/>
                <w:sz w:val="22"/>
              </w:rPr>
              <w:t>aici</w:t>
            </w:r>
            <w:proofErr w:type="spellEnd"/>
          </w:p>
          <w:p w14:paraId="544B9697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4818" w:type="dxa"/>
          </w:tcPr>
          <w:p w14:paraId="72DCF9AA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Data </w:t>
            </w:r>
            <w:proofErr w:type="spellStart"/>
            <w:r w:rsidRPr="00902F55">
              <w:rPr>
                <w:b/>
                <w:sz w:val="22"/>
              </w:rPr>
              <w:t>finalizării</w:t>
            </w:r>
            <w:proofErr w:type="spellEnd"/>
          </w:p>
          <w:p w14:paraId="2262F4A8" w14:textId="77777777" w:rsidR="00C85C0B" w:rsidRPr="00902F55" w:rsidRDefault="00C85C0B">
            <w:pPr>
              <w:keepNext/>
              <w:rPr>
                <w:sz w:val="22"/>
              </w:rPr>
            </w:pPr>
          </w:p>
        </w:tc>
      </w:tr>
      <w:tr w:rsidR="00902F55" w:rsidRPr="00902F55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Data </w:t>
            </w:r>
            <w:proofErr w:type="spellStart"/>
            <w:r w:rsidRPr="00902F55">
              <w:rPr>
                <w:b/>
                <w:sz w:val="22"/>
              </w:rPr>
              <w:t>propusă</w:t>
            </w:r>
            <w:proofErr w:type="spellEnd"/>
            <w:r w:rsidRPr="00902F55">
              <w:rPr>
                <w:b/>
                <w:sz w:val="22"/>
              </w:rPr>
              <w:t xml:space="preserve"> pentru </w:t>
            </w:r>
            <w:proofErr w:type="spellStart"/>
            <w:r w:rsidRPr="00902F55">
              <w:rPr>
                <w:b/>
                <w:sz w:val="22"/>
              </w:rPr>
              <w:t>recepție</w:t>
            </w:r>
            <w:proofErr w:type="spellEnd"/>
          </w:p>
          <w:p w14:paraId="327C4FB5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1606" w:type="dxa"/>
          </w:tcPr>
          <w:p w14:paraId="660A9FC7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ora</w:t>
            </w:r>
            <w:proofErr w:type="spellEnd"/>
          </w:p>
          <w:p w14:paraId="40A08B01" w14:textId="77777777" w:rsidR="00C85C0B" w:rsidRPr="00902F55" w:rsidRDefault="00C85C0B">
            <w:pPr>
              <w:keepNext/>
              <w:rPr>
                <w:sz w:val="22"/>
              </w:rPr>
            </w:pPr>
          </w:p>
        </w:tc>
        <w:tc>
          <w:tcPr>
            <w:tcW w:w="4818" w:type="dxa"/>
          </w:tcPr>
          <w:p w14:paraId="6A018CE9" w14:textId="77777777" w:rsidR="00C85C0B" w:rsidRPr="00902F55" w:rsidRDefault="00902F55">
            <w:pPr>
              <w:keepNext/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locul</w:t>
            </w:r>
            <w:proofErr w:type="spellEnd"/>
          </w:p>
          <w:p w14:paraId="5887C7E5" w14:textId="77777777" w:rsidR="00C85C0B" w:rsidRPr="00902F55" w:rsidRDefault="00C85C0B">
            <w:pPr>
              <w:keepNext/>
              <w:rPr>
                <w:sz w:val="22"/>
              </w:rPr>
            </w:pPr>
          </w:p>
        </w:tc>
      </w:tr>
      <w:tr w:rsidR="00902F55" w:rsidRPr="00902F55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Pr="00902F55" w:rsidRDefault="00150E80">
            <w:pPr>
              <w:spacing w:line="228" w:lineRule="auto"/>
              <w:rPr>
                <w:sz w:val="22"/>
              </w:rPr>
            </w:pPr>
            <w:proofErr w:type="spellStart"/>
            <w:r w:rsidRPr="00902F55">
              <w:rPr>
                <w:sz w:val="22"/>
              </w:rPr>
              <w:t>Legea</w:t>
            </w:r>
            <w:proofErr w:type="spellEnd"/>
            <w:r w:rsidRPr="00902F55">
              <w:rPr>
                <w:sz w:val="22"/>
              </w:rPr>
              <w:t xml:space="preserve"> nr.169/2026 privind </w:t>
            </w:r>
            <w:proofErr w:type="spellStart"/>
            <w:r w:rsidRPr="00902F55">
              <w:rPr>
                <w:sz w:val="22"/>
              </w:rPr>
              <w:t>Codul</w:t>
            </w:r>
            <w:proofErr w:type="spellEnd"/>
            <w:r w:rsidRPr="00902F55">
              <w:rPr>
                <w:sz w:val="22"/>
              </w:rPr>
              <w:t xml:space="preserve"> </w:t>
            </w:r>
            <w:proofErr w:type="spellStart"/>
            <w:r w:rsidRPr="00902F55">
              <w:rPr>
                <w:sz w:val="22"/>
              </w:rPr>
              <w:t>amenajării</w:t>
            </w:r>
            <w:proofErr w:type="spellEnd"/>
            <w:r w:rsidRPr="00902F55">
              <w:rPr>
                <w:sz w:val="22"/>
              </w:rPr>
              <w:t xml:space="preserve"> </w:t>
            </w:r>
            <w:proofErr w:type="spellStart"/>
            <w:r w:rsidRPr="00902F55">
              <w:rPr>
                <w:sz w:val="22"/>
              </w:rPr>
              <w:t>teritoriului</w:t>
            </w:r>
            <w:proofErr w:type="spellEnd"/>
            <w:r w:rsidRPr="00902F55">
              <w:rPr>
                <w:sz w:val="22"/>
              </w:rPr>
              <w:t xml:space="preserve">, </w:t>
            </w:r>
            <w:proofErr w:type="spellStart"/>
            <w:r w:rsidRPr="00902F55">
              <w:rPr>
                <w:sz w:val="22"/>
              </w:rPr>
              <w:t>urbanismului</w:t>
            </w:r>
            <w:proofErr w:type="spellEnd"/>
            <w:r w:rsidRPr="00902F55">
              <w:rPr>
                <w:sz w:val="22"/>
              </w:rPr>
              <w:t xml:space="preserve"> și </w:t>
            </w:r>
            <w:proofErr w:type="spellStart"/>
            <w:r w:rsidRPr="00902F55">
              <w:rPr>
                <w:sz w:val="22"/>
              </w:rPr>
              <w:t>construcțiilor</w:t>
            </w:r>
            <w:proofErr w:type="spellEnd"/>
            <w:r w:rsidRPr="00902F55">
              <w:rPr>
                <w:sz w:val="22"/>
              </w:rPr>
              <w:t xml:space="preserve"> nu </w:t>
            </w:r>
            <w:proofErr w:type="spellStart"/>
            <w:r w:rsidRPr="00902F55">
              <w:rPr>
                <w:sz w:val="22"/>
              </w:rPr>
              <w:t>instituie</w:t>
            </w:r>
            <w:proofErr w:type="spellEnd"/>
            <w:r w:rsidRPr="00902F55">
              <w:rPr>
                <w:sz w:val="22"/>
              </w:rPr>
              <w:t xml:space="preserve"> o </w:t>
            </w:r>
            <w:proofErr w:type="spellStart"/>
            <w:r w:rsidRPr="00902F55">
              <w:rPr>
                <w:sz w:val="22"/>
              </w:rPr>
              <w:t>înștiințare</w:t>
            </w:r>
            <w:proofErr w:type="spellEnd"/>
            <w:r w:rsidRPr="00902F55">
              <w:rPr>
                <w:sz w:val="22"/>
              </w:rPr>
              <w:t xml:space="preserve"> </w:t>
            </w:r>
            <w:proofErr w:type="spellStart"/>
            <w:r w:rsidRPr="00902F55">
              <w:rPr>
                <w:sz w:val="22"/>
              </w:rPr>
              <w:t>distinctă</w:t>
            </w:r>
            <w:proofErr w:type="spellEnd"/>
            <w:r w:rsidRPr="00902F55">
              <w:rPr>
                <w:sz w:val="22"/>
              </w:rPr>
              <w:t xml:space="preserve"> privind </w:t>
            </w:r>
            <w:proofErr w:type="spellStart"/>
            <w:r w:rsidRPr="00902F55">
              <w:rPr>
                <w:sz w:val="22"/>
              </w:rPr>
              <w:t>începerea</w:t>
            </w:r>
            <w:proofErr w:type="spellEnd"/>
            <w:r w:rsidRPr="00902F55">
              <w:rPr>
                <w:sz w:val="22"/>
              </w:rPr>
              <w:t xml:space="preserve"> </w:t>
            </w:r>
            <w:proofErr w:type="spellStart"/>
            <w:r w:rsidRPr="00902F55">
              <w:rPr>
                <w:sz w:val="22"/>
              </w:rPr>
              <w:t>lucrărilor</w:t>
            </w:r>
            <w:proofErr w:type="spellEnd"/>
            <w:r w:rsidRPr="00902F55">
              <w:rPr>
                <w:sz w:val="22"/>
              </w:rPr>
              <w:t xml:space="preserve"> </w:t>
            </w:r>
            <w:proofErr w:type="spellStart"/>
            <w:r w:rsidRPr="00902F55">
              <w:rPr>
                <w:sz w:val="22"/>
              </w:rPr>
              <w:t>notificate</w:t>
            </w:r>
            <w:proofErr w:type="spellEnd"/>
            <w:r w:rsidRPr="00902F55">
              <w:rPr>
                <w:sz w:val="22"/>
              </w:rPr>
              <w:t xml:space="preserve">; data </w:t>
            </w:r>
            <w:proofErr w:type="spellStart"/>
            <w:r w:rsidRPr="00902F55">
              <w:rPr>
                <w:sz w:val="22"/>
              </w:rPr>
              <w:t>începerii</w:t>
            </w:r>
            <w:proofErr w:type="spellEnd"/>
            <w:r w:rsidRPr="00902F55">
              <w:rPr>
                <w:sz w:val="22"/>
              </w:rPr>
              <w:t xml:space="preserve"> se </w:t>
            </w:r>
            <w:proofErr w:type="spellStart"/>
            <w:r w:rsidRPr="00902F55">
              <w:rPr>
                <w:sz w:val="22"/>
              </w:rPr>
              <w:t>declară</w:t>
            </w:r>
            <w:proofErr w:type="spellEnd"/>
            <w:r w:rsidRPr="00902F55">
              <w:rPr>
                <w:sz w:val="22"/>
              </w:rPr>
              <w:t xml:space="preserve"> în </w:t>
            </w:r>
            <w:proofErr w:type="spellStart"/>
            <w:r w:rsidRPr="00902F55">
              <w:rPr>
                <w:sz w:val="22"/>
              </w:rPr>
              <w:t>prezentul</w:t>
            </w:r>
            <w:proofErr w:type="spellEnd"/>
            <w:r w:rsidRPr="00902F55">
              <w:rPr>
                <w:sz w:val="22"/>
              </w:rPr>
              <w:t xml:space="preserve"> formular și se </w:t>
            </w:r>
            <w:proofErr w:type="spellStart"/>
            <w:r w:rsidRPr="00902F55">
              <w:rPr>
                <w:sz w:val="22"/>
              </w:rPr>
              <w:t>consemnează</w:t>
            </w:r>
            <w:proofErr w:type="spellEnd"/>
            <w:r w:rsidRPr="00902F55">
              <w:rPr>
                <w:sz w:val="22"/>
              </w:rPr>
              <w:t xml:space="preserve"> în </w:t>
            </w:r>
            <w:proofErr w:type="spellStart"/>
            <w:r w:rsidRPr="00902F55">
              <w:rPr>
                <w:sz w:val="22"/>
              </w:rPr>
              <w:t>procesul</w:t>
            </w:r>
            <w:proofErr w:type="spellEnd"/>
            <w:r w:rsidRPr="00902F55">
              <w:rPr>
                <w:sz w:val="22"/>
              </w:rPr>
              <w:t xml:space="preserve">-verbal de </w:t>
            </w:r>
            <w:proofErr w:type="spellStart"/>
            <w:r w:rsidRPr="00902F55">
              <w:rPr>
                <w:sz w:val="22"/>
              </w:rPr>
              <w:t>recepție</w:t>
            </w:r>
            <w:proofErr w:type="spellEnd"/>
            <w:r w:rsidRPr="00902F55">
              <w:rPr>
                <w:sz w:val="22"/>
              </w:rPr>
              <w:t>.</w:t>
            </w:r>
          </w:p>
        </w:tc>
      </w:tr>
    </w:tbl>
    <w:p w14:paraId="049D9BE6" w14:textId="77777777" w:rsidR="00C85C0B" w:rsidRPr="00902F55" w:rsidRDefault="00C85C0B">
      <w:pPr>
        <w:spacing w:line="168" w:lineRule="auto"/>
        <w:rPr>
          <w:sz w:val="22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02F55" w:rsidRPr="00902F55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Pr="00902F55" w:rsidRDefault="00902F55">
            <w:pPr>
              <w:keepNext/>
              <w:rPr>
                <w:sz w:val="22"/>
              </w:rPr>
            </w:pPr>
            <w:r w:rsidRPr="00902F55">
              <w:rPr>
                <w:b/>
                <w:sz w:val="22"/>
              </w:rPr>
              <w:t xml:space="preserve"> 5. </w:t>
            </w:r>
            <w:r w:rsidRPr="00902F55">
              <w:rPr>
                <w:b/>
                <w:sz w:val="22"/>
              </w:rPr>
              <w:t>DATA ȘI SEMNĂTURA</w:t>
            </w:r>
          </w:p>
        </w:tc>
      </w:tr>
      <w:tr w:rsidR="00C85C0B" w:rsidRPr="00902F55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Pr="00902F55" w:rsidRDefault="00902F55">
            <w:pPr>
              <w:rPr>
                <w:sz w:val="22"/>
              </w:rPr>
            </w:pPr>
            <w:r w:rsidRPr="00902F55">
              <w:rPr>
                <w:b/>
                <w:sz w:val="22"/>
              </w:rPr>
              <w:t>Data</w:t>
            </w:r>
          </w:p>
          <w:p w14:paraId="3121BEF9" w14:textId="77777777" w:rsidR="00C85C0B" w:rsidRPr="00902F55" w:rsidRDefault="00C85C0B">
            <w:pPr>
              <w:rPr>
                <w:sz w:val="22"/>
              </w:rPr>
            </w:pPr>
          </w:p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Pr="00902F55" w:rsidRDefault="00902F55">
            <w:pPr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Beneficiarul</w:t>
            </w:r>
            <w:proofErr w:type="spellEnd"/>
          </w:p>
          <w:p w14:paraId="2DCA5FDA" w14:textId="77777777" w:rsidR="00C85C0B" w:rsidRPr="00902F55" w:rsidRDefault="00C85C0B">
            <w:pPr>
              <w:rPr>
                <w:sz w:val="22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Pr="00902F55" w:rsidRDefault="00902F55">
            <w:pPr>
              <w:rPr>
                <w:sz w:val="22"/>
              </w:rPr>
            </w:pPr>
            <w:proofErr w:type="spellStart"/>
            <w:r w:rsidRPr="00902F55">
              <w:rPr>
                <w:b/>
                <w:sz w:val="22"/>
              </w:rPr>
              <w:t>Semnătura</w:t>
            </w:r>
            <w:proofErr w:type="spellEnd"/>
          </w:p>
          <w:p w14:paraId="765AB599" w14:textId="77777777" w:rsidR="00C85C0B" w:rsidRPr="00902F55" w:rsidRDefault="00C85C0B">
            <w:pPr>
              <w:rPr>
                <w:sz w:val="22"/>
              </w:rPr>
            </w:pPr>
          </w:p>
        </w:tc>
      </w:tr>
    </w:tbl>
    <w:p w14:paraId="3AF77583" w14:textId="77777777" w:rsidR="00C85C0B" w:rsidRPr="00902F55" w:rsidRDefault="00C85C0B">
      <w:pPr>
        <w:spacing w:line="168" w:lineRule="auto"/>
        <w:rPr>
          <w:sz w:val="22"/>
        </w:rPr>
      </w:pPr>
    </w:p>
    <w:sectPr w:rsidR="00C85C0B" w:rsidRPr="00902F55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CDBBB" w14:textId="77777777" w:rsidR="005C02E4" w:rsidRDefault="005C02E4">
      <w:r>
        <w:separator/>
      </w:r>
    </w:p>
  </w:endnote>
  <w:endnote w:type="continuationSeparator" w:id="0">
    <w:p w14:paraId="21FD06EA" w14:textId="77777777" w:rsidR="005C02E4" w:rsidRDefault="005C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A5726" w14:textId="77777777" w:rsidR="00C85C0B" w:rsidRDefault="00902F55">
    <w:pPr>
      <w:pStyle w:val="Footer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3357C" w14:textId="77777777" w:rsidR="005C02E4" w:rsidRDefault="005C02E4">
      <w:r>
        <w:separator/>
      </w:r>
    </w:p>
  </w:footnote>
  <w:footnote w:type="continuationSeparator" w:id="0">
    <w:p w14:paraId="48DE7EFC" w14:textId="77777777" w:rsidR="005C02E4" w:rsidRDefault="005C0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0E80"/>
    <w:rsid w:val="0029639D"/>
    <w:rsid w:val="00326F90"/>
    <w:rsid w:val="003A7070"/>
    <w:rsid w:val="003F0F62"/>
    <w:rsid w:val="005C02E4"/>
    <w:rsid w:val="00902F55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USSER</cp:lastModifiedBy>
  <cp:revision>2</cp:revision>
  <dcterms:created xsi:type="dcterms:W3CDTF">2013-12-23T23:15:00Z</dcterms:created>
  <dcterms:modified xsi:type="dcterms:W3CDTF">2026-09-14T15:02:00Z</dcterms:modified>
  <cp:category/>
</cp:coreProperties>
</file>