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7BEAA" w14:textId="77777777" w:rsidR="00B54361" w:rsidRDefault="00833FDF">
      <w:pPr>
        <w:spacing w:after="80"/>
        <w:jc w:val="center"/>
      </w:pPr>
      <w:r>
        <w:rPr>
          <w:b/>
        </w:rPr>
        <w:t>ROMÂNIA</w:t>
      </w:r>
    </w:p>
    <w:p w14:paraId="13EA3676" w14:textId="77777777" w:rsidR="00B54361" w:rsidRDefault="00833FDF">
      <w:pPr>
        <w:spacing w:after="80"/>
        <w:jc w:val="center"/>
      </w:pPr>
      <w:r>
        <w:rPr>
          <w:b/>
        </w:rPr>
        <w:t>JUDEȚUL TULCEA</w:t>
      </w:r>
    </w:p>
    <w:p w14:paraId="1B37FC69" w14:textId="77777777" w:rsidR="00B54361" w:rsidRDefault="00833FDF">
      <w:pPr>
        <w:spacing w:after="80"/>
        <w:jc w:val="center"/>
      </w:pPr>
      <w:r>
        <w:rPr>
          <w:b/>
        </w:rPr>
        <w:t>ORAȘUL ISACCEA</w:t>
      </w:r>
    </w:p>
    <w:p w14:paraId="4DDB186E" w14:textId="77777777" w:rsidR="00B54361" w:rsidRDefault="00833FDF">
      <w:pPr>
        <w:spacing w:after="80"/>
        <w:jc w:val="center"/>
      </w:pPr>
      <w:r>
        <w:rPr>
          <w:b/>
        </w:rPr>
        <w:t>PRIMĂRIA ORAȘULUI ISACCEA</w:t>
      </w:r>
    </w:p>
    <w:p w14:paraId="59E6A427" w14:textId="77777777" w:rsidR="00D972E6" w:rsidRDefault="00D972E6">
      <w:pPr>
        <w:spacing w:after="80"/>
        <w:rPr>
          <w:sz w:val="20"/>
        </w:rPr>
      </w:pPr>
    </w:p>
    <w:p w14:paraId="6F96F618" w14:textId="77777777" w:rsidR="00D972E6" w:rsidRDefault="00D972E6">
      <w:pPr>
        <w:spacing w:after="80"/>
        <w:rPr>
          <w:sz w:val="20"/>
        </w:rPr>
      </w:pPr>
    </w:p>
    <w:p w14:paraId="6E23178C" w14:textId="77777777" w:rsidR="007D39B6" w:rsidRDefault="00833FDF">
      <w:pPr>
        <w:spacing w:after="80"/>
        <w:rPr>
          <w:sz w:val="20"/>
        </w:rPr>
      </w:pPr>
      <w:proofErr w:type="spellStart"/>
      <w:r>
        <w:rPr>
          <w:sz w:val="20"/>
        </w:rPr>
        <w:t>Nr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înregistrare</w:t>
      </w:r>
      <w:proofErr w:type="spellEnd"/>
      <w:r>
        <w:rPr>
          <w:sz w:val="20"/>
        </w:rPr>
        <w:t xml:space="preserve">: ________ </w:t>
      </w:r>
    </w:p>
    <w:p w14:paraId="19EB8AB7" w14:textId="63EE1784" w:rsidR="00B54361" w:rsidRDefault="00833FDF">
      <w:pPr>
        <w:spacing w:after="80"/>
      </w:pPr>
      <w:r>
        <w:rPr>
          <w:sz w:val="20"/>
        </w:rPr>
        <w:t>Data: ____/____/________</w:t>
      </w:r>
    </w:p>
    <w:p w14:paraId="022EB8D2" w14:textId="77777777" w:rsidR="00D972E6" w:rsidRDefault="00D972E6">
      <w:pPr>
        <w:spacing w:after="80"/>
        <w:jc w:val="center"/>
        <w:rPr>
          <w:b/>
          <w:sz w:val="28"/>
        </w:rPr>
      </w:pPr>
    </w:p>
    <w:p w14:paraId="07600DE3" w14:textId="77777777" w:rsidR="00D972E6" w:rsidRDefault="00D972E6">
      <w:pPr>
        <w:spacing w:after="80"/>
        <w:jc w:val="center"/>
        <w:rPr>
          <w:b/>
          <w:sz w:val="28"/>
        </w:rPr>
      </w:pPr>
    </w:p>
    <w:p w14:paraId="7C35439A" w14:textId="557512D3" w:rsidR="00B54361" w:rsidRDefault="00833FDF">
      <w:pPr>
        <w:spacing w:after="80"/>
        <w:jc w:val="center"/>
      </w:pPr>
      <w:r>
        <w:rPr>
          <w:b/>
          <w:sz w:val="28"/>
        </w:rPr>
        <w:t>CERERE</w:t>
      </w:r>
    </w:p>
    <w:p w14:paraId="226F62D5" w14:textId="77777777" w:rsidR="00B54361" w:rsidRDefault="00833FDF">
      <w:pPr>
        <w:spacing w:after="80"/>
        <w:jc w:val="center"/>
      </w:pPr>
      <w:proofErr w:type="spellStart"/>
      <w:r>
        <w:rPr>
          <w:b/>
        </w:rPr>
        <w:t>pentru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emiterea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acordului</w:t>
      </w:r>
      <w:proofErr w:type="spellEnd"/>
      <w:r>
        <w:rPr>
          <w:b/>
        </w:rPr>
        <w:t>/</w:t>
      </w:r>
      <w:proofErr w:type="spellStart"/>
      <w:r>
        <w:rPr>
          <w:b/>
        </w:rPr>
        <w:t>autorizației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administratorului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drumului</w:t>
      </w:r>
      <w:proofErr w:type="spellEnd"/>
      <w:r>
        <w:rPr>
          <w:b/>
        </w:rPr>
        <w:t xml:space="preserve"> public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executarea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lucrărilor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racordare</w:t>
      </w:r>
      <w:proofErr w:type="spellEnd"/>
      <w:r>
        <w:rPr>
          <w:b/>
        </w:rPr>
        <w:t>/</w:t>
      </w:r>
      <w:proofErr w:type="spellStart"/>
      <w:r>
        <w:rPr>
          <w:b/>
        </w:rPr>
        <w:t>branșare</w:t>
      </w:r>
      <w:proofErr w:type="spellEnd"/>
      <w:r>
        <w:rPr>
          <w:b/>
        </w:rPr>
        <w:t xml:space="preserve"> la</w:t>
      </w:r>
      <w:r>
        <w:rPr>
          <w:b/>
        </w:rPr>
        <w:t xml:space="preserve"> </w:t>
      </w:r>
      <w:proofErr w:type="spellStart"/>
      <w:r>
        <w:rPr>
          <w:b/>
        </w:rPr>
        <w:t>rețelele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tehnico-edilitare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existente</w:t>
      </w:r>
      <w:proofErr w:type="spellEnd"/>
    </w:p>
    <w:p w14:paraId="5150DF7B" w14:textId="77777777" w:rsidR="00D972E6" w:rsidRDefault="00D972E6">
      <w:pPr>
        <w:spacing w:before="160" w:after="100"/>
        <w:rPr>
          <w:b/>
          <w:sz w:val="24"/>
        </w:rPr>
      </w:pPr>
    </w:p>
    <w:p w14:paraId="262F50D5" w14:textId="0B0170CB" w:rsidR="00B54361" w:rsidRDefault="00833FDF">
      <w:pPr>
        <w:spacing w:before="160" w:after="100"/>
      </w:pPr>
      <w:r>
        <w:rPr>
          <w:b/>
          <w:sz w:val="24"/>
        </w:rPr>
        <w:t>I. DATELE SOLICITANTULUI</w:t>
      </w:r>
    </w:p>
    <w:p w14:paraId="003CD1DA" w14:textId="455B7621" w:rsidR="00B54361" w:rsidRDefault="00833FDF">
      <w:pPr>
        <w:spacing w:after="80"/>
      </w:pPr>
      <w:proofErr w:type="spellStart"/>
      <w:r>
        <w:t>Subsemnatul</w:t>
      </w:r>
      <w:proofErr w:type="spellEnd"/>
      <w:r>
        <w:t>/</w:t>
      </w:r>
      <w:proofErr w:type="spellStart"/>
      <w:r>
        <w:t>Subsemnata</w:t>
      </w:r>
      <w:proofErr w:type="spellEnd"/>
      <w:r>
        <w:t xml:space="preserve"> ________________________________________________</w:t>
      </w:r>
      <w:r w:rsidR="00D972E6">
        <w:t>_________________</w:t>
      </w:r>
      <w:r>
        <w:t>,</w:t>
      </w:r>
    </w:p>
    <w:p w14:paraId="384B3CD6" w14:textId="77777777" w:rsidR="00B54361" w:rsidRDefault="00833FDF">
      <w:pPr>
        <w:spacing w:after="80"/>
      </w:pPr>
      <w:r>
        <w:t xml:space="preserve">CNP/CUI ________________________________,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calitate</w:t>
      </w:r>
      <w:proofErr w:type="spellEnd"/>
      <w:r>
        <w:t xml:space="preserve"> de:</w:t>
      </w:r>
    </w:p>
    <w:p w14:paraId="3969B0C4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proprietar</w:t>
      </w:r>
      <w:proofErr w:type="spellEnd"/>
    </w:p>
    <w:p w14:paraId="26AF1AF5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beneficiar</w:t>
      </w:r>
      <w:proofErr w:type="spellEnd"/>
      <w:r>
        <w:rPr>
          <w:sz w:val="21"/>
        </w:rPr>
        <w:t xml:space="preserve"> al </w:t>
      </w:r>
      <w:proofErr w:type="spellStart"/>
      <w:r>
        <w:rPr>
          <w:sz w:val="21"/>
        </w:rPr>
        <w:t>investiției</w:t>
      </w:r>
      <w:proofErr w:type="spellEnd"/>
    </w:p>
    <w:p w14:paraId="26A9F4FC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r</w:t>
      </w:r>
      <w:r>
        <w:rPr>
          <w:sz w:val="21"/>
        </w:rPr>
        <w:t>eprezentant</w:t>
      </w:r>
      <w:proofErr w:type="spellEnd"/>
      <w:r>
        <w:rPr>
          <w:sz w:val="21"/>
        </w:rPr>
        <w:t xml:space="preserve"> al </w:t>
      </w:r>
      <w:proofErr w:type="spellStart"/>
      <w:r>
        <w:rPr>
          <w:sz w:val="21"/>
        </w:rPr>
        <w:t>beneficiarului</w:t>
      </w:r>
      <w:proofErr w:type="spellEnd"/>
    </w:p>
    <w:p w14:paraId="61282210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împuternicit</w:t>
      </w:r>
      <w:proofErr w:type="spellEnd"/>
    </w:p>
    <w:p w14:paraId="5BAFBAB2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altă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calitate</w:t>
      </w:r>
      <w:proofErr w:type="spellEnd"/>
      <w:r>
        <w:rPr>
          <w:sz w:val="21"/>
        </w:rPr>
        <w:t>: __________________________________________</w:t>
      </w:r>
    </w:p>
    <w:p w14:paraId="7F9A144E" w14:textId="17761060" w:rsidR="00B54361" w:rsidRDefault="00833FDF">
      <w:pPr>
        <w:spacing w:after="80"/>
      </w:pPr>
      <w:proofErr w:type="spellStart"/>
      <w:r>
        <w:t>Domiciliul</w:t>
      </w:r>
      <w:proofErr w:type="spellEnd"/>
      <w:r>
        <w:t>/</w:t>
      </w:r>
      <w:proofErr w:type="spellStart"/>
      <w:r>
        <w:t>Sediul</w:t>
      </w:r>
      <w:proofErr w:type="spellEnd"/>
      <w:r>
        <w:t xml:space="preserve">: </w:t>
      </w:r>
      <w:proofErr w:type="spellStart"/>
      <w:r>
        <w:t>județul</w:t>
      </w:r>
      <w:proofErr w:type="spellEnd"/>
      <w:r>
        <w:t xml:space="preserve"> ____________________, </w:t>
      </w:r>
      <w:proofErr w:type="spellStart"/>
      <w:r>
        <w:t>localitatea</w:t>
      </w:r>
      <w:proofErr w:type="spellEnd"/>
      <w:r>
        <w:t xml:space="preserve"> ________________________________</w:t>
      </w:r>
      <w:r w:rsidR="00D972E6">
        <w:t>____</w:t>
      </w:r>
      <w:r>
        <w:t>,</w:t>
      </w:r>
    </w:p>
    <w:p w14:paraId="5509E5C7" w14:textId="77777777" w:rsidR="00B54361" w:rsidRDefault="00833FDF">
      <w:pPr>
        <w:spacing w:after="80"/>
      </w:pPr>
      <w:r>
        <w:t xml:space="preserve">str. __________________________________ </w:t>
      </w:r>
      <w:proofErr w:type="spellStart"/>
      <w:r>
        <w:t>nr</w:t>
      </w:r>
      <w:proofErr w:type="spellEnd"/>
      <w:r>
        <w:t>. _____, b</w:t>
      </w:r>
      <w:r>
        <w:t>l. _____, sc. _____, ap. _____.</w:t>
      </w:r>
    </w:p>
    <w:p w14:paraId="77C0DD6E" w14:textId="7DEB0846" w:rsidR="00B54361" w:rsidRDefault="00833FDF">
      <w:pPr>
        <w:spacing w:after="80"/>
      </w:pPr>
      <w:proofErr w:type="spellStart"/>
      <w:r>
        <w:t>Telefon</w:t>
      </w:r>
      <w:proofErr w:type="spellEnd"/>
      <w:r>
        <w:t xml:space="preserve"> ________________________________    E-mail ______________________________________</w:t>
      </w:r>
      <w:r w:rsidR="00D972E6">
        <w:t>__.</w:t>
      </w:r>
    </w:p>
    <w:p w14:paraId="3CFBB282" w14:textId="77777777" w:rsidR="00B54361" w:rsidRDefault="00833FDF">
      <w:pPr>
        <w:spacing w:before="160" w:after="100"/>
      </w:pPr>
      <w:r>
        <w:rPr>
          <w:b/>
          <w:sz w:val="24"/>
        </w:rPr>
        <w:t>II. DATE PRIVIND IMOBILUL</w:t>
      </w:r>
    </w:p>
    <w:p w14:paraId="1EFBEE49" w14:textId="77777777" w:rsidR="00B54361" w:rsidRDefault="00833FDF">
      <w:pPr>
        <w:spacing w:after="80"/>
      </w:pPr>
      <w:proofErr w:type="spellStart"/>
      <w:r>
        <w:t>Imobilul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se </w:t>
      </w:r>
      <w:proofErr w:type="spellStart"/>
      <w:r>
        <w:t>solicită</w:t>
      </w:r>
      <w:proofErr w:type="spellEnd"/>
      <w:r>
        <w:t xml:space="preserve"> </w:t>
      </w:r>
      <w:proofErr w:type="spellStart"/>
      <w:r>
        <w:t>realizarea</w:t>
      </w:r>
      <w:proofErr w:type="spellEnd"/>
      <w:r>
        <w:t xml:space="preserve"> </w:t>
      </w:r>
      <w:proofErr w:type="spellStart"/>
      <w:r>
        <w:t>racordului</w:t>
      </w:r>
      <w:proofErr w:type="spellEnd"/>
      <w:r>
        <w:t>/</w:t>
      </w:r>
      <w:proofErr w:type="spellStart"/>
      <w:r>
        <w:t>branșamentului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situat</w:t>
      </w:r>
      <w:proofErr w:type="spellEnd"/>
      <w:r>
        <w:t xml:space="preserve"> </w:t>
      </w:r>
      <w:proofErr w:type="spellStart"/>
      <w:r>
        <w:t>în</w:t>
      </w:r>
      <w:proofErr w:type="spellEnd"/>
      <w:r>
        <w:t>:</w:t>
      </w:r>
    </w:p>
    <w:p w14:paraId="41F11DD1" w14:textId="77777777" w:rsidR="00B54361" w:rsidRDefault="00833FDF">
      <w:pPr>
        <w:spacing w:after="80"/>
      </w:pPr>
      <w:proofErr w:type="spellStart"/>
      <w:r>
        <w:t>Orașul</w:t>
      </w:r>
      <w:proofErr w:type="spellEnd"/>
      <w:r>
        <w:t xml:space="preserve"> </w:t>
      </w:r>
      <w:proofErr w:type="spellStart"/>
      <w:r>
        <w:t>Isaccea</w:t>
      </w:r>
      <w:proofErr w:type="spellEnd"/>
      <w:r>
        <w:t>, str</w:t>
      </w:r>
      <w:r>
        <w:t xml:space="preserve">. ______________________________________________ </w:t>
      </w:r>
      <w:proofErr w:type="spellStart"/>
      <w:r>
        <w:t>nr</w:t>
      </w:r>
      <w:proofErr w:type="spellEnd"/>
      <w:r>
        <w:t xml:space="preserve">. ______, </w:t>
      </w:r>
      <w:proofErr w:type="spellStart"/>
      <w:r>
        <w:t>județul</w:t>
      </w:r>
      <w:proofErr w:type="spellEnd"/>
      <w:r>
        <w:t xml:space="preserve"> </w:t>
      </w:r>
      <w:proofErr w:type="spellStart"/>
      <w:r>
        <w:t>Tulcea</w:t>
      </w:r>
      <w:proofErr w:type="spellEnd"/>
      <w:r>
        <w:t>.</w:t>
      </w:r>
    </w:p>
    <w:p w14:paraId="5A11B6B6" w14:textId="1AC42C5F" w:rsidR="00B54361" w:rsidRDefault="00833FDF">
      <w:pPr>
        <w:spacing w:after="80"/>
      </w:pPr>
      <w:proofErr w:type="spellStart"/>
      <w:r>
        <w:t>Nr</w:t>
      </w:r>
      <w:proofErr w:type="spellEnd"/>
      <w:r>
        <w:t xml:space="preserve">. cadastral ____________________________    C.F. </w:t>
      </w:r>
      <w:proofErr w:type="spellStart"/>
      <w:r>
        <w:t>nr</w:t>
      </w:r>
      <w:proofErr w:type="spellEnd"/>
      <w:r>
        <w:t>. _______________________________</w:t>
      </w:r>
      <w:r w:rsidR="00D972E6">
        <w:t>_______</w:t>
      </w:r>
      <w:r>
        <w:t>_.</w:t>
      </w:r>
    </w:p>
    <w:p w14:paraId="749B5182" w14:textId="135BA116" w:rsidR="00B54361" w:rsidRDefault="00833FDF">
      <w:pPr>
        <w:spacing w:after="80"/>
      </w:pPr>
      <w:proofErr w:type="spellStart"/>
      <w:r>
        <w:t>Destinația</w:t>
      </w:r>
      <w:proofErr w:type="spellEnd"/>
      <w:r>
        <w:t xml:space="preserve"> </w:t>
      </w:r>
      <w:proofErr w:type="spellStart"/>
      <w:r>
        <w:t>imobilului</w:t>
      </w:r>
      <w:proofErr w:type="spellEnd"/>
      <w:r>
        <w:t>: ________________________________________________</w:t>
      </w:r>
      <w:r w:rsidR="00D972E6">
        <w:t>_____________________</w:t>
      </w:r>
      <w:r>
        <w:t>.</w:t>
      </w:r>
    </w:p>
    <w:p w14:paraId="2A617411" w14:textId="77777777" w:rsidR="00B54361" w:rsidRDefault="00833FDF">
      <w:pPr>
        <w:spacing w:before="160" w:after="100"/>
      </w:pPr>
      <w:r>
        <w:rPr>
          <w:b/>
          <w:sz w:val="24"/>
        </w:rPr>
        <w:t>III. DATE PRIVIND LUCRAREA</w:t>
      </w:r>
    </w:p>
    <w:p w14:paraId="77AE8358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racordare</w:t>
      </w:r>
      <w:proofErr w:type="spellEnd"/>
      <w:r>
        <w:rPr>
          <w:sz w:val="21"/>
        </w:rPr>
        <w:t xml:space="preserve"> la </w:t>
      </w:r>
      <w:proofErr w:type="spellStart"/>
      <w:r>
        <w:rPr>
          <w:sz w:val="21"/>
        </w:rPr>
        <w:t>rețeaua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publică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apă</w:t>
      </w:r>
      <w:proofErr w:type="spellEnd"/>
    </w:p>
    <w:p w14:paraId="7CF1B8A2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racordare</w:t>
      </w:r>
      <w:proofErr w:type="spellEnd"/>
      <w:r>
        <w:rPr>
          <w:sz w:val="21"/>
        </w:rPr>
        <w:t xml:space="preserve"> la </w:t>
      </w:r>
      <w:proofErr w:type="spellStart"/>
      <w:r>
        <w:rPr>
          <w:sz w:val="21"/>
        </w:rPr>
        <w:t>rețeaua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publică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canalizare</w:t>
      </w:r>
      <w:proofErr w:type="spellEnd"/>
    </w:p>
    <w:p w14:paraId="60450DD2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branșare</w:t>
      </w:r>
      <w:proofErr w:type="spellEnd"/>
      <w:r>
        <w:rPr>
          <w:sz w:val="21"/>
        </w:rPr>
        <w:t xml:space="preserve"> la </w:t>
      </w:r>
      <w:proofErr w:type="spellStart"/>
      <w:r>
        <w:rPr>
          <w:sz w:val="21"/>
        </w:rPr>
        <w:t>rețeaua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publică</w:t>
      </w:r>
      <w:proofErr w:type="spellEnd"/>
      <w:r>
        <w:rPr>
          <w:sz w:val="21"/>
        </w:rPr>
        <w:t xml:space="preserve"> de gaze </w:t>
      </w:r>
      <w:proofErr w:type="spellStart"/>
      <w:r>
        <w:rPr>
          <w:sz w:val="21"/>
        </w:rPr>
        <w:t>naturale</w:t>
      </w:r>
      <w:proofErr w:type="spellEnd"/>
    </w:p>
    <w:p w14:paraId="54300B94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racordare</w:t>
      </w:r>
      <w:proofErr w:type="spellEnd"/>
      <w:r>
        <w:rPr>
          <w:sz w:val="21"/>
        </w:rPr>
        <w:t>/</w:t>
      </w:r>
      <w:proofErr w:type="spellStart"/>
      <w:r>
        <w:rPr>
          <w:sz w:val="21"/>
        </w:rPr>
        <w:t>branșare</w:t>
      </w:r>
      <w:proofErr w:type="spellEnd"/>
      <w:r>
        <w:rPr>
          <w:sz w:val="21"/>
        </w:rPr>
        <w:t xml:space="preserve"> la </w:t>
      </w:r>
      <w:proofErr w:type="spellStart"/>
      <w:r>
        <w:rPr>
          <w:sz w:val="21"/>
        </w:rPr>
        <w:t>rețeaua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publică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energie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electrică</w:t>
      </w:r>
      <w:proofErr w:type="spellEnd"/>
    </w:p>
    <w:p w14:paraId="523901E2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racordare</w:t>
      </w:r>
      <w:proofErr w:type="spellEnd"/>
      <w:r>
        <w:rPr>
          <w:sz w:val="21"/>
        </w:rPr>
        <w:t xml:space="preserve"> la </w:t>
      </w:r>
      <w:proofErr w:type="spellStart"/>
      <w:r>
        <w:rPr>
          <w:sz w:val="21"/>
        </w:rPr>
        <w:t>rețeaua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telefonie</w:t>
      </w:r>
      <w:proofErr w:type="spellEnd"/>
    </w:p>
    <w:p w14:paraId="700A2220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racordare</w:t>
      </w:r>
      <w:proofErr w:type="spellEnd"/>
      <w:r>
        <w:rPr>
          <w:sz w:val="21"/>
        </w:rPr>
        <w:t xml:space="preserve"> la </w:t>
      </w:r>
      <w:proofErr w:type="spellStart"/>
      <w:r>
        <w:rPr>
          <w:sz w:val="21"/>
        </w:rPr>
        <w:t>rețeaua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televiziune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prin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cablu</w:t>
      </w:r>
      <w:proofErr w:type="spellEnd"/>
    </w:p>
    <w:p w14:paraId="4FCC1C76" w14:textId="2395FD9D" w:rsidR="00B54361" w:rsidRDefault="00833FDF">
      <w:pPr>
        <w:spacing w:after="40"/>
      </w:pPr>
      <w:r>
        <w:rPr>
          <w:sz w:val="21"/>
        </w:rPr>
        <w:lastRenderedPageBreak/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altă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rețea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tehnico-edilitară</w:t>
      </w:r>
      <w:proofErr w:type="spellEnd"/>
      <w:r>
        <w:rPr>
          <w:sz w:val="21"/>
        </w:rPr>
        <w:t>: __________________________________</w:t>
      </w:r>
      <w:r w:rsidR="00D972E6">
        <w:rPr>
          <w:sz w:val="21"/>
        </w:rPr>
        <w:t>________________________________</w:t>
      </w:r>
    </w:p>
    <w:p w14:paraId="646CB800" w14:textId="5A43E914" w:rsidR="00B54361" w:rsidRDefault="00833FDF">
      <w:pPr>
        <w:spacing w:after="80"/>
      </w:pPr>
      <w:proofErr w:type="spellStart"/>
      <w:r>
        <w:t>Operatorul</w:t>
      </w:r>
      <w:proofErr w:type="spellEnd"/>
      <w:r>
        <w:t xml:space="preserve"> </w:t>
      </w:r>
      <w:proofErr w:type="spellStart"/>
      <w:r>
        <w:t>rețelei</w:t>
      </w:r>
      <w:proofErr w:type="spellEnd"/>
      <w:r>
        <w:t xml:space="preserve"> </w:t>
      </w:r>
      <w:proofErr w:type="spellStart"/>
      <w:r>
        <w:t>tehnico-edilitare</w:t>
      </w:r>
      <w:proofErr w:type="spellEnd"/>
      <w:r>
        <w:t>: _________________________________________________</w:t>
      </w:r>
      <w:r w:rsidR="00D972E6">
        <w:t>________</w:t>
      </w:r>
    </w:p>
    <w:p w14:paraId="39DBCFBC" w14:textId="77777777" w:rsidR="00B54361" w:rsidRDefault="00833FDF">
      <w:pPr>
        <w:spacing w:after="80"/>
      </w:pPr>
      <w:proofErr w:type="spellStart"/>
      <w:r>
        <w:t>Tipul</w:t>
      </w:r>
      <w:proofErr w:type="spellEnd"/>
      <w:r>
        <w:t xml:space="preserve"> </w:t>
      </w:r>
      <w:proofErr w:type="spellStart"/>
      <w:r>
        <w:t>lucrării</w:t>
      </w:r>
      <w:proofErr w:type="spellEnd"/>
      <w:r>
        <w:t xml:space="preserve">: ☐ </w:t>
      </w:r>
      <w:proofErr w:type="spellStart"/>
      <w:r>
        <w:t>branșament</w:t>
      </w:r>
      <w:proofErr w:type="spellEnd"/>
      <w:r>
        <w:t xml:space="preserve"> individual   ☐ </w:t>
      </w:r>
      <w:proofErr w:type="spellStart"/>
      <w:r>
        <w:t>racord</w:t>
      </w:r>
      <w:proofErr w:type="spellEnd"/>
      <w:r>
        <w:t xml:space="preserve"> individual   ☐ </w:t>
      </w:r>
      <w:proofErr w:type="spellStart"/>
      <w:r>
        <w:t>extindere</w:t>
      </w:r>
      <w:proofErr w:type="spellEnd"/>
      <w:r>
        <w:t xml:space="preserve"> </w:t>
      </w:r>
      <w:proofErr w:type="spellStart"/>
      <w:r>
        <w:t>rețea</w:t>
      </w:r>
      <w:proofErr w:type="spellEnd"/>
      <w:r>
        <w:t xml:space="preserve">   ☐ alt tip: __________________</w:t>
      </w:r>
    </w:p>
    <w:p w14:paraId="266200D3" w14:textId="77777777" w:rsidR="00D972E6" w:rsidRDefault="00833FDF">
      <w:pPr>
        <w:spacing w:after="80"/>
      </w:pPr>
      <w:proofErr w:type="spellStart"/>
      <w:r>
        <w:t>Lungimea</w:t>
      </w:r>
      <w:proofErr w:type="spellEnd"/>
      <w:r>
        <w:t xml:space="preserve"> </w:t>
      </w:r>
      <w:proofErr w:type="spellStart"/>
      <w:r>
        <w:t>estimată</w:t>
      </w:r>
      <w:proofErr w:type="spellEnd"/>
      <w:r>
        <w:t xml:space="preserve"> a </w:t>
      </w:r>
      <w:proofErr w:type="spellStart"/>
      <w:r>
        <w:t>traseului</w:t>
      </w:r>
      <w:proofErr w:type="spellEnd"/>
      <w:r>
        <w:t xml:space="preserve">: __________ m.  </w:t>
      </w:r>
    </w:p>
    <w:p w14:paraId="40BD432D" w14:textId="0C748037" w:rsidR="00B54361" w:rsidRDefault="00833FDF">
      <w:pPr>
        <w:spacing w:after="80"/>
      </w:pPr>
      <w:proofErr w:type="spellStart"/>
      <w:r>
        <w:t>Suprafața</w:t>
      </w:r>
      <w:proofErr w:type="spellEnd"/>
      <w:r>
        <w:t xml:space="preserve"> </w:t>
      </w:r>
      <w:proofErr w:type="spellStart"/>
      <w:r>
        <w:t>estimată</w:t>
      </w:r>
      <w:proofErr w:type="spellEnd"/>
      <w:r>
        <w:t xml:space="preserve"> de </w:t>
      </w:r>
      <w:proofErr w:type="spellStart"/>
      <w:r>
        <w:t>domeniu</w:t>
      </w:r>
      <w:proofErr w:type="spellEnd"/>
      <w:r>
        <w:t xml:space="preserve"> public </w:t>
      </w:r>
      <w:proofErr w:type="spellStart"/>
      <w:r>
        <w:t>afectată</w:t>
      </w:r>
      <w:proofErr w:type="spellEnd"/>
      <w:r>
        <w:t xml:space="preserve">: __________ </w:t>
      </w:r>
      <w:proofErr w:type="spellStart"/>
      <w:r>
        <w:t>mp</w:t>
      </w:r>
      <w:proofErr w:type="spellEnd"/>
      <w:r>
        <w:t>.</w:t>
      </w:r>
    </w:p>
    <w:p w14:paraId="37C6F40F" w14:textId="77777777" w:rsidR="00B54361" w:rsidRDefault="00833FDF">
      <w:pPr>
        <w:spacing w:after="80"/>
      </w:pPr>
      <w:proofErr w:type="spellStart"/>
      <w:r>
        <w:t>Tipul</w:t>
      </w:r>
      <w:proofErr w:type="spellEnd"/>
      <w:r>
        <w:t xml:space="preserve"> </w:t>
      </w:r>
      <w:proofErr w:type="spellStart"/>
      <w:r>
        <w:t>îmbrăcăminții</w:t>
      </w:r>
      <w:proofErr w:type="spellEnd"/>
      <w:r>
        <w:t>/</w:t>
      </w:r>
      <w:proofErr w:type="spellStart"/>
      <w:r>
        <w:t>structurii</w:t>
      </w:r>
      <w:proofErr w:type="spellEnd"/>
      <w:r>
        <w:t xml:space="preserve"> </w:t>
      </w:r>
      <w:proofErr w:type="spellStart"/>
      <w:r>
        <w:t>afectate</w:t>
      </w:r>
      <w:proofErr w:type="spellEnd"/>
      <w:r>
        <w:t>:</w:t>
      </w:r>
    </w:p>
    <w:p w14:paraId="668DADB3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asfalt</w:t>
      </w:r>
      <w:proofErr w:type="spellEnd"/>
    </w:p>
    <w:p w14:paraId="644DAC74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beton</w:t>
      </w:r>
      <w:proofErr w:type="spellEnd"/>
    </w:p>
    <w:p w14:paraId="12DDC4B8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pavele</w:t>
      </w:r>
      <w:proofErr w:type="spellEnd"/>
    </w:p>
    <w:p w14:paraId="60D093DE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trotuar</w:t>
      </w:r>
      <w:proofErr w:type="spellEnd"/>
    </w:p>
    <w:p w14:paraId="3CC5A15C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spațiu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verde</w:t>
      </w:r>
      <w:proofErr w:type="spellEnd"/>
    </w:p>
    <w:p w14:paraId="04CC2DFA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teren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neamenajat</w:t>
      </w:r>
      <w:proofErr w:type="spellEnd"/>
    </w:p>
    <w:p w14:paraId="280C8459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altul</w:t>
      </w:r>
      <w:proofErr w:type="spellEnd"/>
      <w:r>
        <w:rPr>
          <w:sz w:val="21"/>
        </w:rPr>
        <w:t>: __________________________</w:t>
      </w:r>
    </w:p>
    <w:p w14:paraId="033E0A7A" w14:textId="77777777" w:rsidR="00B54361" w:rsidRDefault="00833FDF">
      <w:pPr>
        <w:spacing w:before="160" w:after="100"/>
      </w:pPr>
      <w:r>
        <w:rPr>
          <w:b/>
          <w:sz w:val="24"/>
        </w:rPr>
        <w:t>IV. AMPLASAMENTUL ȘI TRASEUL</w:t>
      </w:r>
    </w:p>
    <w:p w14:paraId="7E248A03" w14:textId="77777777" w:rsidR="00B54361" w:rsidRDefault="00833FDF">
      <w:pPr>
        <w:spacing w:after="80"/>
      </w:pPr>
      <w:proofErr w:type="spellStart"/>
      <w:r>
        <w:t>Lucrările</w:t>
      </w:r>
      <w:proofErr w:type="spellEnd"/>
      <w:r>
        <w:t xml:space="preserve"> </w:t>
      </w:r>
      <w:proofErr w:type="spellStart"/>
      <w:r>
        <w:t>urmează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executate</w:t>
      </w:r>
      <w:proofErr w:type="spellEnd"/>
      <w:r>
        <w:t>:</w:t>
      </w:r>
    </w:p>
    <w:p w14:paraId="5ACF8EED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în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carosabil</w:t>
      </w:r>
      <w:proofErr w:type="spellEnd"/>
    </w:p>
    <w:p w14:paraId="67AAF1FD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în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trotuar</w:t>
      </w:r>
      <w:proofErr w:type="spellEnd"/>
    </w:p>
    <w:p w14:paraId="24125339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în</w:t>
      </w:r>
      <w:proofErr w:type="spellEnd"/>
      <w:r>
        <w:rPr>
          <w:sz w:val="21"/>
        </w:rPr>
        <w:t xml:space="preserve"> zona de </w:t>
      </w:r>
      <w:proofErr w:type="spellStart"/>
      <w:r>
        <w:rPr>
          <w:sz w:val="21"/>
        </w:rPr>
        <w:t>acostamen</w:t>
      </w:r>
      <w:r>
        <w:rPr>
          <w:sz w:val="21"/>
        </w:rPr>
        <w:t>t</w:t>
      </w:r>
      <w:proofErr w:type="spellEnd"/>
    </w:p>
    <w:p w14:paraId="6E0F8327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în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spațiul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verde</w:t>
      </w:r>
      <w:proofErr w:type="spellEnd"/>
    </w:p>
    <w:p w14:paraId="64275A04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în</w:t>
      </w:r>
      <w:proofErr w:type="spellEnd"/>
      <w:r>
        <w:rPr>
          <w:sz w:val="21"/>
        </w:rPr>
        <w:t xml:space="preserve"> zona </w:t>
      </w:r>
      <w:proofErr w:type="spellStart"/>
      <w:r>
        <w:rPr>
          <w:sz w:val="21"/>
        </w:rPr>
        <w:t>drumului</w:t>
      </w:r>
      <w:proofErr w:type="spellEnd"/>
      <w:r>
        <w:rPr>
          <w:sz w:val="21"/>
        </w:rPr>
        <w:t xml:space="preserve"> public</w:t>
      </w:r>
    </w:p>
    <w:p w14:paraId="54B52631" w14:textId="07008F64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în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altă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zonă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aparținând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domeniului</w:t>
      </w:r>
      <w:proofErr w:type="spellEnd"/>
      <w:r>
        <w:rPr>
          <w:sz w:val="21"/>
        </w:rPr>
        <w:t xml:space="preserve"> public: __________________________</w:t>
      </w:r>
      <w:r w:rsidR="007D39B6">
        <w:rPr>
          <w:sz w:val="21"/>
        </w:rPr>
        <w:t>_____________________________</w:t>
      </w:r>
    </w:p>
    <w:p w14:paraId="4486FE5E" w14:textId="77777777" w:rsidR="00B54361" w:rsidRDefault="00833FDF">
      <w:pPr>
        <w:spacing w:after="80"/>
      </w:pPr>
      <w:proofErr w:type="spellStart"/>
      <w:r>
        <w:t>Traseul</w:t>
      </w:r>
      <w:proofErr w:type="spellEnd"/>
      <w:r>
        <w:t xml:space="preserve"> </w:t>
      </w:r>
      <w:proofErr w:type="spellStart"/>
      <w:r>
        <w:t>propus</w:t>
      </w:r>
      <w:proofErr w:type="spellEnd"/>
      <w:r>
        <w:t xml:space="preserve"> al </w:t>
      </w:r>
      <w:proofErr w:type="spellStart"/>
      <w:r>
        <w:t>racordului</w:t>
      </w:r>
      <w:proofErr w:type="spellEnd"/>
      <w:r>
        <w:t>/</w:t>
      </w:r>
      <w:proofErr w:type="spellStart"/>
      <w:r>
        <w:t>branșamentului</w:t>
      </w:r>
      <w:proofErr w:type="spellEnd"/>
      <w:r>
        <w:t>:</w:t>
      </w:r>
    </w:p>
    <w:p w14:paraId="09D92A74" w14:textId="7F847E90" w:rsidR="00B54361" w:rsidRDefault="00833FDF">
      <w:pPr>
        <w:spacing w:after="80"/>
      </w:pPr>
      <w:r>
        <w:t>_____________________________________________________________________</w:t>
      </w:r>
      <w:r w:rsidR="007D39B6">
        <w:t>_________________</w:t>
      </w:r>
      <w:r>
        <w:t>_</w:t>
      </w:r>
    </w:p>
    <w:p w14:paraId="6B3E507F" w14:textId="488E861A" w:rsidR="00B54361" w:rsidRDefault="00833FDF">
      <w:pPr>
        <w:spacing w:after="80"/>
      </w:pPr>
      <w:r>
        <w:t>______________________________________________________________________</w:t>
      </w:r>
      <w:r w:rsidR="007D39B6">
        <w:t>_________________</w:t>
      </w:r>
    </w:p>
    <w:p w14:paraId="50A3065B" w14:textId="77777777" w:rsidR="00B54361" w:rsidRDefault="00833FDF">
      <w:pPr>
        <w:spacing w:before="160" w:after="100"/>
      </w:pPr>
      <w:r>
        <w:rPr>
          <w:b/>
          <w:sz w:val="24"/>
        </w:rPr>
        <w:t>V. EXECUTANTUL LUCRĂRILOR</w:t>
      </w:r>
    </w:p>
    <w:p w14:paraId="1937B265" w14:textId="290B2BEB" w:rsidR="00B54361" w:rsidRDefault="00833FDF">
      <w:pPr>
        <w:spacing w:after="80"/>
      </w:pPr>
      <w:proofErr w:type="spellStart"/>
      <w:r>
        <w:t>Denumire</w:t>
      </w:r>
      <w:proofErr w:type="spellEnd"/>
      <w:r>
        <w:t>: ____________________________________________</w:t>
      </w:r>
      <w:r>
        <w:t>________________</w:t>
      </w:r>
      <w:r w:rsidR="007D39B6">
        <w:t>_________________</w:t>
      </w:r>
      <w:r>
        <w:t>_</w:t>
      </w:r>
    </w:p>
    <w:p w14:paraId="08C37E4C" w14:textId="01A7B4C3" w:rsidR="00B54361" w:rsidRDefault="00833FDF">
      <w:pPr>
        <w:spacing w:after="80"/>
      </w:pPr>
      <w:r>
        <w:t xml:space="preserve">CUI: ______________________________    </w:t>
      </w:r>
      <w:proofErr w:type="spellStart"/>
      <w:r>
        <w:t>Sediul</w:t>
      </w:r>
      <w:proofErr w:type="spellEnd"/>
      <w:r>
        <w:t>: _______________________</w:t>
      </w:r>
      <w:r w:rsidR="007D39B6">
        <w:t>___________________</w:t>
      </w:r>
      <w:r>
        <w:t>___</w:t>
      </w:r>
    </w:p>
    <w:p w14:paraId="4ED0E687" w14:textId="7CC0337D" w:rsidR="00B54361" w:rsidRDefault="00833FDF">
      <w:pPr>
        <w:spacing w:after="80"/>
      </w:pPr>
      <w:proofErr w:type="spellStart"/>
      <w:r>
        <w:t>Reprezentant</w:t>
      </w:r>
      <w:proofErr w:type="spellEnd"/>
      <w:r>
        <w:t xml:space="preserve">: __________________________________    </w:t>
      </w:r>
      <w:proofErr w:type="spellStart"/>
      <w:r>
        <w:t>Telefon</w:t>
      </w:r>
      <w:proofErr w:type="spellEnd"/>
      <w:r>
        <w:t>: ____________________</w:t>
      </w:r>
      <w:r w:rsidR="007D39B6">
        <w:t>______</w:t>
      </w:r>
      <w:r>
        <w:t>_______</w:t>
      </w:r>
    </w:p>
    <w:p w14:paraId="3F28965F" w14:textId="77777777" w:rsidR="00B54361" w:rsidRDefault="00833FDF">
      <w:pPr>
        <w:spacing w:before="160" w:after="100"/>
      </w:pPr>
      <w:r>
        <w:rPr>
          <w:b/>
          <w:sz w:val="24"/>
        </w:rPr>
        <w:t>VI. DOCUMENTAȚIA TEHNICĂ</w:t>
      </w:r>
    </w:p>
    <w:p w14:paraId="131D7F60" w14:textId="7AA1B29C" w:rsidR="00B54361" w:rsidRDefault="00833FDF">
      <w:pPr>
        <w:spacing w:after="80"/>
      </w:pPr>
      <w:proofErr w:type="spellStart"/>
      <w:r>
        <w:t>Proiecta</w:t>
      </w:r>
      <w:r>
        <w:t>nt</w:t>
      </w:r>
      <w:proofErr w:type="spellEnd"/>
      <w:r>
        <w:t>: _____________________________________________________</w:t>
      </w:r>
      <w:r w:rsidR="007D39B6">
        <w:t>____________________</w:t>
      </w:r>
      <w:r>
        <w:t>______</w:t>
      </w:r>
    </w:p>
    <w:p w14:paraId="6DAC3693" w14:textId="77777777" w:rsidR="00B54361" w:rsidRDefault="00833FDF">
      <w:pPr>
        <w:spacing w:after="80"/>
      </w:pPr>
      <w:proofErr w:type="spellStart"/>
      <w:r>
        <w:t>Nr</w:t>
      </w:r>
      <w:proofErr w:type="spellEnd"/>
      <w:r>
        <w:t xml:space="preserve">. </w:t>
      </w:r>
      <w:proofErr w:type="spellStart"/>
      <w:r>
        <w:t>proiect</w:t>
      </w:r>
      <w:proofErr w:type="spellEnd"/>
      <w:r>
        <w:t>/</w:t>
      </w:r>
      <w:proofErr w:type="spellStart"/>
      <w:r>
        <w:t>documentație</w:t>
      </w:r>
      <w:proofErr w:type="spellEnd"/>
      <w:r>
        <w:t>: ______________________ din ____/____/________.</w:t>
      </w:r>
    </w:p>
    <w:p w14:paraId="02B6A828" w14:textId="77777777" w:rsidR="00B54361" w:rsidRDefault="00833FDF">
      <w:pPr>
        <w:spacing w:before="160" w:after="100"/>
      </w:pPr>
      <w:r>
        <w:rPr>
          <w:b/>
          <w:sz w:val="24"/>
        </w:rPr>
        <w:t>VII. DOCUMENTE ANEXATE</w:t>
      </w:r>
    </w:p>
    <w:p w14:paraId="345DB8A9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Copie</w:t>
      </w:r>
      <w:proofErr w:type="spellEnd"/>
      <w:r>
        <w:rPr>
          <w:sz w:val="21"/>
        </w:rPr>
        <w:t xml:space="preserve"> act de </w:t>
      </w:r>
      <w:proofErr w:type="spellStart"/>
      <w:r>
        <w:rPr>
          <w:sz w:val="21"/>
        </w:rPr>
        <w:t>identitate</w:t>
      </w:r>
      <w:proofErr w:type="spellEnd"/>
      <w:r>
        <w:rPr>
          <w:sz w:val="21"/>
        </w:rPr>
        <w:t xml:space="preserve"> / </w:t>
      </w:r>
      <w:proofErr w:type="spellStart"/>
      <w:r>
        <w:rPr>
          <w:sz w:val="21"/>
        </w:rPr>
        <w:t>certificat</w:t>
      </w:r>
      <w:proofErr w:type="spellEnd"/>
      <w:r>
        <w:rPr>
          <w:sz w:val="21"/>
        </w:rPr>
        <w:t xml:space="preserve"> de </w:t>
      </w:r>
      <w:proofErr w:type="spellStart"/>
      <w:r>
        <w:rPr>
          <w:sz w:val="21"/>
        </w:rPr>
        <w:t>înregistrare</w:t>
      </w:r>
      <w:proofErr w:type="spellEnd"/>
      <w:r>
        <w:rPr>
          <w:sz w:val="21"/>
        </w:rPr>
        <w:t xml:space="preserve"> al </w:t>
      </w:r>
      <w:proofErr w:type="spellStart"/>
      <w:r>
        <w:rPr>
          <w:sz w:val="21"/>
        </w:rPr>
        <w:t>solicitantului</w:t>
      </w:r>
      <w:proofErr w:type="spellEnd"/>
    </w:p>
    <w:p w14:paraId="0A81F2BB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D</w:t>
      </w:r>
      <w:r>
        <w:rPr>
          <w:sz w:val="21"/>
        </w:rPr>
        <w:t xml:space="preserve">ocument care </w:t>
      </w:r>
      <w:proofErr w:type="spellStart"/>
      <w:r>
        <w:rPr>
          <w:sz w:val="21"/>
        </w:rPr>
        <w:t>atestă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dreptul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asupra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imobilului</w:t>
      </w:r>
      <w:proofErr w:type="spellEnd"/>
    </w:p>
    <w:p w14:paraId="4F11D01F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Avizul</w:t>
      </w:r>
      <w:proofErr w:type="spellEnd"/>
      <w:r>
        <w:rPr>
          <w:sz w:val="21"/>
        </w:rPr>
        <w:t>/</w:t>
      </w:r>
      <w:proofErr w:type="spellStart"/>
      <w:r>
        <w:rPr>
          <w:sz w:val="21"/>
        </w:rPr>
        <w:t>acordul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operatorului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rețelei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tehnico-edilitare</w:t>
      </w:r>
      <w:proofErr w:type="spellEnd"/>
    </w:p>
    <w:p w14:paraId="796A1AC9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Plan de </w:t>
      </w:r>
      <w:proofErr w:type="spellStart"/>
      <w:r>
        <w:rPr>
          <w:sz w:val="21"/>
        </w:rPr>
        <w:t>încadrare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în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zonă</w:t>
      </w:r>
      <w:proofErr w:type="spellEnd"/>
    </w:p>
    <w:p w14:paraId="769295F0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Plan de </w:t>
      </w:r>
      <w:proofErr w:type="spellStart"/>
      <w:r>
        <w:rPr>
          <w:sz w:val="21"/>
        </w:rPr>
        <w:t>situație</w:t>
      </w:r>
      <w:proofErr w:type="spellEnd"/>
      <w:r>
        <w:rPr>
          <w:sz w:val="21"/>
        </w:rPr>
        <w:t xml:space="preserve"> cu </w:t>
      </w:r>
      <w:proofErr w:type="spellStart"/>
      <w:r>
        <w:rPr>
          <w:sz w:val="21"/>
        </w:rPr>
        <w:t>indicarea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traseului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racordului</w:t>
      </w:r>
      <w:proofErr w:type="spellEnd"/>
      <w:r>
        <w:rPr>
          <w:sz w:val="21"/>
        </w:rPr>
        <w:t>/</w:t>
      </w:r>
      <w:proofErr w:type="spellStart"/>
      <w:r>
        <w:rPr>
          <w:sz w:val="21"/>
        </w:rPr>
        <w:t>branșamentului</w:t>
      </w:r>
      <w:proofErr w:type="spellEnd"/>
    </w:p>
    <w:p w14:paraId="708F2161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Documentația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tehnică</w:t>
      </w:r>
      <w:proofErr w:type="spellEnd"/>
      <w:r>
        <w:rPr>
          <w:sz w:val="21"/>
        </w:rPr>
        <w:t>/</w:t>
      </w:r>
      <w:proofErr w:type="spellStart"/>
      <w:r>
        <w:rPr>
          <w:sz w:val="21"/>
        </w:rPr>
        <w:t>proiectul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lucrării</w:t>
      </w:r>
      <w:proofErr w:type="spellEnd"/>
    </w:p>
    <w:p w14:paraId="3E00768E" w14:textId="77777777" w:rsidR="00B54361" w:rsidRDefault="00833FDF">
      <w:pPr>
        <w:spacing w:after="40"/>
        <w:rPr>
          <w:sz w:val="21"/>
        </w:rPr>
      </w:pPr>
      <w:r>
        <w:rPr>
          <w:sz w:val="21"/>
        </w:rPr>
        <w:lastRenderedPageBreak/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Împuternicire</w:t>
      </w:r>
      <w:proofErr w:type="spellEnd"/>
      <w:r>
        <w:rPr>
          <w:sz w:val="21"/>
        </w:rPr>
        <w:t>,</w:t>
      </w:r>
      <w:r>
        <w:rPr>
          <w:sz w:val="21"/>
        </w:rPr>
        <w:t xml:space="preserve"> </w:t>
      </w:r>
      <w:proofErr w:type="spellStart"/>
      <w:r>
        <w:rPr>
          <w:sz w:val="21"/>
        </w:rPr>
        <w:t>după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caz</w:t>
      </w:r>
      <w:proofErr w:type="spellEnd"/>
    </w:p>
    <w:p w14:paraId="58E0B6F3" w14:textId="0BFE61C6" w:rsidR="007D39B6" w:rsidRDefault="007D39B6" w:rsidP="007D39B6">
      <w:pPr>
        <w:spacing w:after="40"/>
        <w:rPr>
          <w:rFonts w:cs="Times New Roman"/>
          <w:sz w:val="20"/>
          <w:szCs w:val="20"/>
        </w:rPr>
      </w:pPr>
      <w:r w:rsidRPr="007D39B6">
        <w:rPr>
          <w:rFonts w:cs="Times New Roman"/>
          <w:sz w:val="36"/>
          <w:szCs w:val="36"/>
        </w:rPr>
        <w:t>□</w:t>
      </w:r>
      <w:r>
        <w:rPr>
          <w:rFonts w:cs="Times New Roman"/>
          <w:sz w:val="36"/>
          <w:szCs w:val="36"/>
        </w:rPr>
        <w:t xml:space="preserve"> </w:t>
      </w:r>
      <w:proofErr w:type="spellStart"/>
      <w:r w:rsidRPr="007D39B6">
        <w:rPr>
          <w:rFonts w:cs="Times New Roman"/>
          <w:sz w:val="20"/>
          <w:szCs w:val="20"/>
        </w:rPr>
        <w:t>Dovada</w:t>
      </w:r>
      <w:proofErr w:type="spellEnd"/>
      <w:r w:rsidRPr="007D39B6">
        <w:rPr>
          <w:rFonts w:cs="Times New Roman"/>
          <w:sz w:val="20"/>
          <w:szCs w:val="20"/>
        </w:rPr>
        <w:t xml:space="preserve"> </w:t>
      </w:r>
      <w:proofErr w:type="spellStart"/>
      <w:r w:rsidRPr="007D39B6">
        <w:rPr>
          <w:rFonts w:cs="Times New Roman"/>
          <w:sz w:val="20"/>
          <w:szCs w:val="20"/>
        </w:rPr>
        <w:t>achitării</w:t>
      </w:r>
      <w:proofErr w:type="spellEnd"/>
      <w:r>
        <w:rPr>
          <w:rFonts w:cs="Times New Roman"/>
          <w:sz w:val="36"/>
          <w:szCs w:val="36"/>
        </w:rPr>
        <w:t xml:space="preserve"> </w:t>
      </w:r>
      <w:proofErr w:type="spellStart"/>
      <w:r w:rsidRPr="007D39B6">
        <w:rPr>
          <w:rFonts w:cs="Times New Roman"/>
          <w:sz w:val="20"/>
          <w:szCs w:val="20"/>
        </w:rPr>
        <w:t>taxei</w:t>
      </w:r>
      <w:proofErr w:type="spellEnd"/>
      <w:r w:rsidRPr="007D39B6">
        <w:rPr>
          <w:rFonts w:cs="Times New Roman"/>
          <w:sz w:val="20"/>
          <w:szCs w:val="20"/>
        </w:rPr>
        <w:t xml:space="preserve"> de </w:t>
      </w:r>
      <w:proofErr w:type="spellStart"/>
      <w:r w:rsidRPr="007D39B6">
        <w:rPr>
          <w:rFonts w:cs="Times New Roman"/>
          <w:sz w:val="20"/>
          <w:szCs w:val="20"/>
        </w:rPr>
        <w:t>săpătură</w:t>
      </w:r>
      <w:proofErr w:type="spellEnd"/>
      <w:r>
        <w:rPr>
          <w:rFonts w:cs="Times New Roman"/>
          <w:sz w:val="20"/>
          <w:szCs w:val="20"/>
        </w:rPr>
        <w:t>-</w:t>
      </w:r>
      <w:r>
        <w:rPr>
          <w:rFonts w:cs="Times New Roman"/>
          <w:sz w:val="36"/>
          <w:szCs w:val="36"/>
        </w:rPr>
        <w:t xml:space="preserve"> </w:t>
      </w:r>
      <w:r w:rsidRPr="007D39B6">
        <w:rPr>
          <w:rFonts w:cs="Times New Roman"/>
          <w:sz w:val="20"/>
          <w:szCs w:val="20"/>
        </w:rPr>
        <w:t xml:space="preserve">conf. </w:t>
      </w:r>
      <w:proofErr w:type="spellStart"/>
      <w:r>
        <w:rPr>
          <w:rFonts w:cs="Times New Roman"/>
          <w:sz w:val="20"/>
          <w:szCs w:val="20"/>
        </w:rPr>
        <w:t>Anexei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nr</w:t>
      </w:r>
      <w:proofErr w:type="spellEnd"/>
      <w:r>
        <w:rPr>
          <w:rFonts w:cs="Times New Roman"/>
          <w:sz w:val="20"/>
          <w:szCs w:val="20"/>
        </w:rPr>
        <w:t xml:space="preserve">. 11 la </w:t>
      </w:r>
      <w:r w:rsidRPr="007D39B6">
        <w:rPr>
          <w:rFonts w:cs="Times New Roman"/>
          <w:sz w:val="20"/>
          <w:szCs w:val="20"/>
        </w:rPr>
        <w:t>H</w:t>
      </w:r>
      <w:r>
        <w:rPr>
          <w:rFonts w:cs="Times New Roman"/>
          <w:sz w:val="20"/>
          <w:szCs w:val="20"/>
        </w:rPr>
        <w:t>.</w:t>
      </w:r>
      <w:r w:rsidRPr="007D39B6">
        <w:rPr>
          <w:rFonts w:cs="Times New Roman"/>
          <w:sz w:val="20"/>
          <w:szCs w:val="20"/>
        </w:rPr>
        <w:t>C</w:t>
      </w:r>
      <w:r>
        <w:rPr>
          <w:rFonts w:cs="Times New Roman"/>
          <w:sz w:val="20"/>
          <w:szCs w:val="20"/>
        </w:rPr>
        <w:t>.</w:t>
      </w:r>
      <w:r w:rsidRPr="007D39B6">
        <w:rPr>
          <w:rFonts w:cs="Times New Roman"/>
          <w:sz w:val="20"/>
          <w:szCs w:val="20"/>
        </w:rPr>
        <w:t>L</w:t>
      </w:r>
      <w:r>
        <w:rPr>
          <w:rFonts w:cs="Times New Roman"/>
          <w:sz w:val="20"/>
          <w:szCs w:val="20"/>
        </w:rPr>
        <w:t>.</w:t>
      </w:r>
      <w:r w:rsidRPr="007D39B6">
        <w:rPr>
          <w:rFonts w:cs="Times New Roman"/>
          <w:sz w:val="20"/>
          <w:szCs w:val="20"/>
        </w:rPr>
        <w:t xml:space="preserve"> 35/2025</w:t>
      </w:r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privind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taxele</w:t>
      </w:r>
      <w:proofErr w:type="spellEnd"/>
      <w:r>
        <w:rPr>
          <w:rFonts w:cs="Times New Roman"/>
          <w:sz w:val="20"/>
          <w:szCs w:val="20"/>
        </w:rPr>
        <w:t xml:space="preserve"> locale (37 lei/ml) </w:t>
      </w:r>
    </w:p>
    <w:p w14:paraId="496AF610" w14:textId="38F9997C" w:rsidR="007D39B6" w:rsidRDefault="007D39B6" w:rsidP="007D39B6">
      <w:pPr>
        <w:spacing w:after="40"/>
        <w:rPr>
          <w:rFonts w:cs="Times New Roman"/>
          <w:sz w:val="20"/>
          <w:szCs w:val="20"/>
        </w:rPr>
      </w:pPr>
      <w:r w:rsidRPr="007D39B6">
        <w:rPr>
          <w:rFonts w:cs="Times New Roman"/>
          <w:sz w:val="36"/>
          <w:szCs w:val="36"/>
        </w:rPr>
        <w:t>□</w:t>
      </w:r>
      <w:r>
        <w:rPr>
          <w:rFonts w:cs="Times New Roman"/>
          <w:sz w:val="36"/>
          <w:szCs w:val="36"/>
        </w:rPr>
        <w:t xml:space="preserve"> </w:t>
      </w:r>
      <w:proofErr w:type="spellStart"/>
      <w:r w:rsidRPr="007D39B6">
        <w:rPr>
          <w:rFonts w:cs="Times New Roman"/>
          <w:sz w:val="20"/>
          <w:szCs w:val="20"/>
        </w:rPr>
        <w:t>Dovada</w:t>
      </w:r>
      <w:proofErr w:type="spellEnd"/>
      <w:r w:rsidRPr="007D39B6">
        <w:rPr>
          <w:rFonts w:cs="Times New Roman"/>
          <w:sz w:val="20"/>
          <w:szCs w:val="20"/>
        </w:rPr>
        <w:t xml:space="preserve"> </w:t>
      </w:r>
      <w:proofErr w:type="spellStart"/>
      <w:r w:rsidRPr="007D39B6">
        <w:rPr>
          <w:rFonts w:cs="Times New Roman"/>
          <w:sz w:val="20"/>
          <w:szCs w:val="20"/>
        </w:rPr>
        <w:t>achitării</w:t>
      </w:r>
      <w:proofErr w:type="spellEnd"/>
      <w:r>
        <w:rPr>
          <w:rFonts w:cs="Times New Roman"/>
          <w:sz w:val="36"/>
          <w:szCs w:val="36"/>
        </w:rPr>
        <w:t xml:space="preserve"> </w:t>
      </w:r>
      <w:proofErr w:type="spellStart"/>
      <w:r w:rsidRPr="007D39B6">
        <w:rPr>
          <w:rFonts w:cs="Times New Roman"/>
          <w:sz w:val="20"/>
          <w:szCs w:val="20"/>
        </w:rPr>
        <w:t>taxei</w:t>
      </w:r>
      <w:proofErr w:type="spellEnd"/>
      <w:r w:rsidRPr="007D39B6">
        <w:rPr>
          <w:rFonts w:cs="Times New Roman"/>
          <w:sz w:val="20"/>
          <w:szCs w:val="20"/>
        </w:rPr>
        <w:t xml:space="preserve"> de </w:t>
      </w:r>
      <w:proofErr w:type="spellStart"/>
      <w:r>
        <w:rPr>
          <w:rFonts w:cs="Times New Roman"/>
          <w:sz w:val="20"/>
          <w:szCs w:val="20"/>
        </w:rPr>
        <w:t>branșament</w:t>
      </w:r>
      <w:proofErr w:type="spellEnd"/>
      <w:r>
        <w:rPr>
          <w:rFonts w:cs="Times New Roman"/>
          <w:sz w:val="20"/>
          <w:szCs w:val="20"/>
        </w:rPr>
        <w:t xml:space="preserve"> -</w:t>
      </w:r>
      <w:r>
        <w:rPr>
          <w:rFonts w:cs="Times New Roman"/>
          <w:sz w:val="36"/>
          <w:szCs w:val="36"/>
        </w:rPr>
        <w:t xml:space="preserve"> </w:t>
      </w:r>
      <w:r w:rsidRPr="007D39B6">
        <w:rPr>
          <w:rFonts w:cs="Times New Roman"/>
          <w:sz w:val="20"/>
          <w:szCs w:val="20"/>
        </w:rPr>
        <w:t xml:space="preserve">conf. </w:t>
      </w:r>
      <w:proofErr w:type="spellStart"/>
      <w:r>
        <w:rPr>
          <w:rFonts w:cs="Times New Roman"/>
          <w:sz w:val="20"/>
          <w:szCs w:val="20"/>
        </w:rPr>
        <w:t>Anexei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nr</w:t>
      </w:r>
      <w:proofErr w:type="spellEnd"/>
      <w:r>
        <w:rPr>
          <w:rFonts w:cs="Times New Roman"/>
          <w:sz w:val="20"/>
          <w:szCs w:val="20"/>
        </w:rPr>
        <w:t xml:space="preserve">. 7 la </w:t>
      </w:r>
      <w:r w:rsidRPr="007D39B6">
        <w:rPr>
          <w:rFonts w:cs="Times New Roman"/>
          <w:sz w:val="20"/>
          <w:szCs w:val="20"/>
        </w:rPr>
        <w:t>H</w:t>
      </w:r>
      <w:r>
        <w:rPr>
          <w:rFonts w:cs="Times New Roman"/>
          <w:sz w:val="20"/>
          <w:szCs w:val="20"/>
        </w:rPr>
        <w:t>.</w:t>
      </w:r>
      <w:r w:rsidRPr="007D39B6">
        <w:rPr>
          <w:rFonts w:cs="Times New Roman"/>
          <w:sz w:val="20"/>
          <w:szCs w:val="20"/>
        </w:rPr>
        <w:t>C</w:t>
      </w:r>
      <w:r>
        <w:rPr>
          <w:rFonts w:cs="Times New Roman"/>
          <w:sz w:val="20"/>
          <w:szCs w:val="20"/>
        </w:rPr>
        <w:t>.</w:t>
      </w:r>
      <w:r w:rsidRPr="007D39B6">
        <w:rPr>
          <w:rFonts w:cs="Times New Roman"/>
          <w:sz w:val="20"/>
          <w:szCs w:val="20"/>
        </w:rPr>
        <w:t>L</w:t>
      </w:r>
      <w:r>
        <w:rPr>
          <w:rFonts w:cs="Times New Roman"/>
          <w:sz w:val="20"/>
          <w:szCs w:val="20"/>
        </w:rPr>
        <w:t>.</w:t>
      </w:r>
      <w:r w:rsidRPr="007D39B6">
        <w:rPr>
          <w:rFonts w:cs="Times New Roman"/>
          <w:sz w:val="20"/>
          <w:szCs w:val="20"/>
        </w:rPr>
        <w:t xml:space="preserve"> 35/2025</w:t>
      </w:r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privind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taxele</w:t>
      </w:r>
      <w:proofErr w:type="spellEnd"/>
      <w:r>
        <w:rPr>
          <w:rFonts w:cs="Times New Roman"/>
          <w:sz w:val="20"/>
          <w:szCs w:val="20"/>
        </w:rPr>
        <w:t xml:space="preserve"> locale (17 lei/</w:t>
      </w:r>
      <w:proofErr w:type="spellStart"/>
      <w:r>
        <w:rPr>
          <w:rFonts w:cs="Times New Roman"/>
          <w:sz w:val="20"/>
          <w:szCs w:val="20"/>
        </w:rPr>
        <w:t>racord</w:t>
      </w:r>
      <w:proofErr w:type="spellEnd"/>
      <w:r>
        <w:rPr>
          <w:rFonts w:cs="Times New Roman"/>
          <w:sz w:val="20"/>
          <w:szCs w:val="20"/>
        </w:rPr>
        <w:t xml:space="preserve">) </w:t>
      </w:r>
    </w:p>
    <w:p w14:paraId="32D10A37" w14:textId="77777777" w:rsidR="00B54361" w:rsidRDefault="00833FDF">
      <w:pPr>
        <w:spacing w:after="40"/>
      </w:pPr>
      <w:r>
        <w:rPr>
          <w:sz w:val="21"/>
        </w:rPr>
        <w:t>☐</w:t>
      </w:r>
      <w:r>
        <w:rPr>
          <w:sz w:val="21"/>
        </w:rPr>
        <w:t xml:space="preserve"> </w:t>
      </w:r>
      <w:proofErr w:type="spellStart"/>
      <w:r>
        <w:rPr>
          <w:sz w:val="21"/>
        </w:rPr>
        <w:t>Alte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documente</w:t>
      </w:r>
      <w:proofErr w:type="spellEnd"/>
      <w:r>
        <w:rPr>
          <w:sz w:val="21"/>
        </w:rPr>
        <w:t xml:space="preserve">: </w:t>
      </w:r>
      <w:r>
        <w:rPr>
          <w:sz w:val="21"/>
        </w:rPr>
        <w:t>________________________________________________</w:t>
      </w:r>
    </w:p>
    <w:p w14:paraId="566A3355" w14:textId="77777777" w:rsidR="00D972E6" w:rsidRDefault="00D972E6">
      <w:pPr>
        <w:spacing w:after="80"/>
      </w:pPr>
    </w:p>
    <w:p w14:paraId="1881B7A6" w14:textId="184B442C" w:rsidR="00B54361" w:rsidRDefault="00833FDF">
      <w:pPr>
        <w:spacing w:after="80"/>
      </w:pPr>
      <w:proofErr w:type="spellStart"/>
      <w:r>
        <w:t>Prin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declar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informațiile</w:t>
      </w:r>
      <w:proofErr w:type="spellEnd"/>
      <w:r>
        <w:t xml:space="preserve"> </w:t>
      </w:r>
      <w:proofErr w:type="spellStart"/>
      <w:r>
        <w:t>furnizate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reale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complete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asum</w:t>
      </w:r>
      <w:proofErr w:type="spellEnd"/>
      <w:r>
        <w:t xml:space="preserve"> </w:t>
      </w:r>
      <w:proofErr w:type="spellStart"/>
      <w:r>
        <w:t>răspunderea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 w:rsidR="005B0B55">
        <w:t>c</w:t>
      </w:r>
      <w:bookmarkStart w:id="0" w:name="_GoBack"/>
      <w:bookmarkEnd w:id="0"/>
      <w:r>
        <w:t>orectitudinea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>.</w:t>
      </w:r>
    </w:p>
    <w:p w14:paraId="6D6B591D" w14:textId="77777777" w:rsidR="00D972E6" w:rsidRDefault="00D972E6">
      <w:pPr>
        <w:spacing w:after="80"/>
      </w:pPr>
    </w:p>
    <w:p w14:paraId="436F22B6" w14:textId="317EED88" w:rsidR="00B54361" w:rsidRDefault="00833FDF">
      <w:pPr>
        <w:spacing w:after="80"/>
      </w:pPr>
      <w:r>
        <w:t xml:space="preserve">Solicit </w:t>
      </w:r>
      <w:proofErr w:type="spellStart"/>
      <w:r>
        <w:t>emiterea</w:t>
      </w:r>
      <w:proofErr w:type="spellEnd"/>
      <w:r>
        <w:t xml:space="preserve"> </w:t>
      </w:r>
      <w:proofErr w:type="spellStart"/>
      <w:r>
        <w:t>acordului</w:t>
      </w:r>
      <w:proofErr w:type="spellEnd"/>
      <w:r>
        <w:t>/</w:t>
      </w:r>
      <w:proofErr w:type="spellStart"/>
      <w:r>
        <w:t>autorizației</w:t>
      </w:r>
      <w:proofErr w:type="spellEnd"/>
      <w:r>
        <w:t xml:space="preserve"> </w:t>
      </w:r>
      <w:proofErr w:type="spellStart"/>
      <w:r>
        <w:t>administratorului</w:t>
      </w:r>
      <w:proofErr w:type="spellEnd"/>
      <w:r>
        <w:t xml:space="preserve"> </w:t>
      </w:r>
      <w:proofErr w:type="spellStart"/>
      <w:r>
        <w:t>drumului</w:t>
      </w:r>
      <w:proofErr w:type="spellEnd"/>
      <w:r>
        <w:t xml:space="preserve"> public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</w:t>
      </w:r>
      <w:r>
        <w:t>formitate</w:t>
      </w:r>
      <w:proofErr w:type="spellEnd"/>
      <w:r>
        <w:t xml:space="preserve"> cu art. 267 </w:t>
      </w:r>
      <w:proofErr w:type="spellStart"/>
      <w:r>
        <w:t>alin</w:t>
      </w:r>
      <w:proofErr w:type="spellEnd"/>
      <w:r>
        <w:t xml:space="preserve">. (1) din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. 169/2026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amenajării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, </w:t>
      </w:r>
      <w:proofErr w:type="spellStart"/>
      <w:r>
        <w:t>urbanismului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>.</w:t>
      </w:r>
    </w:p>
    <w:p w14:paraId="122E184F" w14:textId="77777777" w:rsidR="00D972E6" w:rsidRDefault="00D972E6">
      <w:pPr>
        <w:spacing w:after="80"/>
      </w:pPr>
    </w:p>
    <w:p w14:paraId="19937DEE" w14:textId="4A469E27" w:rsidR="00B54361" w:rsidRDefault="00833FDF">
      <w:pPr>
        <w:spacing w:after="80"/>
      </w:pPr>
      <w:r>
        <w:t>Data: ____/____/________                         Solicitant: ______________________________</w:t>
      </w:r>
    </w:p>
    <w:p w14:paraId="50568802" w14:textId="77777777" w:rsidR="00D972E6" w:rsidRDefault="00D972E6">
      <w:pPr>
        <w:spacing w:after="80"/>
      </w:pPr>
    </w:p>
    <w:p w14:paraId="4A52D6D2" w14:textId="0D6755E2" w:rsidR="00B54361" w:rsidRDefault="00833FDF">
      <w:pPr>
        <w:spacing w:after="80"/>
      </w:pPr>
      <w:proofErr w:type="spellStart"/>
      <w:r>
        <w:t>Semnătura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ștampila</w:t>
      </w:r>
      <w:proofErr w:type="spellEnd"/>
      <w:r>
        <w:t xml:space="preserve">: </w:t>
      </w:r>
      <w:r>
        <w:t>__________________________________________</w:t>
      </w:r>
    </w:p>
    <w:p w14:paraId="1509FF2E" w14:textId="77777777" w:rsidR="00D972E6" w:rsidRDefault="00D972E6">
      <w:pPr>
        <w:spacing w:before="160" w:after="100"/>
        <w:rPr>
          <w:b/>
          <w:sz w:val="24"/>
        </w:rPr>
      </w:pPr>
    </w:p>
    <w:p w14:paraId="0284FF1A" w14:textId="77777777" w:rsidR="00D972E6" w:rsidRDefault="00D972E6">
      <w:pPr>
        <w:spacing w:before="160" w:after="100"/>
        <w:rPr>
          <w:b/>
          <w:sz w:val="24"/>
        </w:rPr>
      </w:pPr>
    </w:p>
    <w:p w14:paraId="5398F159" w14:textId="77777777" w:rsidR="00D972E6" w:rsidRDefault="00D972E6">
      <w:pPr>
        <w:spacing w:before="160" w:after="100"/>
        <w:rPr>
          <w:b/>
          <w:sz w:val="24"/>
        </w:rPr>
      </w:pPr>
    </w:p>
    <w:p w14:paraId="3137E3FD" w14:textId="77777777" w:rsidR="00D972E6" w:rsidRDefault="00D972E6">
      <w:pPr>
        <w:spacing w:before="160" w:after="100"/>
        <w:rPr>
          <w:b/>
          <w:sz w:val="24"/>
        </w:rPr>
      </w:pPr>
    </w:p>
    <w:p w14:paraId="4678524A" w14:textId="77777777" w:rsidR="00D972E6" w:rsidRDefault="00D972E6">
      <w:pPr>
        <w:spacing w:before="160" w:after="100"/>
        <w:rPr>
          <w:b/>
          <w:sz w:val="24"/>
        </w:rPr>
      </w:pPr>
    </w:p>
    <w:p w14:paraId="571B6146" w14:textId="77777777" w:rsidR="00D972E6" w:rsidRDefault="00D972E6">
      <w:pPr>
        <w:spacing w:before="160" w:after="100"/>
        <w:rPr>
          <w:b/>
          <w:sz w:val="24"/>
        </w:rPr>
      </w:pPr>
    </w:p>
    <w:p w14:paraId="6746C251" w14:textId="77777777" w:rsidR="00D972E6" w:rsidRDefault="00D972E6">
      <w:pPr>
        <w:spacing w:before="160" w:after="100"/>
        <w:rPr>
          <w:b/>
          <w:sz w:val="24"/>
        </w:rPr>
      </w:pPr>
    </w:p>
    <w:p w14:paraId="3ED6CB75" w14:textId="77777777" w:rsidR="00D972E6" w:rsidRDefault="00D972E6">
      <w:pPr>
        <w:spacing w:before="160" w:after="100"/>
        <w:rPr>
          <w:b/>
          <w:sz w:val="24"/>
        </w:rPr>
      </w:pPr>
    </w:p>
    <w:p w14:paraId="54769E32" w14:textId="77777777" w:rsidR="00D972E6" w:rsidRDefault="00D972E6">
      <w:pPr>
        <w:spacing w:before="160" w:after="100"/>
        <w:rPr>
          <w:b/>
          <w:sz w:val="24"/>
        </w:rPr>
      </w:pPr>
    </w:p>
    <w:p w14:paraId="67081B71" w14:textId="51480F0F" w:rsidR="00B54361" w:rsidRDefault="00833FDF">
      <w:pPr>
        <w:spacing w:before="160" w:after="100"/>
      </w:pPr>
      <w:r>
        <w:rPr>
          <w:b/>
          <w:sz w:val="24"/>
        </w:rPr>
        <w:t>DATE PRIVIND VERIFICAREA CERERII</w:t>
      </w:r>
    </w:p>
    <w:p w14:paraId="3D11A022" w14:textId="77777777" w:rsidR="00B54361" w:rsidRDefault="00833FDF">
      <w:pPr>
        <w:spacing w:after="80"/>
      </w:pPr>
      <w:r>
        <w:t>☐</w:t>
      </w:r>
      <w:r>
        <w:t xml:space="preserve"> </w:t>
      </w:r>
      <w:proofErr w:type="spellStart"/>
      <w:r>
        <w:t>Documentație</w:t>
      </w:r>
      <w:proofErr w:type="spellEnd"/>
      <w:r>
        <w:t xml:space="preserve"> </w:t>
      </w:r>
      <w:proofErr w:type="spellStart"/>
      <w:r>
        <w:t>completă</w:t>
      </w:r>
      <w:proofErr w:type="spellEnd"/>
      <w:r>
        <w:t xml:space="preserve">    ☐ </w:t>
      </w:r>
      <w:proofErr w:type="spellStart"/>
      <w:r>
        <w:t>Documentație</w:t>
      </w:r>
      <w:proofErr w:type="spellEnd"/>
      <w:r>
        <w:t xml:space="preserve"> </w:t>
      </w:r>
      <w:proofErr w:type="spellStart"/>
      <w:r>
        <w:t>incompletă</w:t>
      </w:r>
      <w:proofErr w:type="spellEnd"/>
    </w:p>
    <w:p w14:paraId="68390946" w14:textId="77777777" w:rsidR="00B54361" w:rsidRDefault="00833FDF">
      <w:pPr>
        <w:spacing w:after="80"/>
      </w:pPr>
      <w:proofErr w:type="spellStart"/>
      <w:r>
        <w:t>Documente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</w:t>
      </w:r>
      <w:proofErr w:type="spellEnd"/>
      <w:r>
        <w:t>: ________________________________________________</w:t>
      </w:r>
    </w:p>
    <w:p w14:paraId="6F25A2DC" w14:textId="77777777" w:rsidR="00B54361" w:rsidRDefault="00833FDF">
      <w:pPr>
        <w:spacing w:after="80"/>
      </w:pPr>
      <w:r>
        <w:t>_______________________________</w:t>
      </w:r>
      <w:r>
        <w:t>______________________________________________________</w:t>
      </w:r>
    </w:p>
    <w:p w14:paraId="11E5C95C" w14:textId="77777777" w:rsidR="00B54361" w:rsidRDefault="00833FDF">
      <w:pPr>
        <w:spacing w:after="80"/>
      </w:pPr>
      <w:proofErr w:type="spellStart"/>
      <w:r>
        <w:t>Verificat</w:t>
      </w:r>
      <w:proofErr w:type="spellEnd"/>
      <w:r>
        <w:t>: _____________________________</w:t>
      </w:r>
      <w:proofErr w:type="gramStart"/>
      <w:r>
        <w:t xml:space="preserve">_  </w:t>
      </w:r>
      <w:proofErr w:type="spellStart"/>
      <w:r>
        <w:t>Funcția</w:t>
      </w:r>
      <w:proofErr w:type="spellEnd"/>
      <w:proofErr w:type="gramEnd"/>
      <w:r>
        <w:t>: ______________________________</w:t>
      </w:r>
    </w:p>
    <w:p w14:paraId="376A9694" w14:textId="77777777" w:rsidR="00B54361" w:rsidRDefault="00833FDF">
      <w:pPr>
        <w:spacing w:after="80"/>
      </w:pPr>
      <w:proofErr w:type="spellStart"/>
      <w:r>
        <w:t>Semnătura</w:t>
      </w:r>
      <w:proofErr w:type="spellEnd"/>
      <w:r>
        <w:t>: ____________________________</w:t>
      </w:r>
      <w:proofErr w:type="gramStart"/>
      <w:r>
        <w:t>_  Data</w:t>
      </w:r>
      <w:proofErr w:type="gramEnd"/>
      <w:r>
        <w:t>: ____/____/________</w:t>
      </w:r>
    </w:p>
    <w:p w14:paraId="0F1F8289" w14:textId="77777777" w:rsidR="00B54361" w:rsidRDefault="00833FDF">
      <w:r>
        <w:br w:type="page"/>
      </w:r>
    </w:p>
    <w:sectPr w:rsidR="00B54361" w:rsidSect="00034616">
      <w:foot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FD3768" w14:textId="77777777" w:rsidR="00833FDF" w:rsidRDefault="00833FDF">
      <w:pPr>
        <w:spacing w:after="0" w:line="240" w:lineRule="auto"/>
      </w:pPr>
      <w:r>
        <w:separator/>
      </w:r>
    </w:p>
  </w:endnote>
  <w:endnote w:type="continuationSeparator" w:id="0">
    <w:p w14:paraId="2BED0792" w14:textId="77777777" w:rsidR="00833FDF" w:rsidRDefault="00833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B1FFD" w14:textId="77777777" w:rsidR="00B54361" w:rsidRDefault="00833FDF">
    <w:pPr>
      <w:pStyle w:val="Footer"/>
      <w:jc w:val="center"/>
    </w:pPr>
    <w:proofErr w:type="spellStart"/>
    <w:r>
      <w:rPr>
        <w:sz w:val="16"/>
      </w:rPr>
      <w:t>Primăria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Orașului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Isaccea</w:t>
    </w:r>
    <w:proofErr w:type="spellEnd"/>
    <w:r>
      <w:rPr>
        <w:sz w:val="16"/>
      </w:rPr>
      <w:t xml:space="preserve"> – </w:t>
    </w:r>
    <w:proofErr w:type="spellStart"/>
    <w:r>
      <w:rPr>
        <w:sz w:val="16"/>
      </w:rPr>
      <w:t>Formular</w:t>
    </w:r>
    <w:proofErr w:type="spellEnd"/>
    <w:r>
      <w:rPr>
        <w:sz w:val="16"/>
      </w:rPr>
      <w:t xml:space="preserve"> standard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6D377B" w14:textId="77777777" w:rsidR="00833FDF" w:rsidRDefault="00833FDF">
      <w:pPr>
        <w:spacing w:after="0" w:line="240" w:lineRule="auto"/>
      </w:pPr>
      <w:r>
        <w:separator/>
      </w:r>
    </w:p>
  </w:footnote>
  <w:footnote w:type="continuationSeparator" w:id="0">
    <w:p w14:paraId="1203287E" w14:textId="77777777" w:rsidR="00833FDF" w:rsidRDefault="00833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531A"/>
    <w:rsid w:val="00423A1C"/>
    <w:rsid w:val="004D0211"/>
    <w:rsid w:val="005B0B55"/>
    <w:rsid w:val="007D39B6"/>
    <w:rsid w:val="00833FDF"/>
    <w:rsid w:val="00AA1D8D"/>
    <w:rsid w:val="00B47730"/>
    <w:rsid w:val="00B54361"/>
    <w:rsid w:val="00B87CDB"/>
    <w:rsid w:val="00CB0664"/>
    <w:rsid w:val="00D972E6"/>
    <w:rsid w:val="00DD1DBC"/>
    <w:rsid w:val="00FA0576"/>
    <w:rsid w:val="00FB38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6E9B3D"/>
  <w14:defaultImageDpi w14:val="300"/>
  <w15:docId w15:val="{8C17624A-DEC2-49D5-B90B-FD6E6AC5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50F4B0-F361-4FCD-93A4-805E5D14D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NORA</cp:lastModifiedBy>
  <cp:revision>7</cp:revision>
  <dcterms:created xsi:type="dcterms:W3CDTF">2013-12-23T23:15:00Z</dcterms:created>
  <dcterms:modified xsi:type="dcterms:W3CDTF">2026-10-06T09:12:00Z</dcterms:modified>
  <cp:category/>
</cp:coreProperties>
</file>